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366BA" w14:textId="6FC2EC20" w:rsidR="0086050C" w:rsidRDefault="00A53F55">
      <w:r>
        <w:rPr>
          <w:b/>
          <w:color w:val="0F6576"/>
          <w:sz w:val="28"/>
        </w:rPr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E0BFC" w14:paraId="56730AF0" w14:textId="77777777" w:rsidTr="6BE5105B">
        <w:tc>
          <w:tcPr>
            <w:tcW w:w="4316" w:type="dxa"/>
          </w:tcPr>
          <w:p w14:paraId="7878CBD4" w14:textId="0A6F3C62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Name or title of activity:</w:t>
            </w:r>
          </w:p>
        </w:tc>
        <w:tc>
          <w:tcPr>
            <w:tcW w:w="4314" w:type="dxa"/>
          </w:tcPr>
          <w:p w14:paraId="4D307130" w14:textId="1500935C" w:rsidR="00060EC2" w:rsidRPr="000A3910" w:rsidRDefault="0F924B08" w:rsidP="6BE5105B">
            <w:pPr>
              <w:spacing w:after="200" w:line="276" w:lineRule="auto"/>
              <w:rPr>
                <w:b/>
                <w:bCs/>
                <w:color w:val="0F6576"/>
                <w:sz w:val="28"/>
                <w:szCs w:val="28"/>
              </w:rPr>
            </w:pPr>
            <w:r w:rsidRPr="6BE5105B">
              <w:rPr>
                <w:b/>
                <w:bCs/>
                <w:color w:val="0F6576"/>
                <w:sz w:val="28"/>
                <w:szCs w:val="28"/>
              </w:rPr>
              <w:t>Campus Compass</w:t>
            </w:r>
          </w:p>
        </w:tc>
      </w:tr>
      <w:tr w:rsidR="004E0BFC" w14:paraId="7CD968E4" w14:textId="77777777" w:rsidTr="6BE5105B">
        <w:tc>
          <w:tcPr>
            <w:tcW w:w="4316" w:type="dxa"/>
          </w:tcPr>
          <w:p w14:paraId="1677847D" w14:textId="176D1C96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11A64929">
              <w:rPr>
                <w:rFonts w:ascii="Calibri Light" w:hAnsi="Calibri Light" w:cs="Calibri Light"/>
                <w:lang w:val="en-GB"/>
              </w:rPr>
              <w:t xml:space="preserve">Brief </w:t>
            </w:r>
            <w:r w:rsidR="000A3910" w:rsidRPr="11A64929">
              <w:rPr>
                <w:rFonts w:ascii="Calibri Light" w:hAnsi="Calibri Light" w:cs="Calibri Light"/>
                <w:lang w:val="en-GB"/>
              </w:rPr>
              <w:t>d</w:t>
            </w:r>
            <w:r w:rsidRPr="11A64929">
              <w:rPr>
                <w:rFonts w:ascii="Calibri Light" w:hAnsi="Calibri Light" w:cs="Calibri Light"/>
                <w:lang w:val="en-GB"/>
              </w:rPr>
              <w:t>escription</w:t>
            </w:r>
            <w:r w:rsidR="00CD7C73">
              <w:rPr>
                <w:rFonts w:ascii="Calibri Light" w:hAnsi="Calibri Light" w:cs="Calibri Light"/>
                <w:lang w:val="en-GB"/>
              </w:rPr>
              <w:t xml:space="preserve"> (20 words)</w:t>
            </w:r>
            <w:r w:rsidRPr="11A64929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314" w:type="dxa"/>
          </w:tcPr>
          <w:p w14:paraId="02226716" w14:textId="4BDD8D9C" w:rsidR="009B6D17" w:rsidRPr="000A3910" w:rsidRDefault="0326A2E3" w:rsidP="6BE5105B">
            <w:pPr>
              <w:rPr>
                <w:rFonts w:ascii="Calibri Light" w:hAnsi="Calibri Light" w:cs="Calibri Light"/>
              </w:rPr>
            </w:pPr>
            <w:r w:rsidRPr="6BE5105B">
              <w:rPr>
                <w:rFonts w:ascii="Calibri Light" w:hAnsi="Calibri Light" w:cs="Calibri Light"/>
              </w:rPr>
              <w:t>In</w:t>
            </w:r>
            <w:r w:rsidR="3A07DC7A" w:rsidRPr="6BE5105B">
              <w:rPr>
                <w:rFonts w:ascii="Calibri Light" w:hAnsi="Calibri Light" w:cs="Calibri Light"/>
              </w:rPr>
              <w:t>t</w:t>
            </w:r>
            <w:r w:rsidRPr="6BE5105B">
              <w:rPr>
                <w:rFonts w:ascii="Calibri Light" w:hAnsi="Calibri Light" w:cs="Calibri Light"/>
              </w:rPr>
              <w:t>eractive tour on campus, where s</w:t>
            </w:r>
            <w:r w:rsidR="0F40E120" w:rsidRPr="6BE5105B">
              <w:rPr>
                <w:rFonts w:ascii="Calibri Light" w:hAnsi="Calibri Light" w:cs="Calibri Light"/>
              </w:rPr>
              <w:t>tudents have to find their way on the campus in small teams</w:t>
            </w:r>
            <w:r w:rsidR="47B9F070" w:rsidRPr="6BE5105B">
              <w:rPr>
                <w:rFonts w:ascii="Calibri Light" w:hAnsi="Calibri Light" w:cs="Calibri Light"/>
              </w:rPr>
              <w:t>. Each team f</w:t>
            </w:r>
            <w:r w:rsidR="0F40E120" w:rsidRPr="6BE5105B">
              <w:rPr>
                <w:rFonts w:ascii="Calibri Light" w:hAnsi="Calibri Light" w:cs="Calibri Light"/>
              </w:rPr>
              <w:t>ollow</w:t>
            </w:r>
            <w:r w:rsidR="7B268CFC" w:rsidRPr="6BE5105B">
              <w:rPr>
                <w:rFonts w:ascii="Calibri Light" w:hAnsi="Calibri Light" w:cs="Calibri Light"/>
              </w:rPr>
              <w:t>s</w:t>
            </w:r>
            <w:r w:rsidR="0F40E120" w:rsidRPr="6BE5105B">
              <w:rPr>
                <w:rFonts w:ascii="Calibri Light" w:hAnsi="Calibri Light" w:cs="Calibri Light"/>
              </w:rPr>
              <w:t xml:space="preserve"> a predetermined route </w:t>
            </w:r>
            <w:r w:rsidR="73CDEAE3" w:rsidRPr="6BE5105B">
              <w:rPr>
                <w:rFonts w:ascii="Calibri Light" w:hAnsi="Calibri Light" w:cs="Calibri Light"/>
              </w:rPr>
              <w:t>with several stations</w:t>
            </w:r>
            <w:r w:rsidR="0F40E120" w:rsidRPr="6BE5105B">
              <w:rPr>
                <w:rFonts w:ascii="Calibri Light" w:hAnsi="Calibri Light" w:cs="Calibri Light"/>
              </w:rPr>
              <w:t>. At each station</w:t>
            </w:r>
            <w:r w:rsidR="583B1C07" w:rsidRPr="6BE5105B">
              <w:rPr>
                <w:rFonts w:ascii="Calibri Light" w:hAnsi="Calibri Light" w:cs="Calibri Light"/>
              </w:rPr>
              <w:t xml:space="preserve">, </w:t>
            </w:r>
            <w:r w:rsidR="15412B62" w:rsidRPr="6BE5105B">
              <w:rPr>
                <w:rFonts w:ascii="Calibri Light" w:hAnsi="Calibri Light" w:cs="Calibri Light"/>
              </w:rPr>
              <w:t xml:space="preserve">teams </w:t>
            </w:r>
            <w:r w:rsidR="583B1C07" w:rsidRPr="6BE5105B">
              <w:rPr>
                <w:rFonts w:ascii="Calibri Light" w:hAnsi="Calibri Light" w:cs="Calibri Light"/>
              </w:rPr>
              <w:t xml:space="preserve">have to solve a riddle or </w:t>
            </w:r>
            <w:r w:rsidR="7CA88B04" w:rsidRPr="6BE5105B">
              <w:rPr>
                <w:rFonts w:ascii="Calibri Light" w:hAnsi="Calibri Light" w:cs="Calibri Light"/>
              </w:rPr>
              <w:t xml:space="preserve">Multiple choice </w:t>
            </w:r>
            <w:r w:rsidR="583B1C07" w:rsidRPr="6BE5105B">
              <w:rPr>
                <w:rFonts w:ascii="Calibri Light" w:hAnsi="Calibri Light" w:cs="Calibri Light"/>
              </w:rPr>
              <w:t xml:space="preserve">question </w:t>
            </w:r>
            <w:r w:rsidR="27BE2999" w:rsidRPr="6BE5105B">
              <w:rPr>
                <w:rFonts w:ascii="Calibri Light" w:hAnsi="Calibri Light" w:cs="Calibri Light"/>
              </w:rPr>
              <w:t>related to university life.</w:t>
            </w:r>
            <w:r w:rsidR="583B1C07" w:rsidRPr="6BE5105B">
              <w:rPr>
                <w:rFonts w:ascii="Calibri Light" w:hAnsi="Calibri Light" w:cs="Calibri Light"/>
              </w:rPr>
              <w:t xml:space="preserve"> </w:t>
            </w:r>
            <w:r w:rsidR="109EC4D7" w:rsidRPr="6BE5105B">
              <w:rPr>
                <w:rFonts w:ascii="Calibri Light" w:hAnsi="Calibri Light" w:cs="Calibri Light"/>
              </w:rPr>
              <w:t>Each a</w:t>
            </w:r>
            <w:r w:rsidR="583B1C07" w:rsidRPr="6BE5105B">
              <w:rPr>
                <w:rFonts w:ascii="Calibri Light" w:hAnsi="Calibri Light" w:cs="Calibri Light"/>
              </w:rPr>
              <w:t>nswer pro</w:t>
            </w:r>
            <w:r w:rsidR="50CDBF1E" w:rsidRPr="6BE5105B">
              <w:rPr>
                <w:rFonts w:ascii="Calibri Light" w:hAnsi="Calibri Light" w:cs="Calibri Light"/>
              </w:rPr>
              <w:t xml:space="preserve">duces </w:t>
            </w:r>
            <w:r w:rsidR="583B1C07" w:rsidRPr="6BE5105B">
              <w:rPr>
                <w:rFonts w:ascii="Calibri Light" w:hAnsi="Calibri Light" w:cs="Calibri Light"/>
              </w:rPr>
              <w:t>a character</w:t>
            </w:r>
            <w:r w:rsidR="615D9CFF" w:rsidRPr="6BE5105B">
              <w:rPr>
                <w:rFonts w:ascii="Calibri Light" w:hAnsi="Calibri Light" w:cs="Calibri Light"/>
              </w:rPr>
              <w:t xml:space="preserve">. At the end of the tour, each team has to construct a meaningful word using </w:t>
            </w:r>
            <w:r w:rsidR="583B1C07" w:rsidRPr="6BE5105B">
              <w:rPr>
                <w:rFonts w:ascii="Calibri Light" w:hAnsi="Calibri Light" w:cs="Calibri Light"/>
              </w:rPr>
              <w:t xml:space="preserve">all characters. </w:t>
            </w:r>
            <w:r w:rsidR="45C6A538" w:rsidRPr="6BE5105B">
              <w:rPr>
                <w:rFonts w:ascii="Calibri Light" w:hAnsi="Calibri Light" w:cs="Calibri Light"/>
              </w:rPr>
              <w:t xml:space="preserve">Only with the right answers, you can compose the final long word. </w:t>
            </w:r>
            <w:r w:rsidR="715B1865" w:rsidRPr="6BE5105B">
              <w:rPr>
                <w:rFonts w:ascii="Calibri Light" w:hAnsi="Calibri Light" w:cs="Calibri Light"/>
              </w:rPr>
              <w:t xml:space="preserve">The winning team will be randomly selected from all </w:t>
            </w:r>
            <w:r w:rsidR="583B1C07" w:rsidRPr="6BE5105B">
              <w:rPr>
                <w:rFonts w:ascii="Calibri Light" w:hAnsi="Calibri Light" w:cs="Calibri Light"/>
              </w:rPr>
              <w:t>team</w:t>
            </w:r>
            <w:r w:rsidR="385B8DC6" w:rsidRPr="6BE5105B">
              <w:rPr>
                <w:rFonts w:ascii="Calibri Light" w:hAnsi="Calibri Light" w:cs="Calibri Light"/>
              </w:rPr>
              <w:t>s that s</w:t>
            </w:r>
            <w:r w:rsidR="3CBBE807" w:rsidRPr="6BE5105B">
              <w:rPr>
                <w:rFonts w:ascii="Calibri Light" w:hAnsi="Calibri Light" w:cs="Calibri Light"/>
              </w:rPr>
              <w:t>ucceed</w:t>
            </w:r>
            <w:r w:rsidR="4DDA361F" w:rsidRPr="6BE5105B">
              <w:rPr>
                <w:rFonts w:ascii="Calibri Light" w:hAnsi="Calibri Light" w:cs="Calibri Light"/>
              </w:rPr>
              <w:t>ed</w:t>
            </w:r>
            <w:r w:rsidR="3CBBE807" w:rsidRPr="6BE5105B">
              <w:rPr>
                <w:rFonts w:ascii="Calibri Light" w:hAnsi="Calibri Light" w:cs="Calibri Light"/>
              </w:rPr>
              <w:t xml:space="preserve"> in using all characters</w:t>
            </w:r>
            <w:r w:rsidR="71AA1F4E" w:rsidRPr="6BE5105B">
              <w:rPr>
                <w:rFonts w:ascii="Calibri Light" w:hAnsi="Calibri Light" w:cs="Calibri Light"/>
              </w:rPr>
              <w:t xml:space="preserve"> , and this winning team gets a prize</w:t>
            </w:r>
            <w:r w:rsidR="583B1C07" w:rsidRPr="6BE5105B">
              <w:rPr>
                <w:rFonts w:ascii="Calibri Light" w:hAnsi="Calibri Light" w:cs="Calibri Light"/>
              </w:rPr>
              <w:t>.</w:t>
            </w:r>
          </w:p>
        </w:tc>
      </w:tr>
      <w:tr w:rsidR="004E0BFC" w14:paraId="40B1F3FC" w14:textId="77777777" w:rsidTr="6BE5105B">
        <w:tc>
          <w:tcPr>
            <w:tcW w:w="4316" w:type="dxa"/>
          </w:tcPr>
          <w:p w14:paraId="3B99F1FC" w14:textId="57BA1203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5ED244E1">
              <w:rPr>
                <w:rFonts w:ascii="Calibri Light" w:hAnsi="Calibri Light" w:cs="Calibri Light"/>
              </w:rPr>
              <w:t>Which discipline(s), field(s), or programme(s) does the activity relate to?</w:t>
            </w:r>
          </w:p>
        </w:tc>
        <w:tc>
          <w:tcPr>
            <w:tcW w:w="4314" w:type="dxa"/>
          </w:tcPr>
          <w:p w14:paraId="1A54D88B" w14:textId="2911427C" w:rsidR="004E0BFC" w:rsidRDefault="00DD2264" w:rsidP="004E0BFC">
            <w:pPr>
              <w:rPr>
                <w:rFonts w:ascii="Calibri Light" w:hAnsi="Calibri Light" w:cs="Calibri Light"/>
              </w:rPr>
            </w:pPr>
            <w:r w:rsidRPr="6BE5105B">
              <w:rPr>
                <w:rFonts w:ascii="Calibri Light" w:hAnsi="Calibri Light" w:cs="Calibri Light"/>
              </w:rPr>
              <w:t>Discipline:</w:t>
            </w:r>
            <w:r w:rsidR="5C665D44" w:rsidRPr="6BE5105B">
              <w:rPr>
                <w:rFonts w:ascii="Calibri Light" w:hAnsi="Calibri Light" w:cs="Calibri Light"/>
              </w:rPr>
              <w:t xml:space="preserve"> all</w:t>
            </w:r>
          </w:p>
          <w:p w14:paraId="56CC8AB1" w14:textId="6C60CEDB" w:rsidR="00DD2264" w:rsidRDefault="00DD2264" w:rsidP="004E0BFC">
            <w:pPr>
              <w:rPr>
                <w:rFonts w:ascii="Calibri Light" w:hAnsi="Calibri Light" w:cs="Calibri Light"/>
              </w:rPr>
            </w:pPr>
            <w:r w:rsidRPr="6BE5105B">
              <w:rPr>
                <w:rFonts w:ascii="Calibri Light" w:hAnsi="Calibri Light" w:cs="Calibri Light"/>
              </w:rPr>
              <w:t>Field:</w:t>
            </w:r>
            <w:r w:rsidR="72359AB4" w:rsidRPr="6BE5105B">
              <w:rPr>
                <w:rFonts w:ascii="Calibri Light" w:hAnsi="Calibri Light" w:cs="Calibri Light"/>
              </w:rPr>
              <w:t xml:space="preserve"> all</w:t>
            </w:r>
          </w:p>
          <w:p w14:paraId="00E2A5FC" w14:textId="3A13DF22" w:rsidR="00DD2264" w:rsidRDefault="00DD2264" w:rsidP="004E0BFC">
            <w:pPr>
              <w:rPr>
                <w:rFonts w:ascii="Calibri Light" w:hAnsi="Calibri Light" w:cs="Calibri Light"/>
              </w:rPr>
            </w:pPr>
            <w:r w:rsidRPr="6BE5105B">
              <w:rPr>
                <w:rFonts w:ascii="Calibri Light" w:hAnsi="Calibri Light" w:cs="Calibri Light"/>
              </w:rPr>
              <w:t>Programme:</w:t>
            </w:r>
            <w:r w:rsidR="61E9890D" w:rsidRPr="6BE5105B">
              <w:rPr>
                <w:rFonts w:ascii="Calibri Light" w:hAnsi="Calibri Light" w:cs="Calibri Light"/>
              </w:rPr>
              <w:t xml:space="preserve"> all</w:t>
            </w:r>
          </w:p>
          <w:p w14:paraId="1BE52465" w14:textId="25EA5402" w:rsidR="009B6D17" w:rsidRPr="000A3910" w:rsidRDefault="009B6D17" w:rsidP="004E0BFC">
            <w:pPr>
              <w:rPr>
                <w:rFonts w:ascii="Calibri Light" w:hAnsi="Calibri Light" w:cs="Calibri Light"/>
              </w:rPr>
            </w:pPr>
          </w:p>
        </w:tc>
      </w:tr>
      <w:tr w:rsidR="004E0BFC" w14:paraId="4D550703" w14:textId="77777777" w:rsidTr="6BE5105B">
        <w:tc>
          <w:tcPr>
            <w:tcW w:w="4316" w:type="dxa"/>
          </w:tcPr>
          <w:p w14:paraId="721357F5" w14:textId="77777777" w:rsidR="004E0BFC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388651C2">
              <w:rPr>
                <w:rFonts w:ascii="Calibri Light" w:hAnsi="Calibri Light" w:cs="Calibri Light"/>
                <w:lang w:val="en-GB"/>
              </w:rPr>
              <w:t>What type of integration does the activity aim to support:</w:t>
            </w:r>
          </w:p>
          <w:p w14:paraId="6A4399B0" w14:textId="624F8009" w:rsidR="00456A0B" w:rsidRPr="000A3910" w:rsidRDefault="00456A0B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(Titles from Codebook)</w:t>
            </w:r>
          </w:p>
        </w:tc>
        <w:tc>
          <w:tcPr>
            <w:tcW w:w="4314" w:type="dxa"/>
          </w:tcPr>
          <w:p w14:paraId="23128843" w14:textId="7F9D9D1D" w:rsidR="00FD0C36" w:rsidRDefault="00FD0C36" w:rsidP="00FD0C36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Segoe UI Symbol" w:hAnsi="Segoe UI Symbol" w:cs="Segoe UI Symbo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Segoe UI Symbol" w:hAnsi="Segoe UI Symbol" w:cs="Segoe UI Symbol"/>
                <w:b/>
                <w:bCs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bCs/>
              </w:rPr>
            </w:r>
            <w:r>
              <w:rPr>
                <w:rFonts w:ascii="Segoe UI Symbol" w:hAnsi="Segoe UI Symbol" w:cs="Segoe UI Symbol"/>
                <w:b/>
                <w:bCs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bCs/>
              </w:rPr>
              <w:fldChar w:fldCharType="end"/>
            </w:r>
            <w:r w:rsidRPr="004B1670">
              <w:rPr>
                <w:rFonts w:ascii="Calibri Light" w:hAnsi="Calibri Light" w:cs="Calibri Light"/>
                <w:b/>
                <w:bCs/>
              </w:rPr>
              <w:t xml:space="preserve">Academic Integration </w:t>
            </w:r>
          </w:p>
          <w:p w14:paraId="19024284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Self-regulation</w:t>
            </w:r>
          </w:p>
          <w:p w14:paraId="06BE8312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General structure of the semester</w:t>
            </w:r>
          </w:p>
          <w:p w14:paraId="55B6F718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Quantity of work</w:t>
            </w:r>
          </w:p>
          <w:p w14:paraId="67323E57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Managing workloads/ different learning approaches.</w:t>
            </w:r>
          </w:p>
          <w:p w14:paraId="0D8E7BA8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Committing to the study</w:t>
            </w:r>
          </w:p>
          <w:p w14:paraId="2E2A8CA9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Processing learning content</w:t>
            </w:r>
          </w:p>
          <w:p w14:paraId="316304D0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Feeling prepared</w:t>
            </w:r>
          </w:p>
          <w:p w14:paraId="3EBC7C19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 xml:space="preserve">Feeling </w:t>
            </w:r>
            <w:r>
              <w:rPr>
                <w:rFonts w:ascii="Calibri Light" w:hAnsi="Calibri Light" w:cs="Calibri Light"/>
              </w:rPr>
              <w:t>competent</w:t>
            </w:r>
          </w:p>
          <w:p w14:paraId="5FF1B16F" w14:textId="77777777" w:rsidR="00FD0C36" w:rsidRPr="004B1670" w:rsidRDefault="00FD0C36" w:rsidP="00FD0C36">
            <w:pPr>
              <w:rPr>
                <w:rFonts w:ascii="Calibri Light" w:hAnsi="Calibri Light" w:cs="Calibri Light"/>
                <w:b/>
                <w:bCs/>
              </w:rPr>
            </w:pPr>
          </w:p>
          <w:p w14:paraId="5630CDCF" w14:textId="77777777" w:rsidR="00FD0C36" w:rsidRDefault="00FD0C36" w:rsidP="00FD0C36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  <w:b/>
                <w:bCs/>
              </w:rPr>
              <w:instrText xml:space="preserve"> FORMCHECKBOX </w:instrText>
            </w:r>
            <w:r>
              <w:rPr>
                <w:rFonts w:ascii="Calibri Light" w:hAnsi="Calibri Light" w:cs="Calibri Light"/>
                <w:b/>
                <w:bCs/>
              </w:rPr>
            </w:r>
            <w:r>
              <w:rPr>
                <w:rFonts w:ascii="Calibri Light" w:hAnsi="Calibri Light" w:cs="Calibri Light"/>
                <w:b/>
                <w:bCs/>
              </w:rPr>
              <w:fldChar w:fldCharType="separate"/>
            </w:r>
            <w:r>
              <w:rPr>
                <w:rFonts w:ascii="Calibri Light" w:hAnsi="Calibri Light" w:cs="Calibri Light"/>
                <w:b/>
                <w:bCs/>
              </w:rPr>
              <w:fldChar w:fldCharType="end"/>
            </w:r>
            <w:r w:rsidRPr="004B1670">
              <w:rPr>
                <w:rFonts w:ascii="Calibri Light" w:hAnsi="Calibri Light" w:cs="Calibri Light"/>
                <w:b/>
                <w:bCs/>
              </w:rPr>
              <w:t xml:space="preserve">Social Integration </w:t>
            </w:r>
          </w:p>
          <w:p w14:paraId="295459EA" w14:textId="2C8DAB40" w:rsidR="00FD0C36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Establishing a first connection</w:t>
            </w:r>
          </w:p>
          <w:p w14:paraId="240A2613" w14:textId="77777777" w:rsidR="00FD0C36" w:rsidRPr="004B1670" w:rsidRDefault="00FD0C36" w:rsidP="00FD0C36">
            <w:pPr>
              <w:rPr>
                <w:rFonts w:ascii="Calibri Light" w:hAnsi="Calibri Light" w:cs="Calibri Light"/>
                <w:b/>
                <w:bCs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 w:rsidRPr="004B1670">
              <w:rPr>
                <w:rFonts w:ascii="Calibri Light" w:hAnsi="Calibri Light" w:cs="Calibri Light"/>
              </w:rPr>
              <w:t>Establishing a deeper connection</w:t>
            </w:r>
          </w:p>
          <w:p w14:paraId="346365FE" w14:textId="77777777" w:rsidR="00FD0C36" w:rsidRPr="00B33831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B33831">
              <w:rPr>
                <w:rFonts w:ascii="Calibri Light" w:hAnsi="Calibri Light" w:cs="Calibri Light"/>
              </w:rPr>
              <w:t xml:space="preserve">Practical Aspects of Student Life </w:t>
            </w:r>
          </w:p>
          <w:p w14:paraId="644C98DD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B33831">
              <w:rPr>
                <w:rFonts w:ascii="Calibri Light" w:hAnsi="Calibri Light" w:cs="Calibri Light"/>
              </w:rPr>
              <w:t>Managing Institutional</w:t>
            </w:r>
            <w:r>
              <w:rPr>
                <w:rFonts w:ascii="Calibri Light" w:hAnsi="Calibri Light" w:cs="Calibri Light"/>
              </w:rPr>
              <w:t xml:space="preserve"> Communication</w:t>
            </w:r>
          </w:p>
          <w:p w14:paraId="69913D16" w14:textId="7ABBFC16" w:rsidR="00FD0C36" w:rsidRPr="00472B63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Campus Facilities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03E156ED" w14:textId="6C5BEC4B" w:rsidR="00FD0C36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Managing Life</w:t>
            </w:r>
          </w:p>
          <w:p w14:paraId="76D08515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Balancing free time and academic life</w:t>
            </w:r>
          </w:p>
          <w:p w14:paraId="388E5F4E" w14:textId="78537029" w:rsidR="00FD0C36" w:rsidRPr="00472B63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Environmental Adaptation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48EB03BC" w14:textId="77777777" w:rsidR="00FD0C36" w:rsidRDefault="00FD0C36" w:rsidP="00FD0C36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Academic Freedom</w:t>
            </w:r>
          </w:p>
          <w:p w14:paraId="7AFB1950" w14:textId="77777777" w:rsidR="00FD0C36" w:rsidRPr="00472B63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Perceived Academic Support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0E06FFFC" w14:textId="6DCD0B41" w:rsidR="00FD0C36" w:rsidRPr="00472B63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Perceived Social Support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3D972C02" w14:textId="0B8EEEE9" w:rsidR="00FD0C36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Sense of Belonging</w:t>
            </w:r>
            <w:r w:rsidRPr="00472B63">
              <w:rPr>
                <w:rFonts w:ascii="Calibri Light" w:hAnsi="Calibri Light" w:cs="Calibri Light"/>
              </w:rPr>
              <w:t xml:space="preserve"> </w:t>
            </w:r>
          </w:p>
          <w:p w14:paraId="6B800AD0" w14:textId="77777777" w:rsidR="00FD0C36" w:rsidRPr="00472B63" w:rsidRDefault="00FD0C36" w:rsidP="00FD0C3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Mental w</w:t>
            </w:r>
            <w:r w:rsidRPr="00472B63">
              <w:rPr>
                <w:rFonts w:ascii="Calibri Light" w:hAnsi="Calibri Light" w:cs="Calibri Light"/>
              </w:rPr>
              <w:t xml:space="preserve">ell-being </w:t>
            </w:r>
          </w:p>
          <w:p w14:paraId="054C35F9" w14:textId="2A2BAF58" w:rsidR="00FD0C36" w:rsidRDefault="00FD0C36" w:rsidP="00FD0C36">
            <w:pPr>
              <w:rPr>
                <w:rFonts w:ascii="Segoe UI Symbol" w:hAnsi="Segoe UI Symbol" w:cs="Segoe UI Symbol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Disability</w:t>
            </w:r>
          </w:p>
          <w:p w14:paraId="3E6BEC4C" w14:textId="69117AC4" w:rsidR="00B33831" w:rsidRPr="000A3910" w:rsidRDefault="00B33831" w:rsidP="00FD0C36">
            <w:pPr>
              <w:rPr>
                <w:rFonts w:ascii="Calibri Light" w:hAnsi="Calibri Light" w:cs="Calibri Light"/>
              </w:rPr>
            </w:pPr>
          </w:p>
        </w:tc>
      </w:tr>
      <w:tr w:rsidR="00456A0B" w14:paraId="227157E4" w14:textId="77777777" w:rsidTr="6BE5105B">
        <w:tc>
          <w:tcPr>
            <w:tcW w:w="4316" w:type="dxa"/>
          </w:tcPr>
          <w:p w14:paraId="12FF0BCB" w14:textId="77777777" w:rsidR="00456A0B" w:rsidRDefault="00456A0B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lastRenderedPageBreak/>
              <w:t>What type of intervention is it:</w:t>
            </w:r>
          </w:p>
          <w:p w14:paraId="1165872B" w14:textId="7A71EEE5" w:rsidR="00456A0B" w:rsidRPr="5ED244E1" w:rsidRDefault="00456A0B" w:rsidP="004E0BFC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 xml:space="preserve">(From Literature Review) </w:t>
            </w:r>
          </w:p>
        </w:tc>
        <w:tc>
          <w:tcPr>
            <w:tcW w:w="4314" w:type="dxa"/>
          </w:tcPr>
          <w:p w14:paraId="6DC7EF5B" w14:textId="456EAE1E" w:rsidR="00456A0B" w:rsidRPr="00B33831" w:rsidRDefault="00456A0B" w:rsidP="00456A0B">
            <w:pPr>
              <w:rPr>
                <w:rFonts w:ascii="Calibri Light" w:hAnsi="Calibri Light" w:cs="Calibri Light"/>
              </w:rPr>
            </w:pPr>
            <w:r>
              <w:rPr>
                <w:rFonts w:ascii="Segoe UI Symbol" w:hAnsi="Segoe UI Symbol" w:cs="Segoe UI Symbo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Segoe UI Symbol" w:hAnsi="Segoe UI Symbol" w:cs="Segoe UI Symbol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</w:rPr>
            </w:r>
            <w:r>
              <w:rPr>
                <w:rFonts w:ascii="Segoe UI Symbol" w:hAnsi="Segoe UI Symbol" w:cs="Segoe UI Symbol"/>
              </w:rPr>
              <w:fldChar w:fldCharType="separate"/>
            </w:r>
            <w:r>
              <w:rPr>
                <w:rFonts w:ascii="Segoe UI Symbol" w:hAnsi="Segoe UI Symbol" w:cs="Segoe UI Symbol"/>
              </w:rPr>
              <w:fldChar w:fldCharType="end"/>
            </w:r>
            <w:r w:rsidRPr="00456A0B">
              <w:rPr>
                <w:rFonts w:ascii="Calibri Light" w:hAnsi="Calibri Light" w:cs="Calibri Light"/>
              </w:rPr>
              <w:t>Micro intervention</w:t>
            </w:r>
            <w:r w:rsidRPr="00B33831">
              <w:rPr>
                <w:rFonts w:ascii="Calibri Light" w:hAnsi="Calibri Light" w:cs="Calibri Light"/>
              </w:rPr>
              <w:t xml:space="preserve"> </w:t>
            </w:r>
          </w:p>
          <w:p w14:paraId="2A36767D" w14:textId="709A3207" w:rsidR="00456A0B" w:rsidRPr="00B33831" w:rsidRDefault="00456A0B" w:rsidP="00456A0B">
            <w:pPr>
              <w:rPr>
                <w:rFonts w:ascii="Calibri Light" w:hAnsi="Calibri Light" w:cs="Calibri Light"/>
              </w:rPr>
            </w:pPr>
            <w:r w:rsidRPr="00B33831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3831">
              <w:rPr>
                <w:rFonts w:ascii="Calibri Light" w:hAnsi="Calibri Light" w:cs="Calibri Light"/>
              </w:rPr>
              <w:instrText xml:space="preserve"> FORMCHECKBOX </w:instrText>
            </w:r>
            <w:r w:rsidRPr="00B33831">
              <w:rPr>
                <w:rFonts w:ascii="Calibri Light" w:hAnsi="Calibri Light" w:cs="Calibri Light"/>
              </w:rPr>
            </w:r>
            <w:r w:rsidRPr="00B33831">
              <w:rPr>
                <w:rFonts w:ascii="Calibri Light" w:hAnsi="Calibri Light" w:cs="Calibri Light"/>
              </w:rPr>
              <w:fldChar w:fldCharType="separate"/>
            </w:r>
            <w:r w:rsidRPr="00B33831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Course and Teaching Strategies</w:t>
            </w:r>
            <w:r w:rsidRPr="00B33831">
              <w:rPr>
                <w:rFonts w:ascii="Calibri Light" w:hAnsi="Calibri Light" w:cs="Calibri Light"/>
              </w:rPr>
              <w:t xml:space="preserve"> </w:t>
            </w:r>
          </w:p>
          <w:p w14:paraId="05BCDBE6" w14:textId="4A613109" w:rsidR="00456A0B" w:rsidRDefault="00456A0B" w:rsidP="00456A0B">
            <w:pPr>
              <w:rPr>
                <w:rFonts w:ascii="Calibri Light" w:hAnsi="Calibri Light" w:cs="Calibri Light"/>
              </w:rPr>
            </w:pPr>
            <w:r w:rsidRPr="00B33831"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33831">
              <w:rPr>
                <w:rFonts w:ascii="Calibri Light" w:hAnsi="Calibri Light" w:cs="Calibri Light"/>
              </w:rPr>
              <w:instrText xml:space="preserve"> FORMCHECKBOX </w:instrText>
            </w:r>
            <w:r w:rsidRPr="00B33831">
              <w:rPr>
                <w:rFonts w:ascii="Calibri Light" w:hAnsi="Calibri Light" w:cs="Calibri Light"/>
              </w:rPr>
            </w:r>
            <w:r w:rsidRPr="00B33831">
              <w:rPr>
                <w:rFonts w:ascii="Calibri Light" w:hAnsi="Calibri Light" w:cs="Calibri Light"/>
              </w:rPr>
              <w:fldChar w:fldCharType="separate"/>
            </w:r>
            <w:r w:rsidRPr="00B33831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 xml:space="preserve">Gamification and Technology </w:t>
            </w:r>
          </w:p>
          <w:p w14:paraId="394CA74D" w14:textId="3E026699" w:rsidR="00456A0B" w:rsidRPr="00472B63" w:rsidRDefault="00456A0B" w:rsidP="00456A0B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Installing Learning Communities</w:t>
            </w:r>
          </w:p>
          <w:p w14:paraId="4CBAF6E9" w14:textId="767CADB4" w:rsidR="00456A0B" w:rsidRDefault="00456A0B" w:rsidP="00456A0B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Social Support and Mentoring</w:t>
            </w:r>
          </w:p>
          <w:p w14:paraId="3B9F1C7D" w14:textId="13A2D86E" w:rsidR="00456A0B" w:rsidRPr="00472B63" w:rsidRDefault="00456A0B" w:rsidP="00456A0B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Summer School</w:t>
            </w:r>
          </w:p>
          <w:p w14:paraId="6214CB10" w14:textId="0FC91157" w:rsidR="00456A0B" w:rsidRDefault="00456A0B" w:rsidP="00456A0B">
            <w:pPr>
              <w:rPr>
                <w:rFonts w:ascii="Calibri Light" w:hAnsi="Calibri Light" w:cs="Calibri Light"/>
              </w:rPr>
            </w:pPr>
            <w:r w:rsidRPr="00472B63">
              <w:rPr>
                <w:rFonts w:ascii="Calibri Light" w:hAnsi="Calibri Light" w:cs="Calibri Light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72B63">
              <w:rPr>
                <w:rFonts w:ascii="Calibri Light" w:hAnsi="Calibri Light" w:cs="Calibri Light"/>
              </w:rPr>
              <w:instrText xml:space="preserve"> FORMCHECKBOX </w:instrText>
            </w:r>
            <w:r w:rsidRPr="00472B63">
              <w:rPr>
                <w:rFonts w:ascii="Calibri Light" w:hAnsi="Calibri Light" w:cs="Calibri Light"/>
              </w:rPr>
            </w:r>
            <w:r w:rsidRPr="00472B63">
              <w:rPr>
                <w:rFonts w:ascii="Calibri Light" w:hAnsi="Calibri Light" w:cs="Calibri Light"/>
              </w:rPr>
              <w:fldChar w:fldCharType="separate"/>
            </w:r>
            <w:r w:rsidRPr="00472B63">
              <w:rPr>
                <w:rFonts w:ascii="Calibri Light" w:hAnsi="Calibri Light" w:cs="Calibri Light"/>
              </w:rPr>
              <w:fldChar w:fldCharType="end"/>
            </w:r>
            <w:r>
              <w:rPr>
                <w:rFonts w:ascii="Calibri Light" w:hAnsi="Calibri Light" w:cs="Calibri Light"/>
              </w:rPr>
              <w:t>Mindset</w:t>
            </w:r>
          </w:p>
          <w:p w14:paraId="52BF14FB" w14:textId="2F6E1517" w:rsidR="00456A0B" w:rsidRPr="00472B63" w:rsidRDefault="00FD0C36" w:rsidP="6BE5105B">
            <w:pPr>
              <w:rPr>
                <w:rFonts w:ascii="Calibri Light" w:hAnsi="Calibri Light" w:cs="Calibri Light"/>
                <w:u w:val="single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="00456A0B" w:rsidRPr="00FD0C36">
              <w:rPr>
                <w:rFonts w:ascii="Calibri Light" w:hAnsi="Calibri Light" w:cs="Calibri Light"/>
              </w:rPr>
              <w:t>Orientation Program</w:t>
            </w:r>
            <w:r w:rsidR="00456A0B" w:rsidRPr="6BE5105B">
              <w:rPr>
                <w:rFonts w:ascii="Calibri Light" w:hAnsi="Calibri Light" w:cs="Calibri Light"/>
                <w:u w:val="single"/>
              </w:rPr>
              <w:t xml:space="preserve"> </w:t>
            </w:r>
          </w:p>
          <w:p w14:paraId="7EFF47C5" w14:textId="3779BF94" w:rsidR="00456A0B" w:rsidRPr="000A3910" w:rsidRDefault="00456A0B" w:rsidP="00456A0B">
            <w:pPr>
              <w:rPr>
                <w:rFonts w:ascii="Calibri Light" w:hAnsi="Calibri Light" w:cs="Calibri Light"/>
              </w:rPr>
            </w:pPr>
          </w:p>
        </w:tc>
      </w:tr>
      <w:tr w:rsidR="004E0BFC" w14:paraId="61B19491" w14:textId="77777777" w:rsidTr="6BE5105B">
        <w:tc>
          <w:tcPr>
            <w:tcW w:w="4316" w:type="dxa"/>
          </w:tcPr>
          <w:p w14:paraId="4DF9FE37" w14:textId="54CA13BE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 xml:space="preserve">Target </w:t>
            </w:r>
            <w:r w:rsidR="000A3910" w:rsidRPr="5ED244E1">
              <w:rPr>
                <w:rFonts w:ascii="Calibri Light" w:hAnsi="Calibri Light" w:cs="Calibri Light"/>
                <w:lang w:val="en-GB"/>
              </w:rPr>
              <w:t>a</w:t>
            </w:r>
            <w:r w:rsidRPr="5ED244E1">
              <w:rPr>
                <w:rFonts w:ascii="Calibri Light" w:hAnsi="Calibri Light" w:cs="Calibri Light"/>
                <w:lang w:val="en-GB"/>
              </w:rPr>
              <w:t>udience:</w:t>
            </w:r>
          </w:p>
        </w:tc>
        <w:tc>
          <w:tcPr>
            <w:tcW w:w="4314" w:type="dxa"/>
          </w:tcPr>
          <w:p w14:paraId="0A9A6F6E" w14:textId="16D80FD5" w:rsidR="00456A0B" w:rsidRPr="000A3910" w:rsidRDefault="24A87F8B" w:rsidP="004E0BFC">
            <w:pPr>
              <w:rPr>
                <w:rFonts w:ascii="Calibri Light" w:hAnsi="Calibri Light" w:cs="Calibri Light"/>
              </w:rPr>
            </w:pPr>
            <w:r w:rsidRPr="6BE5105B">
              <w:rPr>
                <w:rFonts w:ascii="Calibri Light" w:hAnsi="Calibri Light" w:cs="Calibri Light"/>
              </w:rPr>
              <w:t>New first year students</w:t>
            </w:r>
          </w:p>
        </w:tc>
      </w:tr>
      <w:tr w:rsidR="004E0BFC" w14:paraId="4D0018EE" w14:textId="77777777" w:rsidTr="6BE5105B">
        <w:tc>
          <w:tcPr>
            <w:tcW w:w="4316" w:type="dxa"/>
          </w:tcPr>
          <w:p w14:paraId="749D750F" w14:textId="0DA2FE28" w:rsidR="004E0BFC" w:rsidRPr="000A3910" w:rsidRDefault="004E0BFC" w:rsidP="004E0BFC">
            <w:pPr>
              <w:rPr>
                <w:rFonts w:ascii="Calibri Light" w:hAnsi="Calibri Light" w:cs="Calibri Light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Number of students:</w:t>
            </w:r>
          </w:p>
        </w:tc>
        <w:tc>
          <w:tcPr>
            <w:tcW w:w="4314" w:type="dxa"/>
          </w:tcPr>
          <w:p w14:paraId="57A0C05A" w14:textId="0E5B26BD" w:rsidR="00456A0B" w:rsidRPr="000A3910" w:rsidRDefault="6294B90C" w:rsidP="004E0BFC">
            <w:pPr>
              <w:rPr>
                <w:rFonts w:ascii="Calibri Light" w:hAnsi="Calibri Light" w:cs="Calibri Light"/>
              </w:rPr>
            </w:pPr>
            <w:r w:rsidRPr="6BE5105B">
              <w:rPr>
                <w:rFonts w:ascii="Calibri Light" w:hAnsi="Calibri Light" w:cs="Calibri Light"/>
              </w:rPr>
              <w:t xml:space="preserve">Teams of 6 students. Ideally, no more than 10 teams do the Campus Compass </w:t>
            </w:r>
            <w:r w:rsidR="00FD0C36" w:rsidRPr="6BE5105B">
              <w:rPr>
                <w:rFonts w:ascii="Calibri Light" w:hAnsi="Calibri Light" w:cs="Calibri Light"/>
              </w:rPr>
              <w:t>simultaneously</w:t>
            </w:r>
          </w:p>
        </w:tc>
      </w:tr>
    </w:tbl>
    <w:p w14:paraId="06E99092" w14:textId="7C5FE61E" w:rsidR="0086050C" w:rsidRDefault="004E0BFC">
      <w:r>
        <w:rPr>
          <w:b/>
          <w:color w:val="0F6576"/>
          <w:sz w:val="28"/>
        </w:rPr>
        <w:t>Objectives &amp; Focus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E0BFC" w14:paraId="2FA73CC9" w14:textId="77777777" w:rsidTr="6BE5105B">
        <w:tc>
          <w:tcPr>
            <w:tcW w:w="4315" w:type="dxa"/>
          </w:tcPr>
          <w:p w14:paraId="495BEB2F" w14:textId="589B6DAF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type of activity is it?</w:t>
            </w:r>
          </w:p>
        </w:tc>
        <w:tc>
          <w:tcPr>
            <w:tcW w:w="4315" w:type="dxa"/>
          </w:tcPr>
          <w:p w14:paraId="665A421D" w14:textId="56E045D2" w:rsidR="004E0BFC" w:rsidRPr="000A3910" w:rsidRDefault="428DF00B" w:rsidP="004E0BFC">
            <w:pPr>
              <w:rPr>
                <w:rFonts w:ascii="Calibri Light" w:hAnsi="Calibri Light" w:cs="Calibri Light"/>
                <w:lang w:val="en-GB"/>
              </w:rPr>
            </w:pPr>
            <w:r w:rsidRPr="6BE5105B">
              <w:rPr>
                <w:rFonts w:ascii="Calibri Light" w:hAnsi="Calibri Light" w:cs="Calibri Light"/>
                <w:lang w:val="en-GB"/>
              </w:rPr>
              <w:t>Interactive tour on campus</w:t>
            </w:r>
          </w:p>
        </w:tc>
      </w:tr>
      <w:tr w:rsidR="004E0BFC" w14:paraId="4484B5E2" w14:textId="77777777" w:rsidTr="6BE5105B">
        <w:tc>
          <w:tcPr>
            <w:tcW w:w="4315" w:type="dxa"/>
          </w:tcPr>
          <w:p w14:paraId="3DD3B43A" w14:textId="6C0F143E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When does the activity take place?</w:t>
            </w:r>
          </w:p>
        </w:tc>
        <w:tc>
          <w:tcPr>
            <w:tcW w:w="4315" w:type="dxa"/>
          </w:tcPr>
          <w:p w14:paraId="7DB5DA4D" w14:textId="694B40FF" w:rsidR="004E0BFC" w:rsidRPr="000A3910" w:rsidRDefault="6CB8FF09" w:rsidP="004E0BFC">
            <w:pPr>
              <w:rPr>
                <w:rFonts w:ascii="Calibri Light" w:hAnsi="Calibri Light" w:cs="Calibri Light"/>
                <w:lang w:val="en-GB"/>
              </w:rPr>
            </w:pPr>
            <w:r w:rsidRPr="6BE5105B">
              <w:rPr>
                <w:rFonts w:ascii="Calibri Light" w:hAnsi="Calibri Light" w:cs="Calibri Light"/>
                <w:lang w:val="en-GB"/>
              </w:rPr>
              <w:t>During starter/orientation days</w:t>
            </w:r>
          </w:p>
        </w:tc>
      </w:tr>
      <w:tr w:rsidR="004E0BFC" w14:paraId="6E1B2956" w14:textId="77777777" w:rsidTr="6BE5105B">
        <w:tc>
          <w:tcPr>
            <w:tcW w:w="4315" w:type="dxa"/>
          </w:tcPr>
          <w:p w14:paraId="324266F5" w14:textId="259C158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How long does the activity last?</w:t>
            </w:r>
          </w:p>
        </w:tc>
        <w:tc>
          <w:tcPr>
            <w:tcW w:w="4315" w:type="dxa"/>
          </w:tcPr>
          <w:p w14:paraId="3874A643" w14:textId="2356A653" w:rsidR="004E0BFC" w:rsidRPr="000A3910" w:rsidRDefault="54F3DB20" w:rsidP="004E0BFC">
            <w:pPr>
              <w:rPr>
                <w:rFonts w:ascii="Calibri Light" w:hAnsi="Calibri Light" w:cs="Calibri Light"/>
                <w:lang w:val="en-GB"/>
              </w:rPr>
            </w:pPr>
            <w:r w:rsidRPr="6BE5105B">
              <w:rPr>
                <w:rFonts w:ascii="Calibri Light" w:hAnsi="Calibri Light" w:cs="Calibri Light"/>
                <w:lang w:val="en-GB"/>
              </w:rPr>
              <w:t xml:space="preserve">Depending on the number of stations. We recommend a </w:t>
            </w:r>
            <w:r w:rsidR="0383E199" w:rsidRPr="6BE5105B">
              <w:rPr>
                <w:rFonts w:ascii="Calibri Light" w:hAnsi="Calibri Light" w:cs="Calibri Light"/>
                <w:lang w:val="en-GB"/>
              </w:rPr>
              <w:t>2</w:t>
            </w:r>
            <w:r w:rsidRPr="6BE5105B">
              <w:rPr>
                <w:rFonts w:ascii="Calibri Light" w:hAnsi="Calibri Light" w:cs="Calibri Light"/>
                <w:lang w:val="en-GB"/>
              </w:rPr>
              <w:t xml:space="preserve"> hour tour</w:t>
            </w:r>
          </w:p>
        </w:tc>
      </w:tr>
    </w:tbl>
    <w:p w14:paraId="77E7D96A" w14:textId="77777777" w:rsidR="000A3910" w:rsidRDefault="000A3910">
      <w:pPr>
        <w:rPr>
          <w:b/>
          <w:color w:val="0F6576"/>
          <w:sz w:val="28"/>
        </w:rPr>
      </w:pPr>
    </w:p>
    <w:p w14:paraId="2F845AA2" w14:textId="7E46A9AA" w:rsidR="0086050C" w:rsidRDefault="00A53F55">
      <w:r>
        <w:rPr>
          <w:b/>
          <w:color w:val="0F6576"/>
          <w:sz w:val="28"/>
        </w:rPr>
        <w:t>Participants &amp; Implementation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3823"/>
        <w:gridCol w:w="4961"/>
      </w:tblGrid>
      <w:tr w:rsidR="004E0BFC" w14:paraId="68A83735" w14:textId="77777777" w:rsidTr="6BE5105B">
        <w:tc>
          <w:tcPr>
            <w:tcW w:w="3823" w:type="dxa"/>
          </w:tcPr>
          <w:p w14:paraId="0395BC84" w14:textId="2A0410C4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5DC8FB06">
              <w:rPr>
                <w:rFonts w:ascii="Calibri Light" w:hAnsi="Calibri Light" w:cs="Calibri Light"/>
                <w:lang w:val="en-GB"/>
              </w:rPr>
              <w:t xml:space="preserve">Level of </w:t>
            </w:r>
            <w:r w:rsidR="000A3910" w:rsidRPr="5DC8FB06">
              <w:rPr>
                <w:rFonts w:ascii="Calibri Light" w:hAnsi="Calibri Light" w:cs="Calibri Light"/>
                <w:lang w:val="en-GB"/>
              </w:rPr>
              <w:t>c</w:t>
            </w:r>
            <w:r w:rsidRPr="5DC8FB06">
              <w:rPr>
                <w:rFonts w:ascii="Calibri Light" w:hAnsi="Calibri Light" w:cs="Calibri Light"/>
                <w:lang w:val="en-GB"/>
              </w:rPr>
              <w:t xml:space="preserve">ommitment of </w:t>
            </w:r>
            <w:r w:rsidR="000A3910" w:rsidRPr="5DC8FB06">
              <w:rPr>
                <w:rFonts w:ascii="Calibri Light" w:hAnsi="Calibri Light" w:cs="Calibri Light"/>
                <w:lang w:val="en-GB"/>
              </w:rPr>
              <w:t>i</w:t>
            </w:r>
            <w:r w:rsidRPr="5DC8FB06">
              <w:rPr>
                <w:rFonts w:ascii="Calibri Light" w:hAnsi="Calibri Light" w:cs="Calibri Light"/>
                <w:lang w:val="en-GB"/>
              </w:rPr>
              <w:t>nstructors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to design and develop the intervention</w:t>
            </w:r>
            <w:r w:rsidRPr="5DC8FB06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02CBACA6" w14:textId="72F57BE6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Low</w:t>
            </w:r>
            <w:r>
              <w:rPr>
                <w:rFonts w:ascii="Calibri Light" w:hAnsi="Calibri Light" w:cs="Calibri Light"/>
                <w:lang w:val="en-GB"/>
              </w:rPr>
              <w:t xml:space="preserve"> (1 day) </w:t>
            </w:r>
          </w:p>
          <w:p w14:paraId="5AAB06CA" w14:textId="09232F01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Medium </w:t>
            </w:r>
            <w:r>
              <w:rPr>
                <w:rFonts w:ascii="Calibri Light" w:hAnsi="Calibri Light" w:cs="Calibri Light"/>
                <w:lang w:val="en-GB"/>
              </w:rPr>
              <w:t xml:space="preserve">(1 week) </w:t>
            </w:r>
          </w:p>
          <w:p w14:paraId="13DC3AE2" w14:textId="6E304CD9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1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0"/>
            <w:r w:rsidRPr="000A3910">
              <w:rPr>
                <w:rFonts w:ascii="Calibri Light" w:hAnsi="Calibri Light" w:cs="Calibri Light"/>
                <w:lang w:val="en-GB"/>
              </w:rPr>
              <w:t>High</w:t>
            </w:r>
            <w:r>
              <w:rPr>
                <w:rFonts w:ascii="Calibri Light" w:hAnsi="Calibri Light" w:cs="Calibri Light"/>
                <w:lang w:val="en-GB"/>
              </w:rPr>
              <w:t xml:space="preserve"> (1 month or greater)</w:t>
            </w:r>
          </w:p>
          <w:p w14:paraId="226DC841" w14:textId="4E822B8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24DAA290" w14:textId="77777777" w:rsidTr="6BE5105B">
        <w:tc>
          <w:tcPr>
            <w:tcW w:w="3823" w:type="dxa"/>
          </w:tcPr>
          <w:p w14:paraId="185AE50B" w14:textId="7E3993D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Level of commitment of students:</w:t>
            </w:r>
          </w:p>
        </w:tc>
        <w:tc>
          <w:tcPr>
            <w:tcW w:w="4961" w:type="dxa"/>
          </w:tcPr>
          <w:p w14:paraId="2E41CBE0" w14:textId="77777777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Low</w:t>
            </w:r>
            <w:r>
              <w:rPr>
                <w:rFonts w:ascii="Calibri Light" w:hAnsi="Calibri Light" w:cs="Calibri Light"/>
                <w:lang w:val="en-GB"/>
              </w:rPr>
              <w:t xml:space="preserve"> (1 day) </w:t>
            </w:r>
          </w:p>
          <w:p w14:paraId="2D3726D8" w14:textId="77777777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Medium </w:t>
            </w:r>
            <w:r>
              <w:rPr>
                <w:rFonts w:ascii="Calibri Light" w:hAnsi="Calibri Light" w:cs="Calibri Light"/>
                <w:lang w:val="en-GB"/>
              </w:rPr>
              <w:t xml:space="preserve">(1 week) </w:t>
            </w:r>
          </w:p>
          <w:p w14:paraId="721182FA" w14:textId="37D9F779" w:rsidR="00CC376A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High</w:t>
            </w:r>
            <w:r>
              <w:rPr>
                <w:rFonts w:ascii="Calibri Light" w:hAnsi="Calibri Light" w:cs="Calibri Light"/>
                <w:lang w:val="en-GB"/>
              </w:rPr>
              <w:t xml:space="preserve"> (1 month or greater)</w:t>
            </w:r>
          </w:p>
        </w:tc>
      </w:tr>
      <w:tr w:rsidR="004E0BFC" w14:paraId="78B5BD83" w14:textId="77777777" w:rsidTr="6BE5105B">
        <w:tc>
          <w:tcPr>
            <w:tcW w:w="3823" w:type="dxa"/>
          </w:tcPr>
          <w:p w14:paraId="729B3DF5" w14:textId="1FE978FE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124C7894">
              <w:rPr>
                <w:rFonts w:ascii="Calibri Light" w:hAnsi="Calibri Light" w:cs="Calibri Light"/>
                <w:lang w:val="en-GB"/>
              </w:rPr>
              <w:t>Timescale to complete intervention</w:t>
            </w:r>
            <w:r w:rsidR="00CC376A">
              <w:rPr>
                <w:rFonts w:ascii="Calibri Light" w:hAnsi="Calibri Light" w:cs="Calibri Light"/>
                <w:lang w:val="en-GB"/>
              </w:rPr>
              <w:t xml:space="preserve"> (how long the activity lasts)</w:t>
            </w:r>
            <w:r w:rsidRPr="124C7894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28A57626" w14:textId="72962A49" w:rsidR="004E0BFC" w:rsidRDefault="152DD5DF" w:rsidP="004E0BFC">
            <w:pPr>
              <w:rPr>
                <w:rFonts w:ascii="Calibri Light" w:hAnsi="Calibri Light" w:cs="Calibri Light"/>
                <w:lang w:val="en-GB"/>
              </w:rPr>
            </w:pPr>
            <w:r w:rsidRPr="6BE5105B">
              <w:rPr>
                <w:rFonts w:ascii="Calibri Light" w:hAnsi="Calibri Light" w:cs="Calibri Light"/>
                <w:lang w:val="en-GB"/>
              </w:rPr>
              <w:t>2</w:t>
            </w:r>
            <w:r w:rsidR="0C7AFF69" w:rsidRPr="6BE5105B">
              <w:rPr>
                <w:rFonts w:ascii="Calibri Light" w:hAnsi="Calibri Light" w:cs="Calibri Light"/>
                <w:lang w:val="en-GB"/>
              </w:rPr>
              <w:t xml:space="preserve"> hour</w:t>
            </w:r>
            <w:r w:rsidR="2FE34CE9" w:rsidRPr="6BE5105B">
              <w:rPr>
                <w:rFonts w:ascii="Calibri Light" w:hAnsi="Calibri Light" w:cs="Calibri Light"/>
                <w:lang w:val="en-GB"/>
              </w:rPr>
              <w:t>s</w:t>
            </w:r>
          </w:p>
          <w:p w14:paraId="48AC28BE" w14:textId="77777777" w:rsidR="00CC376A" w:rsidRDefault="00CC376A" w:rsidP="004E0BFC">
            <w:pPr>
              <w:rPr>
                <w:rFonts w:ascii="Calibri Light" w:hAnsi="Calibri Light" w:cs="Calibri Light"/>
                <w:lang w:val="en-GB"/>
              </w:rPr>
            </w:pPr>
          </w:p>
          <w:p w14:paraId="48A4E36E" w14:textId="77777777" w:rsidR="00CC376A" w:rsidRPr="000A3910" w:rsidRDefault="00CC376A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01E73A0F" w14:textId="77777777" w:rsidTr="6BE5105B">
        <w:tc>
          <w:tcPr>
            <w:tcW w:w="3823" w:type="dxa"/>
          </w:tcPr>
          <w:p w14:paraId="6F344086" w14:textId="765980AB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Who is involved in delivering the activity?</w:t>
            </w:r>
          </w:p>
        </w:tc>
        <w:tc>
          <w:tcPr>
            <w:tcW w:w="4961" w:type="dxa"/>
          </w:tcPr>
          <w:p w14:paraId="3544B9A3" w14:textId="152558D0" w:rsidR="004E0BFC" w:rsidRDefault="00FD0C36" w:rsidP="6BE5105B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Selectievakje12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1"/>
            <w:r w:rsidR="16829C3C" w:rsidRPr="00F16179">
              <w:rPr>
                <w:rFonts w:ascii="Calibri Light" w:hAnsi="Calibri Light" w:cs="Calibri Light"/>
                <w:lang w:val="en-GB"/>
              </w:rPr>
              <w:t xml:space="preserve">Flexible, depending on how the stations are designed. </w:t>
            </w:r>
          </w:p>
          <w:p w14:paraId="30E61648" w14:textId="399E4A6E" w:rsidR="00FD0C36" w:rsidRDefault="00FD0C36" w:rsidP="6BE5105B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F16179">
              <w:rPr>
                <w:rFonts w:ascii="Calibri Light" w:hAnsi="Calibri Light" w:cs="Calibri Light"/>
                <w:lang w:val="en-GB"/>
              </w:rPr>
              <w:t>Student Societies/organisations/clubs</w:t>
            </w:r>
            <w:r>
              <w:rPr>
                <w:rFonts w:ascii="Calibri Light" w:hAnsi="Calibri Light" w:cs="Calibri Light"/>
                <w:lang w:val="en-GB"/>
              </w:rPr>
              <w:t xml:space="preserve"> (minimal)</w:t>
            </w:r>
          </w:p>
          <w:p w14:paraId="1B6D7269" w14:textId="1588119E" w:rsidR="00FD0C36" w:rsidRPr="00F16179" w:rsidRDefault="00FD0C36" w:rsidP="6BE5105B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F16179">
              <w:rPr>
                <w:rFonts w:ascii="Calibri Light" w:hAnsi="Calibri Light" w:cs="Calibri Light"/>
                <w:lang w:val="en-GB"/>
              </w:rPr>
              <w:t>Teaching staff</w:t>
            </w:r>
            <w:r>
              <w:rPr>
                <w:rFonts w:ascii="Calibri Light" w:hAnsi="Calibri Light" w:cs="Calibri Light"/>
                <w:lang w:val="en-GB"/>
              </w:rPr>
              <w:t xml:space="preserve"> (Optional – Additional staff)</w:t>
            </w:r>
          </w:p>
          <w:p w14:paraId="429C5149" w14:textId="68B71FAA" w:rsidR="004E0BFC" w:rsidRPr="00F16179" w:rsidRDefault="00390282" w:rsidP="6BE5105B">
            <w:pPr>
              <w:rPr>
                <w:rFonts w:ascii="Calibri Light" w:hAnsi="Calibri Light" w:cs="Calibri Light"/>
                <w:lang w:val="en-GB"/>
              </w:rPr>
            </w:pPr>
            <w:r>
              <w:br/>
            </w:r>
          </w:p>
        </w:tc>
      </w:tr>
      <w:tr w:rsidR="004E0BFC" w14:paraId="6A808EB3" w14:textId="77777777" w:rsidTr="6BE5105B">
        <w:tc>
          <w:tcPr>
            <w:tcW w:w="3823" w:type="dxa"/>
          </w:tcPr>
          <w:p w14:paraId="1EAB1171" w14:textId="525BD446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lastRenderedPageBreak/>
              <w:t>Is the activity individual or group-based?</w:t>
            </w:r>
          </w:p>
        </w:tc>
        <w:tc>
          <w:tcPr>
            <w:tcW w:w="4961" w:type="dxa"/>
          </w:tcPr>
          <w:p w14:paraId="27DDB43E" w14:textId="77777777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18"/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bookmarkEnd w:id="2"/>
            <w:r w:rsidRPr="000A3910">
              <w:rPr>
                <w:rFonts w:ascii="Calibri Light" w:hAnsi="Calibri Light" w:cs="Calibri Light"/>
                <w:lang w:val="en-GB"/>
              </w:rPr>
              <w:t xml:space="preserve">Individual </w:t>
            </w: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Group</w:t>
            </w:r>
          </w:p>
          <w:p w14:paraId="441CD5FC" w14:textId="0104FF5D" w:rsidR="004E0BFC" w:rsidRDefault="53BA9352" w:rsidP="6BE5105B">
            <w:pPr>
              <w:rPr>
                <w:rFonts w:ascii="Calibri Light" w:hAnsi="Calibri Light" w:cs="Calibri Light"/>
                <w:lang w:val="en-GB"/>
              </w:rPr>
            </w:pPr>
            <w:r w:rsidRPr="6BE5105B">
              <w:rPr>
                <w:rFonts w:ascii="Calibri Light" w:hAnsi="Calibri Light" w:cs="Calibri Light"/>
                <w:lang w:val="en-GB"/>
              </w:rPr>
              <w:t xml:space="preserve">Small </w:t>
            </w:r>
            <w:r w:rsidR="004E0BFC" w:rsidRPr="000A3910">
              <w:rPr>
                <w:rFonts w:ascii="Calibri Light" w:hAnsi="Calibri Light" w:cs="Calibri Light"/>
                <w:lang w:val="en-GB"/>
              </w:rPr>
              <w:t>Group</w:t>
            </w:r>
            <w:r w:rsidR="360DF6C8" w:rsidRPr="000A3910">
              <w:rPr>
                <w:rFonts w:ascii="Calibri Light" w:hAnsi="Calibri Light" w:cs="Calibri Light"/>
                <w:lang w:val="en-GB"/>
              </w:rPr>
              <w:t>s</w:t>
            </w:r>
            <w:r w:rsidR="0464433A" w:rsidRPr="000A3910">
              <w:rPr>
                <w:rFonts w:ascii="Calibri Light" w:hAnsi="Calibri Light" w:cs="Calibri Light"/>
                <w:lang w:val="en-GB"/>
              </w:rPr>
              <w:t xml:space="preserve"> of students</w:t>
            </w:r>
          </w:p>
          <w:p w14:paraId="23C8D42D" w14:textId="39F04B59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0E9D640B" w14:textId="77777777" w:rsidTr="6BE5105B">
        <w:tc>
          <w:tcPr>
            <w:tcW w:w="3823" w:type="dxa"/>
          </w:tcPr>
          <w:p w14:paraId="60EF4663" w14:textId="5ABCED1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Is participation voluntary or mandatory?</w:t>
            </w:r>
          </w:p>
        </w:tc>
        <w:tc>
          <w:tcPr>
            <w:tcW w:w="4961" w:type="dxa"/>
          </w:tcPr>
          <w:p w14:paraId="0C529331" w14:textId="77777777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Voluntary </w:t>
            </w: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Mandatory</w:t>
            </w:r>
          </w:p>
          <w:p w14:paraId="566C2A3E" w14:textId="11E0091A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6BA22D21" w14:textId="77777777" w:rsidTr="6BE5105B">
        <w:trPr>
          <w:trHeight w:val="300"/>
        </w:trPr>
        <w:tc>
          <w:tcPr>
            <w:tcW w:w="3823" w:type="dxa"/>
          </w:tcPr>
          <w:p w14:paraId="4713B377" w14:textId="0E6651B8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11939C16">
              <w:rPr>
                <w:rFonts w:ascii="Calibri Light" w:hAnsi="Calibri Light" w:cs="Calibri Light"/>
                <w:lang w:val="en-GB"/>
              </w:rPr>
              <w:t xml:space="preserve">Is the activity </w:t>
            </w:r>
            <w:proofErr w:type="spellStart"/>
            <w:r w:rsidRPr="11939C16">
              <w:rPr>
                <w:rFonts w:ascii="Calibri Light" w:hAnsi="Calibri Light" w:cs="Calibri Light"/>
                <w:lang w:val="en-GB"/>
              </w:rPr>
              <w:t>intracurricular</w:t>
            </w:r>
            <w:proofErr w:type="spellEnd"/>
            <w:r w:rsidRPr="11939C16">
              <w:rPr>
                <w:rFonts w:ascii="Calibri Light" w:hAnsi="Calibri Light" w:cs="Calibri Light"/>
                <w:lang w:val="en-GB"/>
              </w:rPr>
              <w:t xml:space="preserve"> or extracurricular?</w:t>
            </w:r>
          </w:p>
        </w:tc>
        <w:tc>
          <w:tcPr>
            <w:tcW w:w="4961" w:type="dxa"/>
          </w:tcPr>
          <w:p w14:paraId="23B0A8DA" w14:textId="77777777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proofErr w:type="spellStart"/>
            <w:r w:rsidRPr="000A3910">
              <w:rPr>
                <w:rFonts w:ascii="Calibri Light" w:hAnsi="Calibri Light" w:cs="Calibri Light"/>
                <w:lang w:val="en-GB"/>
              </w:rPr>
              <w:t>Intracurricular</w:t>
            </w:r>
            <w:proofErr w:type="spellEnd"/>
            <w:r>
              <w:rPr>
                <w:rFonts w:ascii="Calibri Light" w:hAnsi="Calibri Light" w:cs="Calibri Light"/>
                <w:lang w:val="en-GB"/>
              </w:rPr>
              <w:t xml:space="preserve"> (with ECTS credits)</w:t>
            </w:r>
          </w:p>
          <w:p w14:paraId="4B4A8A09" w14:textId="77777777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Extracurricular </w:t>
            </w:r>
          </w:p>
          <w:p w14:paraId="059E691E" w14:textId="77777777" w:rsidR="00FD0C36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Segoe UI Symbol" w:hAnsi="Segoe UI Symbol" w:cs="Segoe UI Symbol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lang w:val="en-GB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lang w:val="en-GB"/>
              </w:rPr>
            </w:r>
            <w:r>
              <w:rPr>
                <w:rFonts w:ascii="Segoe UI Symbol" w:hAnsi="Segoe UI Symbol" w:cs="Segoe UI Symbol"/>
                <w:lang w:val="en-GB"/>
              </w:rPr>
              <w:fldChar w:fldCharType="separate"/>
            </w:r>
            <w:r>
              <w:rPr>
                <w:rFonts w:ascii="Segoe UI Symbol" w:hAnsi="Segoe UI Symbol" w:cs="Segoe UI Symbol"/>
                <w:lang w:val="en-GB"/>
              </w:rPr>
              <w:fldChar w:fldCharType="end"/>
            </w:r>
            <w:r w:rsidRPr="000A3910">
              <w:rPr>
                <w:rFonts w:ascii="Calibri Light" w:hAnsi="Calibri Light" w:cs="Calibri Light"/>
                <w:lang w:val="en-GB"/>
              </w:rPr>
              <w:t>Both</w:t>
            </w:r>
          </w:p>
          <w:p w14:paraId="59D8C248" w14:textId="4AD3EFE8" w:rsidR="00F82504" w:rsidRPr="000A3910" w:rsidRDefault="00F82504" w:rsidP="004E0BFC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14:paraId="5F2B528A" w14:textId="77777777" w:rsidTr="6BE5105B">
        <w:tc>
          <w:tcPr>
            <w:tcW w:w="3823" w:type="dxa"/>
          </w:tcPr>
          <w:p w14:paraId="47AA372F" w14:textId="14F15CBF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In what format is the activity delivered?</w:t>
            </w:r>
          </w:p>
        </w:tc>
        <w:tc>
          <w:tcPr>
            <w:tcW w:w="4961" w:type="dxa"/>
          </w:tcPr>
          <w:p w14:paraId="6CEE8142" w14:textId="77777777" w:rsidR="00FD0C36" w:rsidRPr="00F82504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 Light" w:hAnsi="Calibri Light" w:cs="Calibri Light"/>
              </w:rPr>
              <w:instrText xml:space="preserve"> FORMCHECKBOX </w:instrText>
            </w:r>
            <w:r>
              <w:rPr>
                <w:rFonts w:ascii="Calibri Light" w:hAnsi="Calibri Light" w:cs="Calibri Light"/>
              </w:rPr>
            </w:r>
            <w:r>
              <w:rPr>
                <w:rFonts w:ascii="Calibri Light" w:hAnsi="Calibri Light" w:cs="Calibri Light"/>
              </w:rPr>
              <w:fldChar w:fldCharType="separate"/>
            </w:r>
            <w:r>
              <w:rPr>
                <w:rFonts w:ascii="Calibri Light" w:hAnsi="Calibri Light" w:cs="Calibri Light"/>
              </w:rPr>
              <w:fldChar w:fldCharType="end"/>
            </w:r>
            <w:r w:rsidRPr="00F82504">
              <w:rPr>
                <w:rFonts w:ascii="Calibri Light" w:hAnsi="Calibri Light" w:cs="Calibri Light"/>
                <w:lang w:val="en-GB"/>
              </w:rPr>
              <w:t xml:space="preserve">On campus (live) </w:t>
            </w:r>
            <w:r w:rsidRPr="00F82504">
              <w:rPr>
                <w:rFonts w:ascii="Calibri Light" w:hAnsi="Calibri Light" w:cs="Calibri Light"/>
                <w:lang w:val="en-GB"/>
              </w:rPr>
              <w:br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82504">
              <w:rPr>
                <w:rFonts w:ascii="Calibri Light" w:hAnsi="Calibri Light" w:cs="Calibri Light"/>
                <w:lang w:val="en-GB"/>
              </w:rPr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82504">
              <w:rPr>
                <w:rFonts w:ascii="Calibri Light" w:hAnsi="Calibri Light" w:cs="Calibri Light"/>
                <w:lang w:val="en-GB"/>
              </w:rPr>
              <w:t xml:space="preserve">Online </w:t>
            </w:r>
            <w:r w:rsidRPr="00F82504">
              <w:rPr>
                <w:rFonts w:ascii="Calibri Light" w:hAnsi="Calibri Light" w:cs="Calibri Light"/>
                <w:lang w:val="en-GB"/>
              </w:rPr>
              <w:br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82504">
              <w:rPr>
                <w:rFonts w:ascii="Calibri Light" w:hAnsi="Calibri Light" w:cs="Calibri Light"/>
                <w:lang w:val="en-GB"/>
              </w:rPr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82504">
              <w:rPr>
                <w:rFonts w:ascii="Calibri Light" w:hAnsi="Calibri Light" w:cs="Calibri Light"/>
                <w:lang w:val="en-GB"/>
              </w:rPr>
              <w:t xml:space="preserve">Blended </w:t>
            </w:r>
            <w:r w:rsidRPr="00F82504">
              <w:rPr>
                <w:rFonts w:ascii="Calibri Light" w:hAnsi="Calibri Light" w:cs="Calibri Light"/>
                <w:lang w:val="en-GB"/>
              </w:rPr>
              <w:br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82504">
              <w:rPr>
                <w:rFonts w:ascii="Calibri Light" w:hAnsi="Calibri Light" w:cs="Calibri Light"/>
                <w:lang w:val="en-GB"/>
              </w:rPr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82504">
              <w:rPr>
                <w:rFonts w:ascii="Calibri Light" w:hAnsi="Calibri Light" w:cs="Calibri Light"/>
                <w:lang w:val="en-GB"/>
              </w:rPr>
              <w:t>Asynchronous (e.g. self-paced module)</w:t>
            </w:r>
          </w:p>
          <w:p w14:paraId="14E1B9B0" w14:textId="77777777" w:rsidR="00FD0C36" w:rsidRPr="00F82504" w:rsidRDefault="00FD0C36" w:rsidP="00FD0C36">
            <w:pPr>
              <w:rPr>
                <w:rFonts w:ascii="Calibri Light" w:hAnsi="Calibri Light" w:cs="Calibri Light"/>
                <w:lang w:val="en-GB"/>
              </w:rPr>
            </w:pPr>
            <w:r w:rsidRPr="00F82504">
              <w:rPr>
                <w:rFonts w:ascii="Calibri Light" w:hAnsi="Calibri Light" w:cs="Calibri Light"/>
                <w:lang w:val="en-GB"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2504">
              <w:rPr>
                <w:rFonts w:ascii="Calibri Light" w:hAnsi="Calibri Light" w:cs="Calibri Light"/>
                <w:lang w:val="en-GB"/>
              </w:rPr>
              <w:instrText xml:space="preserve"> FORMCHECKBOX </w:instrText>
            </w:r>
            <w:r w:rsidRPr="00F82504">
              <w:rPr>
                <w:rFonts w:ascii="Calibri Light" w:hAnsi="Calibri Light" w:cs="Calibri Light"/>
                <w:lang w:val="en-GB"/>
              </w:rPr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separate"/>
            </w:r>
            <w:r w:rsidRPr="00F82504">
              <w:rPr>
                <w:rFonts w:ascii="Calibri Light" w:hAnsi="Calibri Light" w:cs="Calibri Light"/>
                <w:lang w:val="en-GB"/>
              </w:rPr>
              <w:fldChar w:fldCharType="end"/>
            </w:r>
            <w:r w:rsidRPr="00F82504">
              <w:rPr>
                <w:rFonts w:ascii="Calibri Light" w:hAnsi="Calibri Light" w:cs="Calibri Light"/>
                <w:lang w:val="en-GB"/>
              </w:rPr>
              <w:t>Other</w:t>
            </w:r>
          </w:p>
          <w:p w14:paraId="6813EB00" w14:textId="10E2EEC4" w:rsidR="004E0BFC" w:rsidRPr="00F82504" w:rsidRDefault="004E0BFC" w:rsidP="5ED244E1"/>
        </w:tc>
      </w:tr>
      <w:tr w:rsidR="004E0BFC" w14:paraId="57BCA10D" w14:textId="77777777" w:rsidTr="6BE5105B">
        <w:tc>
          <w:tcPr>
            <w:tcW w:w="3823" w:type="dxa"/>
          </w:tcPr>
          <w:p w14:paraId="4514E64D" w14:textId="7203DBC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 xml:space="preserve">Physical </w:t>
            </w:r>
            <w:r w:rsidR="000A3910" w:rsidRPr="5ED244E1">
              <w:rPr>
                <w:rFonts w:ascii="Calibri Light" w:hAnsi="Calibri Light" w:cs="Calibri Light"/>
                <w:lang w:val="en-GB"/>
              </w:rPr>
              <w:t>r</w:t>
            </w:r>
            <w:r w:rsidRPr="5ED244E1">
              <w:rPr>
                <w:rFonts w:ascii="Calibri Light" w:hAnsi="Calibri Light" w:cs="Calibri Light"/>
                <w:lang w:val="en-GB"/>
              </w:rPr>
              <w:t xml:space="preserve">esources </w:t>
            </w:r>
            <w:r w:rsidR="000A3910" w:rsidRPr="5ED244E1">
              <w:rPr>
                <w:rFonts w:ascii="Calibri Light" w:hAnsi="Calibri Light" w:cs="Calibri Light"/>
                <w:lang w:val="en-GB"/>
              </w:rPr>
              <w:t>r</w:t>
            </w:r>
            <w:r w:rsidRPr="5ED244E1">
              <w:rPr>
                <w:rFonts w:ascii="Calibri Light" w:hAnsi="Calibri Light" w:cs="Calibri Light"/>
                <w:lang w:val="en-GB"/>
              </w:rPr>
              <w:t>equired</w:t>
            </w:r>
            <w:r w:rsidR="00BA645E">
              <w:rPr>
                <w:rFonts w:ascii="Calibri Light" w:hAnsi="Calibri Light" w:cs="Calibri Light"/>
                <w:lang w:val="en-GB"/>
              </w:rPr>
              <w:t xml:space="preserve"> (rooms, equipment, software, materials, prizes)</w:t>
            </w:r>
            <w:r w:rsidRPr="5ED244E1">
              <w:rPr>
                <w:rFonts w:ascii="Calibri Light" w:hAnsi="Calibri Light" w:cs="Calibri Light"/>
                <w:lang w:val="en-GB"/>
              </w:rPr>
              <w:t>:</w:t>
            </w:r>
          </w:p>
        </w:tc>
        <w:tc>
          <w:tcPr>
            <w:tcW w:w="4961" w:type="dxa"/>
          </w:tcPr>
          <w:p w14:paraId="4DD3F722" w14:textId="4807EF13" w:rsidR="004E0BFC" w:rsidRPr="00FD0C36" w:rsidRDefault="7C8A7586" w:rsidP="004E0BFC">
            <w:pPr>
              <w:rPr>
                <w:rFonts w:ascii="Calibri Light" w:hAnsi="Calibri Light" w:cs="Calibri Light"/>
              </w:rPr>
            </w:pPr>
            <w:r w:rsidRPr="00FD0C36">
              <w:rPr>
                <w:rFonts w:ascii="Calibri Light" w:hAnsi="Calibri Light" w:cs="Calibri Light"/>
              </w:rPr>
              <w:t>Interesting locations on campus, a script with outline of campus tour for e</w:t>
            </w:r>
            <w:r w:rsidR="39E6D50C" w:rsidRPr="00FD0C36">
              <w:rPr>
                <w:rFonts w:ascii="Calibri Light" w:hAnsi="Calibri Light" w:cs="Calibri Light"/>
              </w:rPr>
              <w:t>a</w:t>
            </w:r>
            <w:r w:rsidRPr="00FD0C36">
              <w:rPr>
                <w:rFonts w:ascii="Calibri Light" w:hAnsi="Calibri Light" w:cs="Calibri Light"/>
              </w:rPr>
              <w:t>ch participating team, prize for the winning team</w:t>
            </w:r>
          </w:p>
        </w:tc>
      </w:tr>
      <w:tr w:rsidR="5ED244E1" w14:paraId="25D19F17" w14:textId="77777777" w:rsidTr="6BE5105B">
        <w:trPr>
          <w:trHeight w:val="300"/>
        </w:trPr>
        <w:tc>
          <w:tcPr>
            <w:tcW w:w="3823" w:type="dxa"/>
          </w:tcPr>
          <w:p w14:paraId="75659019" w14:textId="1A057ABA" w:rsidR="39AF69AD" w:rsidRDefault="39AF69AD" w:rsidP="5ED244E1">
            <w:pPr>
              <w:rPr>
                <w:rFonts w:ascii="Calibri Light" w:hAnsi="Calibri Light" w:cs="Calibri Light"/>
                <w:color w:val="548DD4" w:themeColor="text2" w:themeTint="99"/>
                <w:lang w:val="en-GB"/>
              </w:rPr>
            </w:pPr>
            <w:r w:rsidRPr="00BA645E">
              <w:rPr>
                <w:rFonts w:ascii="Calibri Light" w:hAnsi="Calibri Light" w:cs="Calibri Light"/>
                <w:lang w:val="en-GB"/>
              </w:rPr>
              <w:t>Human resources required?</w:t>
            </w:r>
          </w:p>
        </w:tc>
        <w:tc>
          <w:tcPr>
            <w:tcW w:w="4961" w:type="dxa"/>
          </w:tcPr>
          <w:p w14:paraId="6D7D168B" w14:textId="088D5265" w:rsidR="5ED244E1" w:rsidRPr="00FD0C36" w:rsidRDefault="5B34B62B" w:rsidP="6BE5105B">
            <w:pPr>
              <w:rPr>
                <w:rFonts w:ascii="Calibri Light" w:hAnsi="Calibri Light" w:cs="Calibri Light"/>
              </w:rPr>
            </w:pPr>
            <w:r w:rsidRPr="00FD0C36">
              <w:rPr>
                <w:rFonts w:ascii="Calibri Light" w:hAnsi="Calibri Light" w:cs="Calibri Light"/>
              </w:rPr>
              <w:t>Optional -  if meeting staff is integrated as activity during campus compass</w:t>
            </w:r>
          </w:p>
        </w:tc>
      </w:tr>
      <w:tr w:rsidR="004E0BFC" w14:paraId="6A3C4B9D" w14:textId="77777777" w:rsidTr="6BE5105B">
        <w:tc>
          <w:tcPr>
            <w:tcW w:w="3823" w:type="dxa"/>
          </w:tcPr>
          <w:p w14:paraId="421BF537" w14:textId="3ECC1992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Financial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 xml:space="preserve">esources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>equired:</w:t>
            </w:r>
          </w:p>
        </w:tc>
        <w:tc>
          <w:tcPr>
            <w:tcW w:w="4961" w:type="dxa"/>
          </w:tcPr>
          <w:p w14:paraId="459B19DF" w14:textId="51C94962" w:rsidR="004E0BFC" w:rsidRPr="00FD0C36" w:rsidRDefault="4BA24F75" w:rsidP="004E0BFC">
            <w:pPr>
              <w:rPr>
                <w:rFonts w:ascii="Calibri Light" w:hAnsi="Calibri Light" w:cs="Calibri Light"/>
              </w:rPr>
            </w:pPr>
            <w:r w:rsidRPr="00FD0C36">
              <w:rPr>
                <w:rFonts w:ascii="Calibri Light" w:hAnsi="Calibri Light" w:cs="Calibri Light"/>
              </w:rPr>
              <w:t>Prize for winning team</w:t>
            </w:r>
          </w:p>
        </w:tc>
      </w:tr>
      <w:tr w:rsidR="004E0BFC" w14:paraId="21945131" w14:textId="77777777" w:rsidTr="6BE5105B">
        <w:tc>
          <w:tcPr>
            <w:tcW w:w="3823" w:type="dxa"/>
          </w:tcPr>
          <w:p w14:paraId="50A08791" w14:textId="4198825C" w:rsidR="004E0BFC" w:rsidRPr="000A3910" w:rsidRDefault="004E0BFC" w:rsidP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Online </w:t>
            </w:r>
            <w:r w:rsidR="000A3910" w:rsidRPr="000A3910">
              <w:rPr>
                <w:rFonts w:ascii="Calibri Light" w:hAnsi="Calibri Light" w:cs="Calibri Light"/>
                <w:lang w:val="en-GB"/>
              </w:rPr>
              <w:t>r</w:t>
            </w:r>
            <w:r w:rsidRPr="000A3910">
              <w:rPr>
                <w:rFonts w:ascii="Calibri Light" w:hAnsi="Calibri Light" w:cs="Calibri Light"/>
                <w:lang w:val="en-GB"/>
              </w:rPr>
              <w:t>esources</w:t>
            </w:r>
          </w:p>
        </w:tc>
        <w:tc>
          <w:tcPr>
            <w:tcW w:w="4961" w:type="dxa"/>
          </w:tcPr>
          <w:p w14:paraId="397D939A" w14:textId="5E70C4AC" w:rsidR="004E0BFC" w:rsidRDefault="4373E53C" w:rsidP="004E0BFC">
            <w:r>
              <w:t>/</w:t>
            </w:r>
          </w:p>
        </w:tc>
      </w:tr>
    </w:tbl>
    <w:p w14:paraId="17795457" w14:textId="77777777" w:rsidR="0086050C" w:rsidRDefault="0086050C"/>
    <w:p w14:paraId="24A55D8E" w14:textId="62FFB33A" w:rsidR="0086050C" w:rsidRDefault="00A53F55">
      <w:r w:rsidRPr="6BE5105B">
        <w:rPr>
          <w:b/>
          <w:bCs/>
          <w:color w:val="0F6576"/>
          <w:sz w:val="28"/>
          <w:szCs w:val="28"/>
        </w:rPr>
        <w:t>Outline of Activity</w:t>
      </w:r>
    </w:p>
    <w:p w14:paraId="2B680D31" w14:textId="3886E138" w:rsidR="000A3910" w:rsidRPr="00FD0C36" w:rsidRDefault="7198FCBD" w:rsidP="6BE5105B">
      <w:pPr>
        <w:spacing w:after="160" w:line="240" w:lineRule="auto"/>
        <w:rPr>
          <w:rFonts w:ascii="Calibri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Several interesting locations, called “stations” are selected on the campus, and noted with numbers on a campus map.</w:t>
      </w:r>
    </w:p>
    <w:p w14:paraId="6DC4A88F" w14:textId="12A88932" w:rsidR="000A3910" w:rsidRPr="00FD0C36" w:rsidRDefault="16FF60A0" w:rsidP="6BE5105B">
      <w:pPr>
        <w:spacing w:after="160"/>
        <w:rPr>
          <w:rFonts w:ascii="Calibri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S</w:t>
      </w:r>
      <w:r w:rsidR="0B7A467A" w:rsidRPr="00FD0C36">
        <w:rPr>
          <w:rFonts w:ascii="Calibri Light" w:eastAsia="Arial Nova Light" w:hAnsi="Calibri Light" w:cs="Calibri Light"/>
        </w:rPr>
        <w:t xml:space="preserve">mall student teams follow the self-guided tour and solve the questions at each station. </w:t>
      </w:r>
    </w:p>
    <w:p w14:paraId="6E974787" w14:textId="666F5B9E" w:rsidR="000A3910" w:rsidRPr="00FD0C36" w:rsidRDefault="0B7A467A" w:rsidP="6BE5105B">
      <w:pPr>
        <w:spacing w:after="160" w:line="240" w:lineRule="auto"/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At the end of the tour</w:t>
      </w:r>
      <w:r w:rsidR="4CF9E534" w:rsidRPr="00FD0C36">
        <w:rPr>
          <w:rFonts w:ascii="Calibri Light" w:eastAsia="Arial Nova Light" w:hAnsi="Calibri Light" w:cs="Calibri Light"/>
        </w:rPr>
        <w:t>, the</w:t>
      </w:r>
      <w:r w:rsidR="0070261A">
        <w:rPr>
          <w:rFonts w:ascii="Calibri Light" w:eastAsia="Arial Nova Light" w:hAnsi="Calibri Light" w:cs="Calibri Light"/>
        </w:rPr>
        <w:t>y</w:t>
      </w:r>
      <w:r w:rsidR="4CF9E534" w:rsidRPr="00FD0C36">
        <w:rPr>
          <w:rFonts w:ascii="Calibri Light" w:eastAsia="Arial Nova Light" w:hAnsi="Calibri Light" w:cs="Calibri Light"/>
        </w:rPr>
        <w:t xml:space="preserve"> solve the riddle using the collected characters, and the winning team will get a prize.</w:t>
      </w:r>
    </w:p>
    <w:p w14:paraId="42B10148" w14:textId="272CAFE0" w:rsidR="000A3910" w:rsidRPr="00FD0C36" w:rsidRDefault="4CF9E534" w:rsidP="6BE5105B">
      <w:pPr>
        <w:spacing w:after="160" w:line="240" w:lineRule="auto"/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The aim of the interactive tour is that student teams discover the campus by working together, and meanwhile get to know each other.</w:t>
      </w:r>
      <w:r w:rsidR="0B7A467A" w:rsidRPr="00FD0C36">
        <w:rPr>
          <w:rFonts w:ascii="Calibri Light" w:eastAsia="Arial Nova Light" w:hAnsi="Calibri Light" w:cs="Calibri Light"/>
        </w:rPr>
        <w:t xml:space="preserve"> </w:t>
      </w:r>
    </w:p>
    <w:p w14:paraId="29F586E7" w14:textId="796F872F" w:rsidR="000A3910" w:rsidRPr="000A3910" w:rsidRDefault="000A3910" w:rsidP="000A3910">
      <w:pPr>
        <w:spacing w:after="0" w:line="240" w:lineRule="auto"/>
        <w:rPr>
          <w:rFonts w:ascii="Segoe UI Symbol" w:hAnsi="Segoe UI Symbol" w:cs="Segoe UI Symbol"/>
          <w:lang w:val="en-GB"/>
        </w:rPr>
      </w:pPr>
    </w:p>
    <w:p w14:paraId="44D155D0" w14:textId="352F94E2" w:rsidR="0086050C" w:rsidRDefault="00A53F55">
      <w:r>
        <w:rPr>
          <w:b/>
          <w:color w:val="0F6576"/>
          <w:sz w:val="28"/>
        </w:rPr>
        <w:t>Detailed Plan</w:t>
      </w:r>
    </w:p>
    <w:p w14:paraId="2DD5F623" w14:textId="15253864" w:rsidR="0086050C" w:rsidRPr="00FD0C36" w:rsidRDefault="004E0BFC">
      <w:pPr>
        <w:rPr>
          <w:rFonts w:ascii="Calibri Light" w:hAnsi="Calibri Light" w:cs="Calibri Light"/>
          <w:lang w:val="en-GB"/>
        </w:rPr>
      </w:pPr>
      <w:r w:rsidRPr="00FD0C36">
        <w:rPr>
          <w:rFonts w:ascii="Calibri Light" w:hAnsi="Calibri Light" w:cs="Calibri Light"/>
          <w:lang w:val="en-GB"/>
        </w:rPr>
        <w:t>(Include a brief step-by-step breakdown, timeline, tasks, and roles.)</w:t>
      </w:r>
    </w:p>
    <w:p w14:paraId="4804F591" w14:textId="20E9726F" w:rsidR="160EE1D3" w:rsidRPr="00FD0C36" w:rsidRDefault="160EE1D3" w:rsidP="6BE5105B">
      <w:pPr>
        <w:rPr>
          <w:rFonts w:ascii="Calibri Light" w:eastAsia="Arial Nova Light" w:hAnsi="Calibri Light" w:cs="Calibri Light"/>
          <w:b/>
          <w:bCs/>
        </w:rPr>
      </w:pPr>
      <w:r w:rsidRPr="00FD0C36">
        <w:rPr>
          <w:rFonts w:ascii="Calibri Light" w:eastAsia="Arial Nova Light" w:hAnsi="Calibri Light" w:cs="Calibri Light"/>
          <w:b/>
          <w:bCs/>
        </w:rPr>
        <w:lastRenderedPageBreak/>
        <w:t>Designing the tour</w:t>
      </w:r>
    </w:p>
    <w:p w14:paraId="145B08A8" w14:textId="74EAC5E8" w:rsidR="160EE1D3" w:rsidRPr="00FD0C36" w:rsidRDefault="160EE1D3" w:rsidP="6BE5105B">
      <w:pPr>
        <w:pStyle w:val="ListParagraph"/>
        <w:numPr>
          <w:ilvl w:val="0"/>
          <w:numId w:val="1"/>
        </w:num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 xml:space="preserve">Select </w:t>
      </w:r>
      <w:r w:rsidR="05D55F0D" w:rsidRPr="00FD0C36">
        <w:rPr>
          <w:rFonts w:ascii="Calibri Light" w:eastAsia="Arial Nova Light" w:hAnsi="Calibri Light" w:cs="Calibri Light"/>
        </w:rPr>
        <w:t xml:space="preserve">8 to 10 </w:t>
      </w:r>
      <w:r w:rsidRPr="00FD0C36">
        <w:rPr>
          <w:rFonts w:ascii="Calibri Light" w:eastAsia="Arial Nova Light" w:hAnsi="Calibri Light" w:cs="Calibri Light"/>
        </w:rPr>
        <w:t xml:space="preserve">locations on your campus that </w:t>
      </w:r>
      <w:r w:rsidR="749DFCA1" w:rsidRPr="00FD0C36">
        <w:rPr>
          <w:rFonts w:ascii="Calibri Light" w:eastAsia="Arial Nova Light" w:hAnsi="Calibri Light" w:cs="Calibri Light"/>
        </w:rPr>
        <w:t xml:space="preserve">are essential for </w:t>
      </w:r>
      <w:r w:rsidRPr="00FD0C36">
        <w:rPr>
          <w:rFonts w:ascii="Calibri Light" w:eastAsia="Arial Nova Light" w:hAnsi="Calibri Light" w:cs="Calibri Light"/>
        </w:rPr>
        <w:t xml:space="preserve">new students </w:t>
      </w:r>
      <w:r w:rsidR="0F0EFDEB" w:rsidRPr="00FD0C36">
        <w:rPr>
          <w:rFonts w:ascii="Calibri Light" w:eastAsia="Arial Nova Light" w:hAnsi="Calibri Light" w:cs="Calibri Light"/>
        </w:rPr>
        <w:t>to</w:t>
      </w:r>
      <w:r w:rsidRPr="00FD0C36">
        <w:rPr>
          <w:rFonts w:ascii="Calibri Light" w:eastAsia="Arial Nova Light" w:hAnsi="Calibri Light" w:cs="Calibri Light"/>
        </w:rPr>
        <w:t xml:space="preserve"> </w:t>
      </w:r>
      <w:r w:rsidR="0F0EFDEB" w:rsidRPr="00FD0C36">
        <w:rPr>
          <w:rFonts w:ascii="Calibri Light" w:eastAsia="Arial Nova Light" w:hAnsi="Calibri Light" w:cs="Calibri Light"/>
        </w:rPr>
        <w:t>get acquainted with</w:t>
      </w:r>
      <w:r w:rsidRPr="00FD0C36">
        <w:rPr>
          <w:rFonts w:ascii="Calibri Light" w:eastAsia="Arial Nova Light" w:hAnsi="Calibri Light" w:cs="Calibri Light"/>
        </w:rPr>
        <w:t>.</w:t>
      </w:r>
    </w:p>
    <w:p w14:paraId="5058B024" w14:textId="02C282F5" w:rsidR="5AEE4628" w:rsidRPr="00FD0C36" w:rsidRDefault="5AEE4628" w:rsidP="6BE5105B">
      <w:pPr>
        <w:pStyle w:val="ListParagraph"/>
        <w:numPr>
          <w:ilvl w:val="0"/>
          <w:numId w:val="1"/>
        </w:num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Compo</w:t>
      </w:r>
      <w:r w:rsidR="4C206C50" w:rsidRPr="00FD0C36">
        <w:rPr>
          <w:rFonts w:ascii="Calibri Light" w:eastAsia="Arial Nova Light" w:hAnsi="Calibri Light" w:cs="Calibri Light"/>
        </w:rPr>
        <w:t>se a tour</w:t>
      </w:r>
      <w:r w:rsidR="58E5885C" w:rsidRPr="00FD0C36">
        <w:rPr>
          <w:rFonts w:ascii="Calibri Light" w:eastAsia="Arial Nova Light" w:hAnsi="Calibri Light" w:cs="Calibri Light"/>
        </w:rPr>
        <w:t xml:space="preserve"> by</w:t>
      </w:r>
      <w:r w:rsidR="4C206C50" w:rsidRPr="00FD0C36">
        <w:rPr>
          <w:rFonts w:ascii="Calibri Light" w:eastAsia="Arial Nova Light" w:hAnsi="Calibri Light" w:cs="Calibri Light"/>
        </w:rPr>
        <w:t xml:space="preserve"> connecting the different locations and </w:t>
      </w:r>
      <w:r w:rsidR="2FAEF3F5" w:rsidRPr="00FD0C36">
        <w:rPr>
          <w:rFonts w:ascii="Calibri Light" w:eastAsia="Arial Nova Light" w:hAnsi="Calibri Light" w:cs="Calibri Light"/>
        </w:rPr>
        <w:t>denote the tour on a campus map</w:t>
      </w:r>
      <w:r w:rsidR="47AA42E5" w:rsidRPr="00FD0C36">
        <w:rPr>
          <w:rFonts w:ascii="Calibri Light" w:eastAsia="Arial Nova Light" w:hAnsi="Calibri Light" w:cs="Calibri Light"/>
        </w:rPr>
        <w:t xml:space="preserve"> (see example below)</w:t>
      </w:r>
      <w:r w:rsidR="4C206C50" w:rsidRPr="00FD0C36">
        <w:rPr>
          <w:rFonts w:ascii="Calibri Light" w:eastAsia="Arial Nova Light" w:hAnsi="Calibri Light" w:cs="Calibri Light"/>
        </w:rPr>
        <w:t>.</w:t>
      </w:r>
    </w:p>
    <w:p w14:paraId="12B8009A" w14:textId="7126F899" w:rsidR="4C206C50" w:rsidRPr="00FD0C36" w:rsidRDefault="4C206C50" w:rsidP="6BE5105B">
      <w:pPr>
        <w:pStyle w:val="ListParagraph"/>
        <w:numPr>
          <w:ilvl w:val="0"/>
          <w:numId w:val="1"/>
        </w:num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Desi</w:t>
      </w:r>
      <w:r w:rsidR="0070261A">
        <w:rPr>
          <w:rFonts w:ascii="Calibri Light" w:eastAsia="Arial Nova Light" w:hAnsi="Calibri Light" w:cs="Calibri Light"/>
        </w:rPr>
        <w:t>g</w:t>
      </w:r>
      <w:r w:rsidRPr="00FD0C36">
        <w:rPr>
          <w:rFonts w:ascii="Calibri Light" w:eastAsia="Arial Nova Light" w:hAnsi="Calibri Light" w:cs="Calibri Light"/>
        </w:rPr>
        <w:t xml:space="preserve">n a written guideline for the students, </w:t>
      </w:r>
      <w:r w:rsidR="4F76013B" w:rsidRPr="00FD0C36">
        <w:rPr>
          <w:rFonts w:ascii="Calibri Light" w:eastAsia="Arial Nova Light" w:hAnsi="Calibri Light" w:cs="Calibri Light"/>
        </w:rPr>
        <w:t xml:space="preserve">consisting of </w:t>
      </w:r>
      <w:r w:rsidRPr="00FD0C36">
        <w:rPr>
          <w:rFonts w:ascii="Calibri Light" w:eastAsia="Arial Nova Light" w:hAnsi="Calibri Light" w:cs="Calibri Light"/>
        </w:rPr>
        <w:t xml:space="preserve">a welcome, some interesting facts about the campus and at each location, a multiple choice question or riddle. </w:t>
      </w:r>
    </w:p>
    <w:p w14:paraId="75D46B25" w14:textId="7F1BFDB0" w:rsidR="0058DCC9" w:rsidRPr="00FD0C36" w:rsidRDefault="0058DCC9" w:rsidP="6BE5105B">
      <w:pPr>
        <w:pStyle w:val="ListParagraph"/>
        <w:numPr>
          <w:ilvl w:val="0"/>
          <w:numId w:val="1"/>
        </w:num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Provide sufficient photos so that students will find each location</w:t>
      </w:r>
    </w:p>
    <w:p w14:paraId="14167802" w14:textId="1818FB23" w:rsidR="4C206C50" w:rsidRPr="00FD0C36" w:rsidRDefault="4C206C50" w:rsidP="6BE5105B">
      <w:pPr>
        <w:pStyle w:val="ListParagraph"/>
        <w:numPr>
          <w:ilvl w:val="0"/>
          <w:numId w:val="1"/>
        </w:num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Students get access to the question by scanning a QR code</w:t>
      </w:r>
      <w:r w:rsidR="160EE1D3" w:rsidRPr="00FD0C36">
        <w:rPr>
          <w:rFonts w:ascii="Calibri Light" w:eastAsia="Arial Nova Light" w:hAnsi="Calibri Light" w:cs="Calibri Light"/>
        </w:rPr>
        <w:t xml:space="preserve"> </w:t>
      </w:r>
    </w:p>
    <w:p w14:paraId="316AC2EE" w14:textId="349BD2B8" w:rsidR="160EE1D3" w:rsidRPr="00FD0C36" w:rsidRDefault="160EE1D3" w:rsidP="6BE5105B">
      <w:p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T</w:t>
      </w:r>
      <w:r w:rsidR="73DC37C9" w:rsidRPr="00FD0C36">
        <w:rPr>
          <w:rFonts w:ascii="Calibri Light" w:eastAsia="Arial Nova Light" w:hAnsi="Calibri Light" w:cs="Calibri Light"/>
        </w:rPr>
        <w:t>ip: t</w:t>
      </w:r>
      <w:r w:rsidRPr="00FD0C36">
        <w:rPr>
          <w:rFonts w:ascii="Calibri Light" w:eastAsia="Arial Nova Light" w:hAnsi="Calibri Light" w:cs="Calibri Light"/>
        </w:rPr>
        <w:t xml:space="preserve">o make the tour feasible for the big students groups, </w:t>
      </w:r>
      <w:r w:rsidRPr="00FD0C36">
        <w:rPr>
          <w:rFonts w:ascii="Calibri Light" w:eastAsia="Arial Nova Light" w:hAnsi="Calibri Light" w:cs="Calibri Light"/>
          <w:b/>
          <w:bCs/>
        </w:rPr>
        <w:t xml:space="preserve">the stations should </w:t>
      </w:r>
      <w:r w:rsidR="51665A36" w:rsidRPr="00FD0C36">
        <w:rPr>
          <w:rFonts w:ascii="Calibri Light" w:eastAsia="Arial Nova Light" w:hAnsi="Calibri Light" w:cs="Calibri Light"/>
          <w:b/>
          <w:bCs/>
        </w:rPr>
        <w:t xml:space="preserve">be </w:t>
      </w:r>
      <w:r w:rsidRPr="00FD0C36">
        <w:rPr>
          <w:rFonts w:ascii="Calibri Light" w:eastAsia="Arial Nova Light" w:hAnsi="Calibri Light" w:cs="Calibri Light"/>
          <w:b/>
          <w:bCs/>
        </w:rPr>
        <w:t>mainly without personnel involved</w:t>
      </w:r>
      <w:r w:rsidRPr="00FD0C36">
        <w:rPr>
          <w:rFonts w:ascii="Calibri Light" w:eastAsia="Arial Nova Light" w:hAnsi="Calibri Light" w:cs="Calibri Light"/>
        </w:rPr>
        <w:t>.</w:t>
      </w:r>
      <w:r w:rsidR="75BDE62E" w:rsidRPr="00FD0C36">
        <w:rPr>
          <w:rFonts w:ascii="Calibri Light" w:eastAsia="Arial Nova Light" w:hAnsi="Calibri Light" w:cs="Calibri Light"/>
        </w:rPr>
        <w:t xml:space="preserve"> However, you might add an activity where students will have to find the office of their tutor, and pay her or him a visit.</w:t>
      </w:r>
    </w:p>
    <w:p w14:paraId="6B9C31EB" w14:textId="0B5FB073" w:rsidR="001A7254" w:rsidRPr="00FD0C36" w:rsidRDefault="001A7254" w:rsidP="6BE5105B">
      <w:p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 xml:space="preserve">See example in </w:t>
      </w:r>
      <w:r w:rsidR="0070261A">
        <w:rPr>
          <w:rFonts w:ascii="Calibri Light" w:eastAsia="Arial Nova Light" w:hAnsi="Calibri Light" w:cs="Calibri Light"/>
        </w:rPr>
        <w:t>A</w:t>
      </w:r>
      <w:r w:rsidRPr="00FD0C36">
        <w:rPr>
          <w:rFonts w:ascii="Calibri Light" w:eastAsia="Arial Nova Light" w:hAnsi="Calibri Light" w:cs="Calibri Light"/>
        </w:rPr>
        <w:t>nnex</w:t>
      </w:r>
    </w:p>
    <w:p w14:paraId="4DEAEBB9" w14:textId="77777777" w:rsidR="001A7254" w:rsidRPr="00FD0C36" w:rsidRDefault="001A7254" w:rsidP="001A7254">
      <w:pPr>
        <w:rPr>
          <w:rFonts w:ascii="Calibri Light" w:eastAsia="Arial Nova Light" w:hAnsi="Calibri Light" w:cs="Calibri Light"/>
          <w:b/>
          <w:bCs/>
        </w:rPr>
      </w:pPr>
      <w:r w:rsidRPr="00FD0C36">
        <w:rPr>
          <w:rFonts w:ascii="Calibri Light" w:eastAsia="Arial Nova Light" w:hAnsi="Calibri Light" w:cs="Calibri Light"/>
          <w:b/>
          <w:bCs/>
        </w:rPr>
        <w:t>Starting the tour</w:t>
      </w:r>
    </w:p>
    <w:p w14:paraId="4861FA23" w14:textId="43F68E3C" w:rsidR="001A7254" w:rsidRPr="00FD0C36" w:rsidRDefault="001A7254" w:rsidP="001A7254">
      <w:p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Student organizations compose the student teams by orde</w:t>
      </w:r>
      <w:r w:rsidR="00FD0C36">
        <w:rPr>
          <w:rFonts w:ascii="Calibri Light" w:eastAsia="Arial Nova Light" w:hAnsi="Calibri Light" w:cs="Calibri Light"/>
        </w:rPr>
        <w:t>r</w:t>
      </w:r>
      <w:r w:rsidRPr="00FD0C36">
        <w:rPr>
          <w:rFonts w:ascii="Calibri Light" w:eastAsia="Arial Nova Light" w:hAnsi="Calibri Light" w:cs="Calibri Light"/>
        </w:rPr>
        <w:t xml:space="preserve">ing student name lists at random, and calling out names until a team of 6 is composed. </w:t>
      </w:r>
    </w:p>
    <w:p w14:paraId="71C5FA10" w14:textId="47E3A4E8" w:rsidR="001A7254" w:rsidRPr="00FD0C36" w:rsidRDefault="001A7254" w:rsidP="001A7254">
      <w:p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>Each team is sen</w:t>
      </w:r>
      <w:r w:rsidR="0070261A">
        <w:rPr>
          <w:rFonts w:ascii="Calibri Light" w:eastAsia="Arial Nova Light" w:hAnsi="Calibri Light" w:cs="Calibri Light"/>
        </w:rPr>
        <w:t>t</w:t>
      </w:r>
      <w:r w:rsidRPr="00FD0C36">
        <w:rPr>
          <w:rFonts w:ascii="Calibri Light" w:eastAsia="Arial Nova Light" w:hAnsi="Calibri Light" w:cs="Calibri Light"/>
        </w:rPr>
        <w:t xml:space="preserve"> out to follow the self-guided tour and solve the questions at each station. </w:t>
      </w:r>
    </w:p>
    <w:p w14:paraId="5317207D" w14:textId="77777777" w:rsidR="001A7254" w:rsidRPr="00FD0C36" w:rsidRDefault="001A7254" w:rsidP="001A7254">
      <w:pPr>
        <w:rPr>
          <w:rFonts w:ascii="Calibri Light" w:eastAsia="Arial Nova Light" w:hAnsi="Calibri Light" w:cs="Calibri Light"/>
        </w:rPr>
      </w:pPr>
      <w:r w:rsidRPr="00FD0C36">
        <w:rPr>
          <w:rFonts w:ascii="Calibri Light" w:eastAsia="Arial Nova Light" w:hAnsi="Calibri Light" w:cs="Calibri Light"/>
        </w:rPr>
        <w:t xml:space="preserve">To prevent queuing and crowding at stations, it is suggested to let consecutive teams start with a different number on the tour as first station. </w:t>
      </w:r>
    </w:p>
    <w:p w14:paraId="18FF8AE7" w14:textId="2868D9B0" w:rsidR="4154B7D9" w:rsidRDefault="4154B7D9" w:rsidP="6BE5105B">
      <w:r>
        <w:rPr>
          <w:noProof/>
        </w:rPr>
        <w:lastRenderedPageBreak/>
        <w:drawing>
          <wp:inline distT="0" distB="0" distL="0" distR="0" wp14:anchorId="208E01F0" wp14:editId="7B208AEE">
            <wp:extent cx="3018664" cy="4210050"/>
            <wp:effectExtent l="0" t="0" r="0" b="0"/>
            <wp:docPr id="202043615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80501" name="Picture 152768050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8664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1046E" w14:textId="08E5E004" w:rsidR="4A3E8110" w:rsidRPr="0070261A" w:rsidRDefault="4A3E8110" w:rsidP="6BE5105B">
      <w:pPr>
        <w:rPr>
          <w:rFonts w:ascii="Calibri Light" w:eastAsia="Arial Nova Light" w:hAnsi="Calibri Light" w:cs="Calibri Light"/>
        </w:rPr>
      </w:pPr>
      <w:r w:rsidRPr="0070261A">
        <w:rPr>
          <w:rFonts w:ascii="Calibri Light" w:eastAsia="Arial Nova Light" w:hAnsi="Calibri Light" w:cs="Calibri Light"/>
          <w:b/>
          <w:bCs/>
        </w:rPr>
        <w:t>Ending the tour</w:t>
      </w:r>
    </w:p>
    <w:p w14:paraId="5C82682F" w14:textId="50F6F300" w:rsidR="4A3E8110" w:rsidRPr="0070261A" w:rsidRDefault="4A3E8110" w:rsidP="6BE5105B">
      <w:pPr>
        <w:rPr>
          <w:rFonts w:ascii="Calibri Light" w:eastAsia="Arial Nova Light" w:hAnsi="Calibri Light" w:cs="Calibri Light"/>
        </w:rPr>
      </w:pPr>
      <w:r w:rsidRPr="0070261A">
        <w:rPr>
          <w:rFonts w:ascii="Calibri Light" w:eastAsia="Arial Nova Light" w:hAnsi="Calibri Light" w:cs="Calibri Light"/>
        </w:rPr>
        <w:t>To make sure that each team completes the tour, there should be an organized starters day activity scheduled after the tour. T</w:t>
      </w:r>
      <w:r w:rsidR="0070261A">
        <w:rPr>
          <w:rFonts w:ascii="Calibri Light" w:eastAsia="Arial Nova Light" w:hAnsi="Calibri Light" w:cs="Calibri Light"/>
        </w:rPr>
        <w:t>h</w:t>
      </w:r>
      <w:r w:rsidRPr="0070261A">
        <w:rPr>
          <w:rFonts w:ascii="Calibri Light" w:eastAsia="Arial Nova Light" w:hAnsi="Calibri Light" w:cs="Calibri Light"/>
        </w:rPr>
        <w:t>is will stimulate the teams to complete the tour and hand in their solution to the final ques</w:t>
      </w:r>
      <w:r w:rsidR="5A54FC59" w:rsidRPr="0070261A">
        <w:rPr>
          <w:rFonts w:ascii="Calibri Light" w:eastAsia="Arial Nova Light" w:hAnsi="Calibri Light" w:cs="Calibri Light"/>
        </w:rPr>
        <w:t>tion.</w:t>
      </w:r>
    </w:p>
    <w:p w14:paraId="38354658" w14:textId="156FFB55" w:rsidR="5A54FC59" w:rsidRPr="0070261A" w:rsidRDefault="5A54FC59" w:rsidP="6BE5105B">
      <w:pPr>
        <w:rPr>
          <w:rFonts w:ascii="Calibri Light" w:eastAsia="Arial Nova Light" w:hAnsi="Calibri Light" w:cs="Calibri Light"/>
        </w:rPr>
      </w:pPr>
      <w:r w:rsidRPr="0070261A">
        <w:rPr>
          <w:rFonts w:ascii="Calibri Light" w:eastAsia="Arial Nova Light" w:hAnsi="Calibri Light" w:cs="Calibri Light"/>
        </w:rPr>
        <w:t>Tip: a suitable prize might be a food coupon for each team member, to be used in the student restaurant.</w:t>
      </w:r>
    </w:p>
    <w:p w14:paraId="045073EF" w14:textId="74650E43" w:rsidR="0086050C" w:rsidRDefault="00A53F55">
      <w:r>
        <w:rPr>
          <w:b/>
          <w:color w:val="0F6576"/>
          <w:sz w:val="28"/>
        </w:rPr>
        <w:t>Evaluation &amp; Impact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0"/>
        <w:gridCol w:w="4300"/>
      </w:tblGrid>
      <w:tr w:rsidR="004E0BFC" w:rsidRPr="000A3910" w14:paraId="54B3A32C" w14:textId="77777777" w:rsidTr="6BE5105B">
        <w:tc>
          <w:tcPr>
            <w:tcW w:w="4508" w:type="dxa"/>
          </w:tcPr>
          <w:p w14:paraId="11D80CA0" w14:textId="77777777" w:rsidR="004E0BFC" w:rsidRDefault="004E0BFC">
            <w:pPr>
              <w:rPr>
                <w:rFonts w:ascii="Calibri Light" w:hAnsi="Calibri Light" w:cs="Calibri Light"/>
                <w:lang w:val="en-GB"/>
              </w:rPr>
            </w:pPr>
            <w:r w:rsidRPr="6BE5105B">
              <w:rPr>
                <w:rFonts w:ascii="Calibri Light" w:hAnsi="Calibri Light" w:cs="Calibri Light"/>
                <w:lang w:val="en-GB"/>
              </w:rPr>
              <w:t>(How) is this activity evaluated?</w:t>
            </w:r>
          </w:p>
          <w:p w14:paraId="636B0A8B" w14:textId="77777777" w:rsidR="00632F35" w:rsidRDefault="00632F35">
            <w:pPr>
              <w:rPr>
                <w:rFonts w:ascii="Calibri Light" w:hAnsi="Calibri Light" w:cs="Calibri Light"/>
                <w:lang w:val="en-GB"/>
              </w:rPr>
            </w:pPr>
          </w:p>
          <w:p w14:paraId="1C805DAD" w14:textId="77777777" w:rsidR="00632F35" w:rsidRPr="000A3910" w:rsidRDefault="5422D9CB" w:rsidP="00632F35">
            <w:pPr>
              <w:numPr>
                <w:ilvl w:val="0"/>
                <w:numId w:val="11"/>
              </w:numPr>
              <w:rPr>
                <w:rFonts w:ascii="Calibri Light" w:hAnsi="Calibri Light" w:cs="Calibri Light"/>
                <w:lang w:val="en-GB"/>
              </w:rPr>
            </w:pPr>
            <w:r w:rsidRPr="6BE5105B">
              <w:rPr>
                <w:rFonts w:ascii="Calibri Light" w:hAnsi="Calibri Light" w:cs="Calibri Light"/>
                <w:lang w:val="en-GB"/>
              </w:rPr>
              <w:t>How (</w:t>
            </w:r>
            <w:r w:rsidRPr="001A7254">
              <w:rPr>
                <w:rFonts w:ascii="Calibri Light" w:hAnsi="Calibri Light" w:cs="Calibri Light"/>
                <w:u w:val="single"/>
                <w:lang w:val="en-GB"/>
              </w:rPr>
              <w:t>forms</w:t>
            </w:r>
            <w:r w:rsidRPr="6BE5105B">
              <w:rPr>
                <w:rFonts w:ascii="Calibri Light" w:hAnsi="Calibri Light" w:cs="Calibri Light"/>
                <w:lang w:val="en-GB"/>
              </w:rPr>
              <w:t>, questions, follow data…), with who (</w:t>
            </w:r>
            <w:r w:rsidRPr="001A7254">
              <w:rPr>
                <w:rFonts w:ascii="Calibri Light" w:hAnsi="Calibri Light" w:cs="Calibri Light"/>
                <w:u w:val="single"/>
                <w:lang w:val="en-GB"/>
              </w:rPr>
              <w:t>participants</w:t>
            </w:r>
            <w:r w:rsidRPr="6BE5105B">
              <w:rPr>
                <w:rFonts w:ascii="Calibri Light" w:hAnsi="Calibri Light" w:cs="Calibri Light"/>
                <w:lang w:val="en-GB"/>
              </w:rPr>
              <w:t>, organizers…), about what (reaching of goals, content, organizational aspect…)?</w:t>
            </w:r>
          </w:p>
          <w:p w14:paraId="03966DE6" w14:textId="77777777" w:rsidR="00632F35" w:rsidRPr="000A3910" w:rsidRDefault="00632F35" w:rsidP="00632F35">
            <w:pPr>
              <w:numPr>
                <w:ilvl w:val="0"/>
                <w:numId w:val="12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are the results? </w:t>
            </w:r>
          </w:p>
          <w:p w14:paraId="3D02BEF0" w14:textId="71BBC33D" w:rsidR="00632F35" w:rsidRPr="000A3910" w:rsidRDefault="68806B7A" w:rsidP="00632F35">
            <w:pPr>
              <w:numPr>
                <w:ilvl w:val="0"/>
                <w:numId w:val="13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lastRenderedPageBreak/>
              <w:t>What do you do with the results? </w:t>
            </w:r>
            <w:r w:rsidR="00A72973">
              <w:rPr>
                <w:rFonts w:ascii="Calibri Light" w:hAnsi="Calibri Light" w:cs="Calibri Light"/>
                <w:lang w:val="en-GB"/>
              </w:rPr>
              <w:t xml:space="preserve">(Inform the next iteration, feedback for students, </w:t>
            </w:r>
            <w:r w:rsidR="00060EC2">
              <w:rPr>
                <w:rFonts w:ascii="Calibri Light" w:hAnsi="Calibri Light" w:cs="Calibri Light"/>
                <w:lang w:val="en-GB"/>
              </w:rPr>
              <w:t>policy changes at University?)</w:t>
            </w:r>
            <w:r w:rsidRPr="5ED244E1">
              <w:rPr>
                <w:rFonts w:ascii="Calibri Light" w:hAnsi="Calibri Light" w:cs="Calibri Light"/>
                <w:lang w:val="en-GB"/>
              </w:rPr>
              <w:t> </w:t>
            </w:r>
          </w:p>
          <w:p w14:paraId="120B8BBE" w14:textId="77777777" w:rsidR="00632F35" w:rsidRPr="000A3910" w:rsidRDefault="00632F35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45DCC568" w14:textId="77777777" w:rsidR="004E0BFC" w:rsidRDefault="001A7254" w:rsidP="001A7254">
            <w:pPr>
              <w:pStyle w:val="ListParagraph"/>
              <w:numPr>
                <w:ilvl w:val="0"/>
                <w:numId w:val="18"/>
              </w:numPr>
              <w:rPr>
                <w:rFonts w:ascii="Calibri Light" w:hAnsi="Calibri Light" w:cs="Calibri Light"/>
                <w:lang w:val="en-GB"/>
              </w:rPr>
            </w:pPr>
            <w:r w:rsidRPr="001A7254">
              <w:rPr>
                <w:rFonts w:ascii="Calibri Light" w:hAnsi="Calibri Light" w:cs="Calibri Light"/>
                <w:lang w:val="en-GB"/>
              </w:rPr>
              <w:lastRenderedPageBreak/>
              <w:t xml:space="preserve">Students are surveyed </w:t>
            </w:r>
            <w:r>
              <w:rPr>
                <w:rFonts w:ascii="Calibri Light" w:hAnsi="Calibri Light" w:cs="Calibri Light"/>
                <w:lang w:val="en-GB"/>
              </w:rPr>
              <w:t xml:space="preserve">with anonymous google form </w:t>
            </w:r>
            <w:r w:rsidRPr="001A7254">
              <w:rPr>
                <w:rFonts w:ascii="Calibri Light" w:hAnsi="Calibri Light" w:cs="Calibri Light"/>
                <w:lang w:val="en-GB"/>
              </w:rPr>
              <w:t>after the orientation program and questioned about their academic and social integration</w:t>
            </w:r>
          </w:p>
          <w:p w14:paraId="305F57AF" w14:textId="5CFA2EC4" w:rsidR="001A7254" w:rsidRPr="001A7254" w:rsidRDefault="001A7254" w:rsidP="001A7254">
            <w:pPr>
              <w:pStyle w:val="ListParagraph"/>
              <w:numPr>
                <w:ilvl w:val="0"/>
                <w:numId w:val="18"/>
              </w:numPr>
              <w:rPr>
                <w:rFonts w:ascii="Calibri Light" w:hAnsi="Calibri Light" w:cs="Calibri Light"/>
                <w:lang w:val="en-GB"/>
              </w:rPr>
            </w:pPr>
            <w:r>
              <w:rPr>
                <w:rFonts w:ascii="Calibri Light" w:hAnsi="Calibri Light" w:cs="Calibri Light"/>
                <w:lang w:val="en-GB"/>
              </w:rPr>
              <w:t>Results are used to optimise the tour</w:t>
            </w:r>
            <w:r w:rsidR="0070261A">
              <w:rPr>
                <w:rFonts w:ascii="Calibri Light" w:hAnsi="Calibri Light" w:cs="Calibri Light"/>
                <w:lang w:val="en-GB"/>
              </w:rPr>
              <w:t xml:space="preserve"> for the next year</w:t>
            </w:r>
          </w:p>
        </w:tc>
      </w:tr>
      <w:tr w:rsidR="004E0BFC" w:rsidRPr="000A3910" w14:paraId="65FE996D" w14:textId="77777777" w:rsidTr="6BE5105B">
        <w:tc>
          <w:tcPr>
            <w:tcW w:w="4508" w:type="dxa"/>
          </w:tcPr>
          <w:p w14:paraId="5F72F992" w14:textId="77777777" w:rsidR="004E0BFC" w:rsidRDefault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lastRenderedPageBreak/>
              <w:t>(How) is the effectiveness tracked? </w:t>
            </w:r>
          </w:p>
          <w:p w14:paraId="58DD4ED3" w14:textId="77777777" w:rsidR="00632F35" w:rsidRPr="000A3910" w:rsidRDefault="00632F35" w:rsidP="00632F35">
            <w:pPr>
              <w:numPr>
                <w:ilvl w:val="0"/>
                <w:numId w:val="14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How?  </w:t>
            </w:r>
          </w:p>
          <w:p w14:paraId="3D25C700" w14:textId="77777777" w:rsidR="00632F35" w:rsidRPr="000A3910" w:rsidRDefault="00632F35" w:rsidP="00632F35">
            <w:pPr>
              <w:numPr>
                <w:ilvl w:val="0"/>
                <w:numId w:val="15"/>
              </w:num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>What are the results? </w:t>
            </w:r>
          </w:p>
          <w:p w14:paraId="6D501660" w14:textId="54E21202" w:rsidR="00632F35" w:rsidRPr="000A3910" w:rsidRDefault="68806B7A" w:rsidP="00632F35">
            <w:pPr>
              <w:numPr>
                <w:ilvl w:val="0"/>
                <w:numId w:val="16"/>
              </w:numPr>
              <w:rPr>
                <w:rFonts w:ascii="Calibri Light" w:hAnsi="Calibri Light" w:cs="Calibri Light"/>
                <w:lang w:val="en-GB"/>
              </w:rPr>
            </w:pPr>
            <w:r w:rsidRPr="5ED244E1">
              <w:rPr>
                <w:rFonts w:ascii="Calibri Light" w:hAnsi="Calibri Light" w:cs="Calibri Light"/>
                <w:lang w:val="en-GB"/>
              </w:rPr>
              <w:t xml:space="preserve">What </w:t>
            </w:r>
            <w:r w:rsidR="00060EC2">
              <w:rPr>
                <w:rFonts w:ascii="Calibri Light" w:hAnsi="Calibri Light" w:cs="Calibri Light"/>
                <w:lang w:val="en-GB"/>
              </w:rPr>
              <w:t xml:space="preserve">is the purpose of collecting the </w:t>
            </w:r>
            <w:r w:rsidRPr="5ED244E1">
              <w:rPr>
                <w:rFonts w:ascii="Calibri Light" w:hAnsi="Calibri Light" w:cs="Calibri Light"/>
                <w:lang w:val="en-GB"/>
              </w:rPr>
              <w:t>results</w:t>
            </w:r>
            <w:r w:rsidR="00060EC2">
              <w:rPr>
                <w:rFonts w:ascii="Calibri Light" w:hAnsi="Calibri Light" w:cs="Calibri Light"/>
                <w:lang w:val="en-GB"/>
              </w:rPr>
              <w:t>, how will they be used</w:t>
            </w:r>
            <w:r w:rsidRPr="5ED244E1">
              <w:rPr>
                <w:rFonts w:ascii="Calibri Light" w:hAnsi="Calibri Light" w:cs="Calibri Light"/>
                <w:lang w:val="en-GB"/>
              </w:rPr>
              <w:t>?  </w:t>
            </w:r>
          </w:p>
          <w:p w14:paraId="0A87BD95" w14:textId="77777777" w:rsidR="00632F35" w:rsidRPr="000A3910" w:rsidRDefault="00632F35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45EB112C" w14:textId="77777777" w:rsidR="004E0BFC" w:rsidRPr="000A3910" w:rsidRDefault="004E0BFC" w:rsidP="00632F35">
            <w:pPr>
              <w:rPr>
                <w:rFonts w:ascii="Calibri Light" w:hAnsi="Calibri Light" w:cs="Calibri Light"/>
                <w:lang w:val="en-GB"/>
              </w:rPr>
            </w:pPr>
          </w:p>
        </w:tc>
      </w:tr>
      <w:tr w:rsidR="004E0BFC" w:rsidRPr="000A3910" w14:paraId="1EAD9F33" w14:textId="77777777" w:rsidTr="6BE5105B">
        <w:tc>
          <w:tcPr>
            <w:tcW w:w="4508" w:type="dxa"/>
          </w:tcPr>
          <w:p w14:paraId="3F03C461" w14:textId="77777777" w:rsidR="004E0BFC" w:rsidRDefault="004E0BFC">
            <w:pPr>
              <w:rPr>
                <w:rFonts w:ascii="Calibri Light" w:hAnsi="Calibri Light" w:cs="Calibri Light"/>
                <w:lang w:val="en-GB"/>
              </w:rPr>
            </w:pPr>
            <w:r w:rsidRPr="000A3910">
              <w:rPr>
                <w:rFonts w:ascii="Calibri Light" w:hAnsi="Calibri Light" w:cs="Calibri Light"/>
                <w:lang w:val="en-GB"/>
              </w:rPr>
              <w:t xml:space="preserve">Any further notes: </w:t>
            </w:r>
          </w:p>
          <w:p w14:paraId="7350DFA2" w14:textId="4F8E95F9" w:rsidR="00F370E7" w:rsidRPr="000A3910" w:rsidRDefault="00F370E7">
            <w:pPr>
              <w:rPr>
                <w:rFonts w:ascii="Calibri Light" w:hAnsi="Calibri Light" w:cs="Calibri Light"/>
                <w:lang w:val="en-GB"/>
              </w:rPr>
            </w:pPr>
          </w:p>
        </w:tc>
        <w:tc>
          <w:tcPr>
            <w:tcW w:w="4508" w:type="dxa"/>
          </w:tcPr>
          <w:p w14:paraId="00A03F6B" w14:textId="77777777" w:rsidR="00F370E7" w:rsidRPr="000A3910" w:rsidRDefault="00F370E7" w:rsidP="00A15454">
            <w:pPr>
              <w:rPr>
                <w:rFonts w:ascii="Calibri Light" w:hAnsi="Calibri Light" w:cs="Calibri Light"/>
                <w:lang w:val="en-GB"/>
              </w:rPr>
            </w:pPr>
          </w:p>
        </w:tc>
      </w:tr>
    </w:tbl>
    <w:p w14:paraId="33F98547" w14:textId="6EBE3531" w:rsidR="0086050C" w:rsidRPr="000A3910" w:rsidRDefault="0086050C" w:rsidP="004E0BFC">
      <w:pPr>
        <w:rPr>
          <w:rFonts w:ascii="Calibri Light" w:hAnsi="Calibri Light" w:cs="Calibri Light"/>
          <w:lang w:val="en-GB"/>
        </w:rPr>
      </w:pPr>
    </w:p>
    <w:p w14:paraId="687B5F24" w14:textId="2FFA162A" w:rsidR="432CB9EB" w:rsidRDefault="432CB9EB" w:rsidP="68E03FF7">
      <w:pPr>
        <w:rPr>
          <w:b/>
          <w:bCs/>
          <w:color w:val="0F6576"/>
          <w:sz w:val="28"/>
          <w:szCs w:val="28"/>
        </w:rPr>
      </w:pPr>
      <w:r w:rsidRPr="68E03FF7">
        <w:rPr>
          <w:b/>
          <w:bCs/>
          <w:color w:val="0F6576"/>
          <w:sz w:val="28"/>
          <w:szCs w:val="28"/>
        </w:rPr>
        <w:t>References or inspiration used to design intervention:</w:t>
      </w:r>
    </w:p>
    <w:p w14:paraId="686F7E9A" w14:textId="4D17FA51" w:rsidR="432CB9EB" w:rsidRDefault="432CB9EB" w:rsidP="68E03FF7">
      <w:pPr>
        <w:rPr>
          <w:rFonts w:ascii="Calibri Light" w:hAnsi="Calibri Light" w:cs="Calibri Light"/>
          <w:lang w:val="en-GB"/>
        </w:rPr>
      </w:pPr>
      <w:r w:rsidRPr="68E03FF7">
        <w:rPr>
          <w:rFonts w:ascii="Calibri Light" w:hAnsi="Calibri Light" w:cs="Calibri Light"/>
          <w:lang w:val="en-GB"/>
        </w:rPr>
        <w:t>Add any papers which describe the intervention or which you used to inspire you</w:t>
      </w:r>
    </w:p>
    <w:p w14:paraId="7CAD8AC5" w14:textId="4EDD83CF" w:rsidR="002170BC" w:rsidRPr="00A15454" w:rsidRDefault="002170BC" w:rsidP="00A15454">
      <w:pPr>
        <w:pStyle w:val="ListParagraph"/>
        <w:numPr>
          <w:ilvl w:val="0"/>
          <w:numId w:val="19"/>
        </w:numPr>
        <w:rPr>
          <w:rFonts w:ascii="Calibri Light" w:hAnsi="Calibri Light" w:cs="Calibri Light"/>
        </w:rPr>
      </w:pPr>
      <w:r w:rsidRPr="00A15454">
        <w:rPr>
          <w:rFonts w:ascii="Calibri Light" w:hAnsi="Calibri Light" w:cs="Calibri Light"/>
        </w:rPr>
        <w:t xml:space="preserve">Lize </w:t>
      </w:r>
      <w:proofErr w:type="spellStart"/>
      <w:r w:rsidRPr="00A15454">
        <w:rPr>
          <w:rFonts w:ascii="Calibri Light" w:hAnsi="Calibri Light" w:cs="Calibri Light"/>
        </w:rPr>
        <w:t>Vanderstraeten</w:t>
      </w:r>
      <w:proofErr w:type="spellEnd"/>
      <w:r w:rsidRPr="00A15454">
        <w:rPr>
          <w:rFonts w:ascii="Calibri Light" w:hAnsi="Calibri Light" w:cs="Calibri Light"/>
        </w:rPr>
        <w:t xml:space="preserve"> “</w:t>
      </w:r>
      <w:hyperlink r:id="rId12" w:history="1">
        <w:r w:rsidRPr="00A15454">
          <w:rPr>
            <w:rStyle w:val="Hyperlink"/>
            <w:rFonts w:ascii="Calibri Light" w:hAnsi="Calibri Light" w:cs="Calibri Light"/>
          </w:rPr>
          <w:t>Navigating change during the transition to higher education: Evidence on student well-being and orientation initiatives in economics and business education</w:t>
        </w:r>
      </w:hyperlink>
      <w:r w:rsidRPr="00A15454">
        <w:rPr>
          <w:rFonts w:ascii="Calibri Light" w:hAnsi="Calibri Light" w:cs="Calibri Light"/>
        </w:rPr>
        <w:t xml:space="preserve">” PhD </w:t>
      </w:r>
      <w:r w:rsidR="008E00BD" w:rsidRPr="00A15454">
        <w:rPr>
          <w:rFonts w:ascii="Calibri Light" w:hAnsi="Calibri Light" w:cs="Calibri Light"/>
        </w:rPr>
        <w:t>2024</w:t>
      </w:r>
    </w:p>
    <w:p w14:paraId="6DE75D50" w14:textId="412E50DF" w:rsidR="002170BC" w:rsidRPr="00A15454" w:rsidRDefault="00F72170" w:rsidP="00A15454">
      <w:pPr>
        <w:pStyle w:val="ListParagraph"/>
        <w:numPr>
          <w:ilvl w:val="0"/>
          <w:numId w:val="19"/>
        </w:numPr>
        <w:rPr>
          <w:rFonts w:ascii="Calibri Light" w:hAnsi="Calibri Light" w:cs="Calibri Light"/>
          <w:lang w:val="en-GB"/>
        </w:rPr>
      </w:pPr>
      <w:r w:rsidRPr="00A15454">
        <w:rPr>
          <w:rFonts w:ascii="Calibri Light" w:hAnsi="Calibri Light" w:cs="Calibri Light"/>
          <w:lang w:val="en-GB"/>
        </w:rPr>
        <w:t>Expedition The Nayer at Faculty of Engineering Technology</w:t>
      </w:r>
      <w:r w:rsidR="00A15454">
        <w:rPr>
          <w:rFonts w:ascii="Calibri Light" w:hAnsi="Calibri Light" w:cs="Calibri Light"/>
          <w:lang w:val="en-GB"/>
        </w:rPr>
        <w:t xml:space="preserve"> KU Leuven</w:t>
      </w:r>
    </w:p>
    <w:p w14:paraId="2D784DE4" w14:textId="0E22E87E" w:rsidR="68E03FF7" w:rsidRPr="00A15454" w:rsidRDefault="00F72170" w:rsidP="00A15454">
      <w:pPr>
        <w:pStyle w:val="ListParagraph"/>
        <w:numPr>
          <w:ilvl w:val="0"/>
          <w:numId w:val="19"/>
        </w:numPr>
        <w:rPr>
          <w:rFonts w:ascii="Calibri Light" w:hAnsi="Calibri Light" w:cs="Calibri Light"/>
          <w:lang w:val="en-GB"/>
        </w:rPr>
      </w:pPr>
      <w:r w:rsidRPr="00A15454">
        <w:rPr>
          <w:rFonts w:ascii="Calibri Light" w:hAnsi="Calibri Light" w:cs="Calibri Light"/>
          <w:lang w:val="en-GB"/>
        </w:rPr>
        <w:t xml:space="preserve">Campus Kompas designed by Bert De Groef </w:t>
      </w:r>
      <w:r w:rsidR="00A15454">
        <w:rPr>
          <w:rFonts w:ascii="Calibri Light" w:hAnsi="Calibri Light" w:cs="Calibri Light"/>
          <w:lang w:val="en-GB"/>
        </w:rPr>
        <w:t xml:space="preserve">Faculty of Science </w:t>
      </w:r>
      <w:r w:rsidRPr="00A15454">
        <w:rPr>
          <w:rFonts w:ascii="Calibri Light" w:hAnsi="Calibri Light" w:cs="Calibri Light"/>
          <w:lang w:val="en-GB"/>
        </w:rPr>
        <w:t>at KU Leuven.</w:t>
      </w:r>
    </w:p>
    <w:sectPr w:rsidR="68E03FF7" w:rsidRPr="00A15454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6DCC" w14:textId="77777777" w:rsidR="005D76AB" w:rsidRDefault="005D76AB" w:rsidP="004E0BFC">
      <w:pPr>
        <w:spacing w:after="0" w:line="240" w:lineRule="auto"/>
      </w:pPr>
      <w:r>
        <w:separator/>
      </w:r>
    </w:p>
  </w:endnote>
  <w:endnote w:type="continuationSeparator" w:id="0">
    <w:p w14:paraId="33F0B520" w14:textId="77777777" w:rsidR="005D76AB" w:rsidRDefault="005D76AB" w:rsidP="004E0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683" w:type="dxa"/>
      <w:tblLook w:val="06A0" w:firstRow="1" w:lastRow="0" w:firstColumn="1" w:lastColumn="0" w:noHBand="1" w:noVBand="1"/>
    </w:tblPr>
    <w:tblGrid>
      <w:gridCol w:w="8683"/>
    </w:tblGrid>
    <w:tr w:rsidR="00067176" w14:paraId="78EB5033" w14:textId="77777777" w:rsidTr="00020CB2">
      <w:trPr>
        <w:trHeight w:val="225"/>
      </w:trPr>
      <w:tc>
        <w:tcPr>
          <w:tcW w:w="8683" w:type="dxa"/>
        </w:tcPr>
        <w:p w14:paraId="3EEFEC25" w14:textId="48E08FC2" w:rsidR="00067176" w:rsidRDefault="00067176" w:rsidP="00067176">
          <w:pPr>
            <w:pStyle w:val="Header"/>
            <w:ind w:right="-115"/>
          </w:pPr>
          <w:r w:rsidRPr="00F33D30">
            <w:t xml:space="preserve">Innovative interventions to improve social &amp; academic integration of STEM university students  © 2026 by In-4-STEM project is licensed under Creative Commons Attribution-NonCommercial-ShareAlike 4.0 International (CC BY-NC-SA 4.0) . To view a copy of this license, visit </w:t>
          </w:r>
          <w:hyperlink r:id="rId1" w:tgtFrame="_blank" w:tooltip="https://creativecommons.org/licenses/by-nc-sa/4.0/" w:history="1">
            <w:r w:rsidRPr="00F33D30">
              <w:rPr>
                <w:rStyle w:val="Hyperlink"/>
              </w:rPr>
              <w:t>https://creativecommons.org/licenses/by-nc-sa/4.0/</w:t>
            </w:r>
          </w:hyperlink>
        </w:p>
      </w:tc>
    </w:tr>
  </w:tbl>
  <w:p w14:paraId="6E0FF434" w14:textId="491A349B" w:rsidR="7A60112F" w:rsidRDefault="7A60112F" w:rsidP="7A601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94D47" w14:textId="77777777" w:rsidR="005D76AB" w:rsidRDefault="005D76AB" w:rsidP="004E0BFC">
      <w:pPr>
        <w:spacing w:after="0" w:line="240" w:lineRule="auto"/>
      </w:pPr>
      <w:r>
        <w:separator/>
      </w:r>
    </w:p>
  </w:footnote>
  <w:footnote w:type="continuationSeparator" w:id="0">
    <w:p w14:paraId="26C36BA9" w14:textId="77777777" w:rsidR="005D76AB" w:rsidRDefault="005D76AB" w:rsidP="004E0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E329" w14:textId="635E013D" w:rsidR="004E0BFC" w:rsidRPr="004E0BFC" w:rsidRDefault="004E0BFC" w:rsidP="004E0BFC">
    <w:pPr>
      <w:rPr>
        <w:lang w:val="en-GB"/>
      </w:rPr>
    </w:pPr>
    <w:r w:rsidRPr="00ED392D">
      <w:rPr>
        <w:b/>
        <w:noProof/>
        <w:color w:val="0F6576"/>
        <w:sz w:val="40"/>
        <w:szCs w:val="32"/>
      </w:rPr>
      <w:drawing>
        <wp:anchor distT="0" distB="0" distL="114300" distR="114300" simplePos="0" relativeHeight="251658240" behindDoc="0" locked="0" layoutInCell="1" allowOverlap="1" wp14:anchorId="313ACCE3" wp14:editId="1A6E601E">
          <wp:simplePos x="0" y="0"/>
          <wp:positionH relativeFrom="column">
            <wp:posOffset>-767138</wp:posOffset>
          </wp:positionH>
          <wp:positionV relativeFrom="paragraph">
            <wp:posOffset>-91440</wp:posOffset>
          </wp:positionV>
          <wp:extent cx="548640" cy="548640"/>
          <wp:effectExtent l="0" t="0" r="0" b="0"/>
          <wp:wrapThrough wrapText="bothSides">
            <wp:wrapPolygon edited="0">
              <wp:start x="6000" y="0"/>
              <wp:lineTo x="0" y="4000"/>
              <wp:lineTo x="0" y="16500"/>
              <wp:lineTo x="5500" y="21000"/>
              <wp:lineTo x="6000" y="21000"/>
              <wp:lineTo x="15000" y="21000"/>
              <wp:lineTo x="15500" y="21000"/>
              <wp:lineTo x="21000" y="16500"/>
              <wp:lineTo x="21000" y="4000"/>
              <wp:lineTo x="15000" y="0"/>
              <wp:lineTo x="6000" y="0"/>
            </wp:wrapPolygon>
          </wp:wrapThrough>
          <wp:docPr id="2109538620" name="Afbeelding 1" descr="Afbeelding met tekst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9538620" name="Afbeelding 1" descr="Afbeelding met tekst, Graphics, Lettertype, grafische vormgeving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92D">
      <w:rPr>
        <w:b/>
        <w:color w:val="0F6576"/>
        <w:sz w:val="40"/>
        <w:szCs w:val="32"/>
      </w:rPr>
      <w:t>Universal Intervention Design Template</w:t>
    </w:r>
    <w:r>
      <w:rPr>
        <w:b/>
        <w:color w:val="0F6576"/>
        <w:sz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4464C5"/>
    <w:multiLevelType w:val="multilevel"/>
    <w:tmpl w:val="4CA2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525D1"/>
    <w:multiLevelType w:val="multilevel"/>
    <w:tmpl w:val="D754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D2EAB"/>
    <w:multiLevelType w:val="multilevel"/>
    <w:tmpl w:val="3BC20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A2FA4E"/>
    <w:multiLevelType w:val="hybridMultilevel"/>
    <w:tmpl w:val="4CAAA72E"/>
    <w:lvl w:ilvl="0" w:tplc="3CE6C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68B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C20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2E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C00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123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2BF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8A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841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32618"/>
    <w:multiLevelType w:val="multilevel"/>
    <w:tmpl w:val="6442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83468B"/>
    <w:multiLevelType w:val="multilevel"/>
    <w:tmpl w:val="E8EA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CF7D79"/>
    <w:multiLevelType w:val="multilevel"/>
    <w:tmpl w:val="C3DC7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1F4E57"/>
    <w:multiLevelType w:val="multilevel"/>
    <w:tmpl w:val="4FC0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6B69B6"/>
    <w:multiLevelType w:val="hybridMultilevel"/>
    <w:tmpl w:val="5F54B7D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8079C7"/>
    <w:multiLevelType w:val="hybridMultilevel"/>
    <w:tmpl w:val="512A3F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399906">
    <w:abstractNumId w:val="12"/>
  </w:num>
  <w:num w:numId="2" w16cid:durableId="2026976018">
    <w:abstractNumId w:val="8"/>
  </w:num>
  <w:num w:numId="3" w16cid:durableId="1035421766">
    <w:abstractNumId w:val="6"/>
  </w:num>
  <w:num w:numId="4" w16cid:durableId="17435021">
    <w:abstractNumId w:val="5"/>
  </w:num>
  <w:num w:numId="5" w16cid:durableId="1510439939">
    <w:abstractNumId w:val="4"/>
  </w:num>
  <w:num w:numId="6" w16cid:durableId="1365327847">
    <w:abstractNumId w:val="7"/>
  </w:num>
  <w:num w:numId="7" w16cid:durableId="275061777">
    <w:abstractNumId w:val="3"/>
  </w:num>
  <w:num w:numId="8" w16cid:durableId="935866172">
    <w:abstractNumId w:val="2"/>
  </w:num>
  <w:num w:numId="9" w16cid:durableId="828667128">
    <w:abstractNumId w:val="1"/>
  </w:num>
  <w:num w:numId="10" w16cid:durableId="1110200353">
    <w:abstractNumId w:val="0"/>
  </w:num>
  <w:num w:numId="11" w16cid:durableId="1957516962">
    <w:abstractNumId w:val="14"/>
  </w:num>
  <w:num w:numId="12" w16cid:durableId="1526362397">
    <w:abstractNumId w:val="13"/>
  </w:num>
  <w:num w:numId="13" w16cid:durableId="1146123835">
    <w:abstractNumId w:val="10"/>
  </w:num>
  <w:num w:numId="14" w16cid:durableId="1050374691">
    <w:abstractNumId w:val="11"/>
  </w:num>
  <w:num w:numId="15" w16cid:durableId="1067142085">
    <w:abstractNumId w:val="16"/>
  </w:num>
  <w:num w:numId="16" w16cid:durableId="706611043">
    <w:abstractNumId w:val="9"/>
  </w:num>
  <w:num w:numId="17" w16cid:durableId="1160190867">
    <w:abstractNumId w:val="15"/>
  </w:num>
  <w:num w:numId="18" w16cid:durableId="1651131816">
    <w:abstractNumId w:val="18"/>
  </w:num>
  <w:num w:numId="19" w16cid:durableId="20875306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CB2"/>
    <w:rsid w:val="00034616"/>
    <w:rsid w:val="00044F79"/>
    <w:rsid w:val="0006063C"/>
    <w:rsid w:val="00060EC2"/>
    <w:rsid w:val="00067176"/>
    <w:rsid w:val="00083682"/>
    <w:rsid w:val="000A3910"/>
    <w:rsid w:val="000A4688"/>
    <w:rsid w:val="000D1E6A"/>
    <w:rsid w:val="000E716D"/>
    <w:rsid w:val="00104E08"/>
    <w:rsid w:val="0015074B"/>
    <w:rsid w:val="00166AFF"/>
    <w:rsid w:val="00187917"/>
    <w:rsid w:val="001A7254"/>
    <w:rsid w:val="001B4399"/>
    <w:rsid w:val="002170BC"/>
    <w:rsid w:val="002335D4"/>
    <w:rsid w:val="0029639D"/>
    <w:rsid w:val="00300FED"/>
    <w:rsid w:val="00326F90"/>
    <w:rsid w:val="00390282"/>
    <w:rsid w:val="003A6011"/>
    <w:rsid w:val="003D384F"/>
    <w:rsid w:val="003D46EB"/>
    <w:rsid w:val="003E4EE2"/>
    <w:rsid w:val="00416005"/>
    <w:rsid w:val="004462A9"/>
    <w:rsid w:val="00456A0B"/>
    <w:rsid w:val="00472B63"/>
    <w:rsid w:val="00497B8F"/>
    <w:rsid w:val="004E0BFC"/>
    <w:rsid w:val="005414CD"/>
    <w:rsid w:val="00562C99"/>
    <w:rsid w:val="00571F7D"/>
    <w:rsid w:val="0058DCC9"/>
    <w:rsid w:val="00590643"/>
    <w:rsid w:val="005A1993"/>
    <w:rsid w:val="005D76AB"/>
    <w:rsid w:val="006241AD"/>
    <w:rsid w:val="0062506B"/>
    <w:rsid w:val="00632F35"/>
    <w:rsid w:val="0067654A"/>
    <w:rsid w:val="006819F9"/>
    <w:rsid w:val="006F6128"/>
    <w:rsid w:val="0070261A"/>
    <w:rsid w:val="00781008"/>
    <w:rsid w:val="00800FC4"/>
    <w:rsid w:val="00816A09"/>
    <w:rsid w:val="0085435F"/>
    <w:rsid w:val="0086050C"/>
    <w:rsid w:val="00896312"/>
    <w:rsid w:val="008E00BD"/>
    <w:rsid w:val="00980D34"/>
    <w:rsid w:val="009B6D17"/>
    <w:rsid w:val="009E0373"/>
    <w:rsid w:val="009F3C62"/>
    <w:rsid w:val="00A15454"/>
    <w:rsid w:val="00A36357"/>
    <w:rsid w:val="00A47DA1"/>
    <w:rsid w:val="00A53F55"/>
    <w:rsid w:val="00A72973"/>
    <w:rsid w:val="00A974EA"/>
    <w:rsid w:val="00AA1D8D"/>
    <w:rsid w:val="00AD37CD"/>
    <w:rsid w:val="00AF6E44"/>
    <w:rsid w:val="00B20B89"/>
    <w:rsid w:val="00B3219D"/>
    <w:rsid w:val="00B32622"/>
    <w:rsid w:val="00B33831"/>
    <w:rsid w:val="00B4184B"/>
    <w:rsid w:val="00B4222B"/>
    <w:rsid w:val="00B429E6"/>
    <w:rsid w:val="00B43D14"/>
    <w:rsid w:val="00B46B27"/>
    <w:rsid w:val="00B47730"/>
    <w:rsid w:val="00BA645E"/>
    <w:rsid w:val="00BE59D8"/>
    <w:rsid w:val="00C05C8B"/>
    <w:rsid w:val="00C928C2"/>
    <w:rsid w:val="00CB0664"/>
    <w:rsid w:val="00CC376A"/>
    <w:rsid w:val="00CD7C73"/>
    <w:rsid w:val="00D545E9"/>
    <w:rsid w:val="00D9013E"/>
    <w:rsid w:val="00DD2264"/>
    <w:rsid w:val="00E03AFB"/>
    <w:rsid w:val="00E43699"/>
    <w:rsid w:val="00E54CE1"/>
    <w:rsid w:val="00E55E07"/>
    <w:rsid w:val="00E65FE8"/>
    <w:rsid w:val="00ED392D"/>
    <w:rsid w:val="00F059CE"/>
    <w:rsid w:val="00F16179"/>
    <w:rsid w:val="00F33D30"/>
    <w:rsid w:val="00F361E4"/>
    <w:rsid w:val="00F370E7"/>
    <w:rsid w:val="00F40F37"/>
    <w:rsid w:val="00F72170"/>
    <w:rsid w:val="00F82504"/>
    <w:rsid w:val="00FC693F"/>
    <w:rsid w:val="00FD0C36"/>
    <w:rsid w:val="0326A2E3"/>
    <w:rsid w:val="036479B7"/>
    <w:rsid w:val="0383E199"/>
    <w:rsid w:val="0464433A"/>
    <w:rsid w:val="04FF0B25"/>
    <w:rsid w:val="05652589"/>
    <w:rsid w:val="05D55F0D"/>
    <w:rsid w:val="06B1AD71"/>
    <w:rsid w:val="074BFBD2"/>
    <w:rsid w:val="08B6132C"/>
    <w:rsid w:val="08BB0927"/>
    <w:rsid w:val="096B9382"/>
    <w:rsid w:val="0995762F"/>
    <w:rsid w:val="0AACB1FD"/>
    <w:rsid w:val="0AB35437"/>
    <w:rsid w:val="0ABF0B16"/>
    <w:rsid w:val="0B7A467A"/>
    <w:rsid w:val="0B869D1A"/>
    <w:rsid w:val="0C7AFF69"/>
    <w:rsid w:val="0CC439C1"/>
    <w:rsid w:val="0DC9AE67"/>
    <w:rsid w:val="0EBEE6DD"/>
    <w:rsid w:val="0F0EFDEB"/>
    <w:rsid w:val="0F40E120"/>
    <w:rsid w:val="0F7F9249"/>
    <w:rsid w:val="0F924B08"/>
    <w:rsid w:val="108BFCCD"/>
    <w:rsid w:val="109EC4D7"/>
    <w:rsid w:val="10C97B02"/>
    <w:rsid w:val="11939C16"/>
    <w:rsid w:val="11A64929"/>
    <w:rsid w:val="124C7894"/>
    <w:rsid w:val="12F9D76E"/>
    <w:rsid w:val="152DD5DF"/>
    <w:rsid w:val="15412B62"/>
    <w:rsid w:val="160EE1D3"/>
    <w:rsid w:val="161981C7"/>
    <w:rsid w:val="16829C3C"/>
    <w:rsid w:val="16E80E4A"/>
    <w:rsid w:val="16FF60A0"/>
    <w:rsid w:val="18590F20"/>
    <w:rsid w:val="1960AEF0"/>
    <w:rsid w:val="1B12C08B"/>
    <w:rsid w:val="1BEA0EE8"/>
    <w:rsid w:val="1D141A1D"/>
    <w:rsid w:val="1D601D23"/>
    <w:rsid w:val="1EAAAAD6"/>
    <w:rsid w:val="24A87F8B"/>
    <w:rsid w:val="26AEF357"/>
    <w:rsid w:val="27BE2999"/>
    <w:rsid w:val="27F1AE74"/>
    <w:rsid w:val="28748EB1"/>
    <w:rsid w:val="2902100E"/>
    <w:rsid w:val="29A5B400"/>
    <w:rsid w:val="2A80C7BA"/>
    <w:rsid w:val="2ADB2C16"/>
    <w:rsid w:val="2CC46551"/>
    <w:rsid w:val="2FAEF3F5"/>
    <w:rsid w:val="2FE34CE9"/>
    <w:rsid w:val="30EE5152"/>
    <w:rsid w:val="33A83DE1"/>
    <w:rsid w:val="33D867F6"/>
    <w:rsid w:val="3436EA60"/>
    <w:rsid w:val="350AACB1"/>
    <w:rsid w:val="360DF6C8"/>
    <w:rsid w:val="3677911B"/>
    <w:rsid w:val="385B8DC6"/>
    <w:rsid w:val="388651C2"/>
    <w:rsid w:val="38FD1300"/>
    <w:rsid w:val="399D3D9E"/>
    <w:rsid w:val="39AF69AD"/>
    <w:rsid w:val="39E5B066"/>
    <w:rsid w:val="39E6D50C"/>
    <w:rsid w:val="3A07DC7A"/>
    <w:rsid w:val="3C04100F"/>
    <w:rsid w:val="3CA913BF"/>
    <w:rsid w:val="3CBBE807"/>
    <w:rsid w:val="3FF3F202"/>
    <w:rsid w:val="4154B7D9"/>
    <w:rsid w:val="41E1B06E"/>
    <w:rsid w:val="427AED1F"/>
    <w:rsid w:val="428DF00B"/>
    <w:rsid w:val="42CDBDBD"/>
    <w:rsid w:val="432CB9EB"/>
    <w:rsid w:val="4373E53C"/>
    <w:rsid w:val="44D1369E"/>
    <w:rsid w:val="45C6A538"/>
    <w:rsid w:val="466EDDBF"/>
    <w:rsid w:val="47AA42E5"/>
    <w:rsid w:val="47B9F070"/>
    <w:rsid w:val="480167CA"/>
    <w:rsid w:val="48F23B54"/>
    <w:rsid w:val="492F04E8"/>
    <w:rsid w:val="4A3E8110"/>
    <w:rsid w:val="4ACDC56A"/>
    <w:rsid w:val="4BA24F75"/>
    <w:rsid w:val="4BB43EC1"/>
    <w:rsid w:val="4BD6AA28"/>
    <w:rsid w:val="4C206C50"/>
    <w:rsid w:val="4C380EDF"/>
    <w:rsid w:val="4C5DD2B1"/>
    <w:rsid w:val="4CF9E534"/>
    <w:rsid w:val="4DDA361F"/>
    <w:rsid w:val="4F29ED50"/>
    <w:rsid w:val="4F76013B"/>
    <w:rsid w:val="4F922C18"/>
    <w:rsid w:val="50CDBF1E"/>
    <w:rsid w:val="50CFB4D1"/>
    <w:rsid w:val="50D4F058"/>
    <w:rsid w:val="51665A36"/>
    <w:rsid w:val="53BA9352"/>
    <w:rsid w:val="5422D9CB"/>
    <w:rsid w:val="54F3DB20"/>
    <w:rsid w:val="55C7C541"/>
    <w:rsid w:val="578BCC71"/>
    <w:rsid w:val="583B1C07"/>
    <w:rsid w:val="585F30D1"/>
    <w:rsid w:val="586ED444"/>
    <w:rsid w:val="58E5885C"/>
    <w:rsid w:val="59E78081"/>
    <w:rsid w:val="5A54FC59"/>
    <w:rsid w:val="5A733085"/>
    <w:rsid w:val="5AEE4628"/>
    <w:rsid w:val="5B34B62B"/>
    <w:rsid w:val="5C39D906"/>
    <w:rsid w:val="5C665D44"/>
    <w:rsid w:val="5DC8FB06"/>
    <w:rsid w:val="5DCAA070"/>
    <w:rsid w:val="5DE3F11A"/>
    <w:rsid w:val="5ED244E1"/>
    <w:rsid w:val="5F7C18D3"/>
    <w:rsid w:val="600F77A2"/>
    <w:rsid w:val="612E9F9D"/>
    <w:rsid w:val="615D9CFF"/>
    <w:rsid w:val="61E9890D"/>
    <w:rsid w:val="6294B90C"/>
    <w:rsid w:val="6419B9CF"/>
    <w:rsid w:val="644AAD47"/>
    <w:rsid w:val="6606D01A"/>
    <w:rsid w:val="667939D3"/>
    <w:rsid w:val="68806B7A"/>
    <w:rsid w:val="68E03FF7"/>
    <w:rsid w:val="691EF472"/>
    <w:rsid w:val="69249785"/>
    <w:rsid w:val="69378007"/>
    <w:rsid w:val="6B05B6E6"/>
    <w:rsid w:val="6BE5105B"/>
    <w:rsid w:val="6CB8FF09"/>
    <w:rsid w:val="715B1865"/>
    <w:rsid w:val="7198FCBD"/>
    <w:rsid w:val="71AA1F4E"/>
    <w:rsid w:val="72359AB4"/>
    <w:rsid w:val="73867AD9"/>
    <w:rsid w:val="73CA13AD"/>
    <w:rsid w:val="73CDEAE3"/>
    <w:rsid w:val="73DC37C9"/>
    <w:rsid w:val="749DFCA1"/>
    <w:rsid w:val="75BDE62E"/>
    <w:rsid w:val="7A60112F"/>
    <w:rsid w:val="7A737817"/>
    <w:rsid w:val="7B268CFC"/>
    <w:rsid w:val="7B4EEBE3"/>
    <w:rsid w:val="7C45A189"/>
    <w:rsid w:val="7C8A7586"/>
    <w:rsid w:val="7CA88B04"/>
    <w:rsid w:val="7FA4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14BF"/>
  <w14:defaultImageDpi w14:val="300"/>
  <w15:docId w15:val="{EA0318A3-B55A-4251-B01A-4CF9DA2F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3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35F"/>
    <w:rPr>
      <w:rFonts w:ascii="Calibri" w:hAnsi="Calibr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E00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0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1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34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12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3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1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79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2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01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26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3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58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81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08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63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4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43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blio.ugent.be/publication/01J58C3G72CDWY4AM169E7FN42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af3c0-e95f-4e6f-904d-2fc2c00e9c95">
      <Terms xmlns="http://schemas.microsoft.com/office/infopath/2007/PartnerControls"/>
    </lcf76f155ced4ddcb4097134ff3c332f>
    <TaxCatchAll xmlns="fd49e15b-f634-49a3-bcda-8178c74fc0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7B9305936734596E7A22AFD701D2B" ma:contentTypeVersion="12" ma:contentTypeDescription="Create a new document." ma:contentTypeScope="" ma:versionID="635d6659088a29354e9e491f02c6bd86">
  <xsd:schema xmlns:xsd="http://www.w3.org/2001/XMLSchema" xmlns:xs="http://www.w3.org/2001/XMLSchema" xmlns:p="http://schemas.microsoft.com/office/2006/metadata/properties" xmlns:ns2="9f1af3c0-e95f-4e6f-904d-2fc2c00e9c95" xmlns:ns3="fd49e15b-f634-49a3-bcda-8178c74fc018" targetNamespace="http://schemas.microsoft.com/office/2006/metadata/properties" ma:root="true" ma:fieldsID="3739ea963a4c12fcd66a0815cac478a8" ns2:_="" ns3:_="">
    <xsd:import namespace="9f1af3c0-e95f-4e6f-904d-2fc2c00e9c95"/>
    <xsd:import namespace="fd49e15b-f634-49a3-bcda-8178c74fc0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af3c0-e95f-4e6f-904d-2fc2c00e9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b6fc0cd-01fe-45a4-a6f7-42bcc5426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9e15b-f634-49a3-bcda-8178c74fc0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750b75-d889-4d7f-98b8-35f33cad547b}" ma:internalName="TaxCatchAll" ma:showField="CatchAllData" ma:web="fd49e15b-f634-49a3-bcda-8178c74fc0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97B72F-F973-4E59-9C62-D8D1318180B9}">
  <ds:schemaRefs>
    <ds:schemaRef ds:uri="http://schemas.microsoft.com/office/2006/metadata/properties"/>
    <ds:schemaRef ds:uri="http://schemas.microsoft.com/office/infopath/2007/PartnerControls"/>
    <ds:schemaRef ds:uri="9f1af3c0-e95f-4e6f-904d-2fc2c00e9c95"/>
    <ds:schemaRef ds:uri="fd49e15b-f634-49a3-bcda-8178c74fc018"/>
  </ds:schemaRefs>
</ds:datastoreItem>
</file>

<file path=customXml/itemProps2.xml><?xml version="1.0" encoding="utf-8"?>
<ds:datastoreItem xmlns:ds="http://schemas.openxmlformats.org/officeDocument/2006/customXml" ds:itemID="{F52DC357-8106-492F-B37C-C3B439DA93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BB138C-868F-496C-AC3C-AF9FCB2E8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af3c0-e95f-4e6f-904d-2fc2c00e9c95"/>
    <ds:schemaRef ds:uri="fd49e15b-f634-49a3-bcda-8178c74fc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1151</Words>
  <Characters>6567</Characters>
  <Application>Microsoft Office Word</Application>
  <DocSecurity>0</DocSecurity>
  <Lines>54</Lines>
  <Paragraphs>15</Paragraphs>
  <ScaleCrop>false</ScaleCrop>
  <Manager/>
  <Company/>
  <LinksUpToDate>false</LinksUpToDate>
  <CharactersWithSpaces>7703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Ventura-Medina, Esther</cp:lastModifiedBy>
  <cp:revision>6</cp:revision>
  <dcterms:created xsi:type="dcterms:W3CDTF">2026-10-09T09:24:00Z</dcterms:created>
  <dcterms:modified xsi:type="dcterms:W3CDTF">2026-10-10T15:12:00Z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0x0101003B47B9305936734596E7A22AFD701D2B</vt:lpwstr>
  </property>
  <property fmtid="{D5CDD505-2E9C-101B-9397-08002B2CF9AE}" pid="3" name="MediaServiceImageTags">
    <vt:lpwstr/>
  </property>
</Properties>
</file>