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366BA" w14:textId="6FC2EC20" w:rsidR="0086050C" w:rsidRDefault="00A53F55">
      <w:r>
        <w:rPr>
          <w:b/>
          <w:color w:val="0F6576"/>
          <w:sz w:val="28"/>
        </w:rPr>
        <w:t>General Information</w:t>
      </w:r>
    </w:p>
    <w:tbl>
      <w:tblPr>
        <w:tblStyle w:val="TableGrid"/>
        <w:tblW w:w="0" w:type="auto"/>
        <w:tblLook w:val="04A0" w:firstRow="1" w:lastRow="0" w:firstColumn="1" w:lastColumn="0" w:noHBand="0" w:noVBand="1"/>
      </w:tblPr>
      <w:tblGrid>
        <w:gridCol w:w="4316"/>
        <w:gridCol w:w="4314"/>
      </w:tblGrid>
      <w:tr w:rsidR="004E0BFC" w14:paraId="56730AF0" w14:textId="77777777" w:rsidTr="2775CC4D">
        <w:tc>
          <w:tcPr>
            <w:tcW w:w="4316" w:type="dxa"/>
          </w:tcPr>
          <w:p w14:paraId="7878CBD4" w14:textId="0A6F3C62" w:rsidR="004E0BFC" w:rsidRPr="00B2788D" w:rsidRDefault="004E0BFC" w:rsidP="004E0BFC">
            <w:pPr>
              <w:rPr>
                <w:rFonts w:ascii="Calibri Light" w:hAnsi="Calibri Light" w:cs="Calibri Light"/>
              </w:rPr>
            </w:pPr>
            <w:r w:rsidRPr="00B2788D">
              <w:rPr>
                <w:rFonts w:ascii="Calibri Light" w:hAnsi="Calibri Light" w:cs="Calibri Light"/>
                <w:lang w:val="en-GB"/>
              </w:rPr>
              <w:t>Name or title of activity:</w:t>
            </w:r>
          </w:p>
        </w:tc>
        <w:tc>
          <w:tcPr>
            <w:tcW w:w="4314" w:type="dxa"/>
          </w:tcPr>
          <w:p w14:paraId="31B592E8" w14:textId="77777777" w:rsidR="00211138" w:rsidRDefault="00B2788D" w:rsidP="00B2788D">
            <w:pPr>
              <w:rPr>
                <w:b/>
                <w:color w:val="0F6576"/>
                <w:sz w:val="28"/>
              </w:rPr>
            </w:pPr>
            <w:r>
              <w:rPr>
                <w:b/>
                <w:color w:val="0F6576"/>
                <w:sz w:val="28"/>
              </w:rPr>
              <w:t>Getting Started Guide</w:t>
            </w:r>
          </w:p>
          <w:p w14:paraId="4D307130" w14:textId="22E5594E" w:rsidR="00B2788D" w:rsidRPr="00211138" w:rsidRDefault="00B2788D" w:rsidP="00B2788D">
            <w:pPr>
              <w:rPr>
                <w:rFonts w:ascii="Calibri Light" w:hAnsi="Calibri Light" w:cs="Calibri Light"/>
                <w:b/>
                <w:bCs/>
                <w:sz w:val="28"/>
                <w:szCs w:val="28"/>
              </w:rPr>
            </w:pPr>
          </w:p>
        </w:tc>
      </w:tr>
      <w:tr w:rsidR="004E0BFC" w14:paraId="7CD968E4" w14:textId="77777777" w:rsidTr="2775CC4D">
        <w:tc>
          <w:tcPr>
            <w:tcW w:w="4316" w:type="dxa"/>
          </w:tcPr>
          <w:p w14:paraId="1677847D" w14:textId="176D1C96" w:rsidR="004E0BFC" w:rsidRPr="000A3910" w:rsidRDefault="004E0BFC" w:rsidP="004E0BFC">
            <w:pPr>
              <w:rPr>
                <w:rFonts w:ascii="Calibri Light" w:hAnsi="Calibri Light" w:cs="Calibri Light"/>
              </w:rPr>
            </w:pPr>
            <w:r w:rsidRPr="11A64929">
              <w:rPr>
                <w:rFonts w:ascii="Calibri Light" w:hAnsi="Calibri Light" w:cs="Calibri Light"/>
                <w:lang w:val="en-GB"/>
              </w:rPr>
              <w:t xml:space="preserve">Brief </w:t>
            </w:r>
            <w:r w:rsidR="000A3910" w:rsidRPr="11A64929">
              <w:rPr>
                <w:rFonts w:ascii="Calibri Light" w:hAnsi="Calibri Light" w:cs="Calibri Light"/>
                <w:lang w:val="en-GB"/>
              </w:rPr>
              <w:t>d</w:t>
            </w:r>
            <w:r w:rsidRPr="11A64929">
              <w:rPr>
                <w:rFonts w:ascii="Calibri Light" w:hAnsi="Calibri Light" w:cs="Calibri Light"/>
                <w:lang w:val="en-GB"/>
              </w:rPr>
              <w:t>escription</w:t>
            </w:r>
            <w:r w:rsidR="00CD7C73">
              <w:rPr>
                <w:rFonts w:ascii="Calibri Light" w:hAnsi="Calibri Light" w:cs="Calibri Light"/>
                <w:lang w:val="en-GB"/>
              </w:rPr>
              <w:t xml:space="preserve"> (20 words)</w:t>
            </w:r>
            <w:r w:rsidRPr="11A64929">
              <w:rPr>
                <w:rFonts w:ascii="Calibri Light" w:hAnsi="Calibri Light" w:cs="Calibri Light"/>
                <w:lang w:val="en-GB"/>
              </w:rPr>
              <w:t>:</w:t>
            </w:r>
          </w:p>
        </w:tc>
        <w:tc>
          <w:tcPr>
            <w:tcW w:w="4314" w:type="dxa"/>
          </w:tcPr>
          <w:p w14:paraId="7D3A3653" w14:textId="42C55522" w:rsidR="00F519A2" w:rsidRDefault="6AFD6AE5" w:rsidP="00F519A2">
            <w:pPr>
              <w:rPr>
                <w:rFonts w:ascii="Calibri Light" w:hAnsi="Calibri Light" w:cs="Calibri Light"/>
                <w:lang w:val="en-GB"/>
              </w:rPr>
            </w:pPr>
            <w:r w:rsidRPr="2775CC4D">
              <w:rPr>
                <w:rFonts w:ascii="Calibri Light" w:hAnsi="Calibri Light" w:cs="Calibri Light"/>
                <w:lang w:val="en-GB"/>
              </w:rPr>
              <w:t xml:space="preserve">This </w:t>
            </w:r>
            <w:r w:rsidR="7CF5F05F" w:rsidRPr="2775CC4D">
              <w:rPr>
                <w:rFonts w:ascii="Calibri Light" w:hAnsi="Calibri Light" w:cs="Calibri Light"/>
                <w:lang w:val="en-GB"/>
              </w:rPr>
              <w:t xml:space="preserve">intervention describes a “Getting Started Guide” which in line with Universal Design Principles </w:t>
            </w:r>
            <w:r w:rsidR="0A8FFF54" w:rsidRPr="2775CC4D">
              <w:rPr>
                <w:rFonts w:ascii="Calibri Light" w:hAnsi="Calibri Light" w:cs="Calibri Light"/>
                <w:lang w:val="en-GB"/>
              </w:rPr>
              <w:t>c</w:t>
            </w:r>
            <w:r w:rsidR="7CF5F05F" w:rsidRPr="2775CC4D">
              <w:rPr>
                <w:rFonts w:ascii="Calibri Light" w:hAnsi="Calibri Light" w:cs="Calibri Light"/>
                <w:lang w:val="en-GB"/>
              </w:rPr>
              <w:t>ould be created in document and verbal</w:t>
            </w:r>
            <w:r w:rsidR="530772B9" w:rsidRPr="2775CC4D">
              <w:rPr>
                <w:rFonts w:ascii="Calibri Light" w:hAnsi="Calibri Light" w:cs="Calibri Light"/>
                <w:lang w:val="en-GB"/>
              </w:rPr>
              <w:t xml:space="preserve"> or video</w:t>
            </w:r>
            <w:r w:rsidR="7CF5F05F" w:rsidRPr="2775CC4D">
              <w:rPr>
                <w:rFonts w:ascii="Calibri Light" w:hAnsi="Calibri Light" w:cs="Calibri Light"/>
                <w:lang w:val="en-GB"/>
              </w:rPr>
              <w:t xml:space="preserve"> form. The intervention describes the key components of what should be in the guide and provides </w:t>
            </w:r>
            <w:r w:rsidR="530772B9" w:rsidRPr="2775CC4D">
              <w:rPr>
                <w:rFonts w:ascii="Calibri Light" w:hAnsi="Calibri Light" w:cs="Calibri Light"/>
                <w:lang w:val="en-GB"/>
              </w:rPr>
              <w:t xml:space="preserve">an </w:t>
            </w:r>
            <w:r w:rsidR="7CF5F05F" w:rsidRPr="2775CC4D">
              <w:rPr>
                <w:rFonts w:ascii="Calibri Light" w:hAnsi="Calibri Light" w:cs="Calibri Light"/>
                <w:lang w:val="en-GB"/>
              </w:rPr>
              <w:t>example of</w:t>
            </w:r>
            <w:r w:rsidR="530772B9" w:rsidRPr="2775CC4D">
              <w:rPr>
                <w:rFonts w:ascii="Calibri Light" w:hAnsi="Calibri Light" w:cs="Calibri Light"/>
                <w:lang w:val="en-GB"/>
              </w:rPr>
              <w:t xml:space="preserve"> a guide which has been drafted</w:t>
            </w:r>
            <w:r w:rsidR="7CF5F05F" w:rsidRPr="2775CC4D">
              <w:rPr>
                <w:rFonts w:ascii="Calibri Light" w:hAnsi="Calibri Light" w:cs="Calibri Light"/>
                <w:lang w:val="en-GB"/>
              </w:rPr>
              <w:t>.</w:t>
            </w:r>
          </w:p>
          <w:p w14:paraId="7E1E81D3" w14:textId="77777777" w:rsidR="00F519A2" w:rsidRDefault="00F519A2" w:rsidP="00F519A2">
            <w:pPr>
              <w:rPr>
                <w:rFonts w:ascii="Calibri Light" w:hAnsi="Calibri Light" w:cs="Calibri Light"/>
                <w:lang w:val="en-GB"/>
              </w:rPr>
            </w:pPr>
          </w:p>
          <w:p w14:paraId="07E8E6AF" w14:textId="41699ECD" w:rsidR="0036383E" w:rsidRPr="0036383E" w:rsidRDefault="7CF5F05F" w:rsidP="00AA4C42">
            <w:r w:rsidRPr="2775CC4D">
              <w:rPr>
                <w:rFonts w:ascii="Calibri Light" w:hAnsi="Calibri Light" w:cs="Calibri Light"/>
                <w:lang w:val="en-GB"/>
              </w:rPr>
              <w:t xml:space="preserve">It should be a </w:t>
            </w:r>
            <w:r w:rsidR="2B378797" w:rsidRPr="2775CC4D">
              <w:rPr>
                <w:rFonts w:ascii="Calibri Light" w:hAnsi="Calibri Light" w:cs="Calibri Light"/>
                <w:lang w:val="en-GB"/>
              </w:rPr>
              <w:t>resource that only contains sufficient information to get through the first two weeks, s</w:t>
            </w:r>
            <w:r w:rsidRPr="2775CC4D">
              <w:rPr>
                <w:rFonts w:ascii="Calibri Light" w:hAnsi="Calibri Light" w:cs="Calibri Light"/>
                <w:lang w:val="en-GB"/>
              </w:rPr>
              <w:t xml:space="preserve">pecifically relevant to the students on a particular course. </w:t>
            </w:r>
            <w:r w:rsidR="5535AC41" w:rsidRPr="2775CC4D">
              <w:rPr>
                <w:rFonts w:ascii="Calibri Light" w:hAnsi="Calibri Light" w:cs="Calibri Light"/>
                <w:lang w:val="en-GB"/>
              </w:rPr>
              <w:t xml:space="preserve">Where they need to be, who the lecturer is and what they need to bring. </w:t>
            </w:r>
          </w:p>
          <w:p w14:paraId="02226716" w14:textId="21CB022A" w:rsidR="0036383E" w:rsidRPr="0036383E" w:rsidRDefault="0036383E" w:rsidP="00AA4C42">
            <w:pPr>
              <w:rPr>
                <w:rFonts w:ascii="Calibri Light" w:hAnsi="Calibri Light" w:cs="Calibri Light"/>
                <w:lang w:val="en-GB"/>
              </w:rPr>
            </w:pPr>
          </w:p>
        </w:tc>
      </w:tr>
      <w:tr w:rsidR="004E0BFC" w14:paraId="40B1F3FC" w14:textId="77777777" w:rsidTr="2775CC4D">
        <w:trPr>
          <w:trHeight w:val="300"/>
        </w:trPr>
        <w:tc>
          <w:tcPr>
            <w:tcW w:w="4316" w:type="dxa"/>
          </w:tcPr>
          <w:p w14:paraId="3B99F1FC" w14:textId="57BA1203" w:rsidR="004E0BFC" w:rsidRPr="000A3910" w:rsidRDefault="004E0BFC" w:rsidP="004E0BFC">
            <w:pPr>
              <w:rPr>
                <w:rFonts w:ascii="Calibri Light" w:hAnsi="Calibri Light" w:cs="Calibri Light"/>
              </w:rPr>
            </w:pPr>
            <w:r w:rsidRPr="5ED244E1">
              <w:rPr>
                <w:rFonts w:ascii="Calibri Light" w:hAnsi="Calibri Light" w:cs="Calibri Light"/>
              </w:rPr>
              <w:t>Which discipline(s), field(s), or programme(s) does the activity relate to?</w:t>
            </w:r>
          </w:p>
        </w:tc>
        <w:tc>
          <w:tcPr>
            <w:tcW w:w="4314" w:type="dxa"/>
          </w:tcPr>
          <w:p w14:paraId="1A54D88B" w14:textId="6F7F0F18" w:rsidR="004E0BFC" w:rsidRDefault="00DD2264" w:rsidP="004E0BFC">
            <w:pPr>
              <w:rPr>
                <w:rFonts w:ascii="Calibri Light" w:hAnsi="Calibri Light" w:cs="Calibri Light"/>
              </w:rPr>
            </w:pPr>
            <w:r>
              <w:rPr>
                <w:rFonts w:ascii="Calibri Light" w:hAnsi="Calibri Light" w:cs="Calibri Light"/>
              </w:rPr>
              <w:t>Discipline:</w:t>
            </w:r>
            <w:r w:rsidR="00CD644C">
              <w:rPr>
                <w:rFonts w:ascii="Calibri Light" w:hAnsi="Calibri Light" w:cs="Calibri Light"/>
              </w:rPr>
              <w:t xml:space="preserve"> Any </w:t>
            </w:r>
          </w:p>
          <w:p w14:paraId="56CC8AB1" w14:textId="45664FFA" w:rsidR="00DD2264" w:rsidRDefault="00DD2264" w:rsidP="004E0BFC">
            <w:pPr>
              <w:rPr>
                <w:rFonts w:ascii="Calibri Light" w:hAnsi="Calibri Light" w:cs="Calibri Light"/>
              </w:rPr>
            </w:pPr>
            <w:r>
              <w:rPr>
                <w:rFonts w:ascii="Calibri Light" w:hAnsi="Calibri Light" w:cs="Calibri Light"/>
              </w:rPr>
              <w:t>Field:</w:t>
            </w:r>
            <w:r w:rsidR="00CD644C">
              <w:rPr>
                <w:rFonts w:ascii="Calibri Light" w:hAnsi="Calibri Light" w:cs="Calibri Light"/>
              </w:rPr>
              <w:t xml:space="preserve"> Any</w:t>
            </w:r>
          </w:p>
          <w:p w14:paraId="00E2A5FC" w14:textId="53586A44" w:rsidR="00DD2264" w:rsidRDefault="00DD2264" w:rsidP="004E0BFC">
            <w:pPr>
              <w:rPr>
                <w:rFonts w:ascii="Calibri Light" w:hAnsi="Calibri Light" w:cs="Calibri Light"/>
              </w:rPr>
            </w:pPr>
            <w:r>
              <w:rPr>
                <w:rFonts w:ascii="Calibri Light" w:hAnsi="Calibri Light" w:cs="Calibri Light"/>
              </w:rPr>
              <w:t>Programme:</w:t>
            </w:r>
            <w:r w:rsidR="00CD644C">
              <w:rPr>
                <w:rFonts w:ascii="Calibri Light" w:hAnsi="Calibri Light" w:cs="Calibri Light"/>
              </w:rPr>
              <w:t xml:space="preserve"> Any</w:t>
            </w:r>
          </w:p>
          <w:p w14:paraId="1BE52465" w14:textId="25EA5402" w:rsidR="009B6D17" w:rsidRPr="000A3910" w:rsidRDefault="009B6D17" w:rsidP="004E0BFC">
            <w:pPr>
              <w:rPr>
                <w:rFonts w:ascii="Calibri Light" w:hAnsi="Calibri Light" w:cs="Calibri Light"/>
              </w:rPr>
            </w:pPr>
          </w:p>
        </w:tc>
      </w:tr>
      <w:tr w:rsidR="004E0BFC" w14:paraId="4D550703" w14:textId="77777777" w:rsidTr="2775CC4D">
        <w:trPr>
          <w:trHeight w:val="300"/>
        </w:trPr>
        <w:tc>
          <w:tcPr>
            <w:tcW w:w="4316" w:type="dxa"/>
          </w:tcPr>
          <w:p w14:paraId="721357F5" w14:textId="77777777" w:rsidR="004E0BFC" w:rsidRDefault="004E0BFC" w:rsidP="004E0BFC">
            <w:pPr>
              <w:rPr>
                <w:rFonts w:ascii="Calibri Light" w:hAnsi="Calibri Light" w:cs="Calibri Light"/>
                <w:lang w:val="en-GB"/>
              </w:rPr>
            </w:pPr>
            <w:r w:rsidRPr="388651C2">
              <w:rPr>
                <w:rFonts w:ascii="Calibri Light" w:hAnsi="Calibri Light" w:cs="Calibri Light"/>
                <w:lang w:val="en-GB"/>
              </w:rPr>
              <w:t>What type of integration does the activity aim to support:</w:t>
            </w:r>
          </w:p>
          <w:p w14:paraId="6A4399B0" w14:textId="624F8009" w:rsidR="00456A0B" w:rsidRPr="000A3910" w:rsidRDefault="00456A0B" w:rsidP="004E0BFC">
            <w:pPr>
              <w:rPr>
                <w:rFonts w:ascii="Calibri Light" w:hAnsi="Calibri Light" w:cs="Calibri Light"/>
                <w:lang w:val="en-GB"/>
              </w:rPr>
            </w:pPr>
            <w:r>
              <w:rPr>
                <w:rFonts w:ascii="Calibri Light" w:hAnsi="Calibri Light" w:cs="Calibri Light"/>
                <w:lang w:val="en-GB"/>
              </w:rPr>
              <w:t>(Titles from Codebook)</w:t>
            </w:r>
          </w:p>
        </w:tc>
        <w:tc>
          <w:tcPr>
            <w:tcW w:w="4314" w:type="dxa"/>
          </w:tcPr>
          <w:p w14:paraId="37AF60B3" w14:textId="2B48CA7B" w:rsidR="00D545E9" w:rsidRDefault="0036383E" w:rsidP="004E0BFC">
            <w:pPr>
              <w:rPr>
                <w:rFonts w:ascii="Calibri Light" w:hAnsi="Calibri Light" w:cs="Calibri Light"/>
                <w:b/>
                <w:bCs/>
              </w:rPr>
            </w:pPr>
            <w:r w:rsidRPr="004B1670">
              <w:rPr>
                <w:rFonts w:ascii="Segoe UI Symbol" w:hAnsi="Segoe UI Symbol" w:cs="Segoe UI Symbol"/>
                <w:b/>
                <w:bCs/>
              </w:rPr>
              <w:fldChar w:fldCharType="begin">
                <w:ffData>
                  <w:name w:val="Selectievakje1"/>
                  <w:enabled/>
                  <w:calcOnExit w:val="0"/>
                  <w:checkBox>
                    <w:sizeAuto/>
                    <w:default w:val="1"/>
                  </w:checkBox>
                </w:ffData>
              </w:fldChar>
            </w:r>
            <w:bookmarkStart w:id="0" w:name="Selectievakje1"/>
            <w:r w:rsidRPr="004B1670">
              <w:rPr>
                <w:rFonts w:ascii="Segoe UI Symbol" w:hAnsi="Segoe UI Symbol" w:cs="Segoe UI Symbol"/>
                <w:b/>
                <w:bCs/>
              </w:rPr>
              <w:instrText xml:space="preserve"> FORMCHECKBOX </w:instrText>
            </w:r>
            <w:r w:rsidRPr="004B1670">
              <w:rPr>
                <w:rFonts w:ascii="Segoe UI Symbol" w:hAnsi="Segoe UI Symbol" w:cs="Segoe UI Symbol"/>
                <w:b/>
                <w:bCs/>
              </w:rPr>
            </w:r>
            <w:r w:rsidRPr="004B1670">
              <w:rPr>
                <w:rFonts w:ascii="Segoe UI Symbol" w:hAnsi="Segoe UI Symbol" w:cs="Segoe UI Symbol"/>
                <w:b/>
                <w:bCs/>
              </w:rPr>
              <w:fldChar w:fldCharType="separate"/>
            </w:r>
            <w:r w:rsidRPr="004B1670">
              <w:rPr>
                <w:rFonts w:ascii="Segoe UI Symbol" w:hAnsi="Segoe UI Symbol" w:cs="Segoe UI Symbol"/>
                <w:b/>
                <w:bCs/>
              </w:rPr>
              <w:fldChar w:fldCharType="end"/>
            </w:r>
            <w:bookmarkEnd w:id="0"/>
            <w:r w:rsidR="00A36357" w:rsidRPr="004B1670">
              <w:rPr>
                <w:rFonts w:ascii="Calibri Light" w:hAnsi="Calibri Light" w:cs="Calibri Light"/>
                <w:b/>
                <w:bCs/>
              </w:rPr>
              <w:t>Academic Integration</w:t>
            </w:r>
            <w:r w:rsidR="004E0BFC" w:rsidRPr="004B1670">
              <w:rPr>
                <w:rFonts w:ascii="Calibri Light" w:hAnsi="Calibri Light" w:cs="Calibri Light"/>
                <w:b/>
                <w:bCs/>
              </w:rPr>
              <w:t xml:space="preserve"> </w:t>
            </w:r>
          </w:p>
          <w:p w14:paraId="3FF0E008" w14:textId="63153A2E" w:rsidR="004B1670" w:rsidRDefault="004B1670" w:rsidP="004B1670">
            <w:pPr>
              <w:rPr>
                <w:rFonts w:ascii="Calibri Light" w:hAnsi="Calibri Light" w:cs="Calibri Light"/>
              </w:rPr>
            </w:pPr>
            <w:r w:rsidRPr="00472B63">
              <w:rPr>
                <w:rFonts w:ascii="Calibri Light" w:hAnsi="Calibri Light" w:cs="Calibri Light"/>
              </w:rPr>
              <w:fldChar w:fldCharType="begin">
                <w:ffData>
                  <w:name w:val="Selectievakje2"/>
                  <w:enabled/>
                  <w:calcOnExit w:val="0"/>
                  <w:checkBox>
                    <w:sizeAuto/>
                    <w:default w:val="0"/>
                    <w:checked w:val="0"/>
                  </w:checkBox>
                </w:ffData>
              </w:fldChar>
            </w:r>
            <w:r w:rsidRPr="00472B63">
              <w:rPr>
                <w:rFonts w:ascii="Calibri Light" w:hAnsi="Calibri Light" w:cs="Calibri Light"/>
              </w:rPr>
              <w:instrText xml:space="preserve"> FORMCHECKBOX </w:instrText>
            </w:r>
            <w:r w:rsidRPr="00472B63">
              <w:rPr>
                <w:rFonts w:ascii="Calibri Light" w:hAnsi="Calibri Light" w:cs="Calibri Light"/>
              </w:rPr>
            </w:r>
            <w:r w:rsidRPr="00472B63">
              <w:rPr>
                <w:rFonts w:ascii="Calibri Light" w:hAnsi="Calibri Light" w:cs="Calibri Light"/>
              </w:rPr>
              <w:fldChar w:fldCharType="separate"/>
            </w:r>
            <w:r w:rsidRPr="00472B63">
              <w:rPr>
                <w:rFonts w:ascii="Calibri Light" w:hAnsi="Calibri Light" w:cs="Calibri Light"/>
              </w:rPr>
              <w:fldChar w:fldCharType="end"/>
            </w:r>
            <w:r w:rsidRPr="004B1670">
              <w:rPr>
                <w:rFonts w:ascii="Calibri Light" w:hAnsi="Calibri Light" w:cs="Calibri Light"/>
              </w:rPr>
              <w:t>Self-regulation</w:t>
            </w:r>
          </w:p>
          <w:p w14:paraId="16CF6EB2" w14:textId="60CA33D5" w:rsidR="004B1670" w:rsidRDefault="004B1670" w:rsidP="004B1670">
            <w:pPr>
              <w:rPr>
                <w:rFonts w:ascii="Calibri Light" w:hAnsi="Calibri Light" w:cs="Calibri Light"/>
              </w:rPr>
            </w:pPr>
            <w:r>
              <w:rPr>
                <w:rFonts w:ascii="Calibri Light" w:hAnsi="Calibri Light" w:cs="Calibri Light"/>
              </w:rPr>
              <w:fldChar w:fldCharType="begin">
                <w:ffData>
                  <w:name w:val=""/>
                  <w:enabled/>
                  <w:calcOnExit w:val="0"/>
                  <w:checkBox>
                    <w:sizeAuto/>
                    <w:default w:val="1"/>
                  </w:checkBox>
                </w:ffData>
              </w:fldChar>
            </w:r>
            <w:r>
              <w:rPr>
                <w:rFonts w:ascii="Calibri Light" w:hAnsi="Calibri Light" w:cs="Calibri Light"/>
              </w:rPr>
              <w:instrText xml:space="preserve"> FORMCHECKBOX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rPr>
              <w:fldChar w:fldCharType="end"/>
            </w:r>
            <w:r w:rsidRPr="004B1670">
              <w:rPr>
                <w:rFonts w:ascii="Calibri Light" w:hAnsi="Calibri Light" w:cs="Calibri Light"/>
              </w:rPr>
              <w:t>General structure of the semester</w:t>
            </w:r>
          </w:p>
          <w:p w14:paraId="2ED669B3" w14:textId="00C72E65" w:rsidR="004B1670" w:rsidRDefault="004B1670" w:rsidP="004B1670">
            <w:pPr>
              <w:rPr>
                <w:rFonts w:ascii="Calibri Light" w:hAnsi="Calibri Light" w:cs="Calibri Light"/>
              </w:rPr>
            </w:pPr>
            <w:r w:rsidRPr="00472B63">
              <w:rPr>
                <w:rFonts w:ascii="Calibri Light" w:hAnsi="Calibri Light" w:cs="Calibri Light"/>
              </w:rPr>
              <w:fldChar w:fldCharType="begin">
                <w:ffData>
                  <w:name w:val="Selectievakje2"/>
                  <w:enabled/>
                  <w:calcOnExit w:val="0"/>
                  <w:checkBox>
                    <w:sizeAuto/>
                    <w:default w:val="0"/>
                    <w:checked w:val="0"/>
                  </w:checkBox>
                </w:ffData>
              </w:fldChar>
            </w:r>
            <w:r w:rsidRPr="00472B63">
              <w:rPr>
                <w:rFonts w:ascii="Calibri Light" w:hAnsi="Calibri Light" w:cs="Calibri Light"/>
              </w:rPr>
              <w:instrText xml:space="preserve"> FORMCHECKBOX </w:instrText>
            </w:r>
            <w:r w:rsidRPr="00472B63">
              <w:rPr>
                <w:rFonts w:ascii="Calibri Light" w:hAnsi="Calibri Light" w:cs="Calibri Light"/>
              </w:rPr>
            </w:r>
            <w:r w:rsidRPr="00472B63">
              <w:rPr>
                <w:rFonts w:ascii="Calibri Light" w:hAnsi="Calibri Light" w:cs="Calibri Light"/>
              </w:rPr>
              <w:fldChar w:fldCharType="separate"/>
            </w:r>
            <w:r w:rsidRPr="00472B63">
              <w:rPr>
                <w:rFonts w:ascii="Calibri Light" w:hAnsi="Calibri Light" w:cs="Calibri Light"/>
              </w:rPr>
              <w:fldChar w:fldCharType="end"/>
            </w:r>
            <w:r w:rsidRPr="004B1670">
              <w:rPr>
                <w:rFonts w:ascii="Calibri Light" w:hAnsi="Calibri Light" w:cs="Calibri Light"/>
              </w:rPr>
              <w:t>Quantity of work</w:t>
            </w:r>
          </w:p>
          <w:p w14:paraId="72A1B2FE" w14:textId="64626922" w:rsidR="004B1670" w:rsidRDefault="004B1670" w:rsidP="004B1670">
            <w:pPr>
              <w:rPr>
                <w:rFonts w:ascii="Calibri Light" w:hAnsi="Calibri Light" w:cs="Calibri Light"/>
              </w:rPr>
            </w:pPr>
            <w:r w:rsidRPr="00472B63">
              <w:rPr>
                <w:rFonts w:ascii="Calibri Light" w:hAnsi="Calibri Light" w:cs="Calibri Light"/>
              </w:rPr>
              <w:fldChar w:fldCharType="begin">
                <w:ffData>
                  <w:name w:val="Selectievakje2"/>
                  <w:enabled/>
                  <w:calcOnExit w:val="0"/>
                  <w:checkBox>
                    <w:sizeAuto/>
                    <w:default w:val="0"/>
                    <w:checked w:val="0"/>
                  </w:checkBox>
                </w:ffData>
              </w:fldChar>
            </w:r>
            <w:r w:rsidRPr="00472B63">
              <w:rPr>
                <w:rFonts w:ascii="Calibri Light" w:hAnsi="Calibri Light" w:cs="Calibri Light"/>
              </w:rPr>
              <w:instrText xml:space="preserve"> FORMCHECKBOX </w:instrText>
            </w:r>
            <w:r w:rsidRPr="00472B63">
              <w:rPr>
                <w:rFonts w:ascii="Calibri Light" w:hAnsi="Calibri Light" w:cs="Calibri Light"/>
              </w:rPr>
            </w:r>
            <w:r w:rsidRPr="00472B63">
              <w:rPr>
                <w:rFonts w:ascii="Calibri Light" w:hAnsi="Calibri Light" w:cs="Calibri Light"/>
              </w:rPr>
              <w:fldChar w:fldCharType="separate"/>
            </w:r>
            <w:r w:rsidRPr="00472B63">
              <w:rPr>
                <w:rFonts w:ascii="Calibri Light" w:hAnsi="Calibri Light" w:cs="Calibri Light"/>
              </w:rPr>
              <w:fldChar w:fldCharType="end"/>
            </w:r>
            <w:r w:rsidRPr="004B1670">
              <w:rPr>
                <w:rFonts w:ascii="Calibri Light" w:hAnsi="Calibri Light" w:cs="Calibri Light"/>
              </w:rPr>
              <w:t>Managing workloads/ different learning approaches.</w:t>
            </w:r>
          </w:p>
          <w:p w14:paraId="405CB89A" w14:textId="663349E8" w:rsidR="004B1670" w:rsidRDefault="004B1670" w:rsidP="004B1670">
            <w:pPr>
              <w:rPr>
                <w:rFonts w:ascii="Calibri Light" w:hAnsi="Calibri Light" w:cs="Calibri Light"/>
              </w:rPr>
            </w:pPr>
            <w:r w:rsidRPr="00472B63">
              <w:rPr>
                <w:rFonts w:ascii="Calibri Light" w:hAnsi="Calibri Light" w:cs="Calibri Light"/>
              </w:rPr>
              <w:fldChar w:fldCharType="begin">
                <w:ffData>
                  <w:name w:val="Selectievakje2"/>
                  <w:enabled/>
                  <w:calcOnExit w:val="0"/>
                  <w:checkBox>
                    <w:sizeAuto/>
                    <w:default w:val="0"/>
                    <w:checked w:val="0"/>
                  </w:checkBox>
                </w:ffData>
              </w:fldChar>
            </w:r>
            <w:r w:rsidRPr="00472B63">
              <w:rPr>
                <w:rFonts w:ascii="Calibri Light" w:hAnsi="Calibri Light" w:cs="Calibri Light"/>
              </w:rPr>
              <w:instrText xml:space="preserve"> FORMCHECKBOX </w:instrText>
            </w:r>
            <w:r w:rsidRPr="00472B63">
              <w:rPr>
                <w:rFonts w:ascii="Calibri Light" w:hAnsi="Calibri Light" w:cs="Calibri Light"/>
              </w:rPr>
            </w:r>
            <w:r w:rsidRPr="00472B63">
              <w:rPr>
                <w:rFonts w:ascii="Calibri Light" w:hAnsi="Calibri Light" w:cs="Calibri Light"/>
              </w:rPr>
              <w:fldChar w:fldCharType="separate"/>
            </w:r>
            <w:r w:rsidRPr="00472B63">
              <w:rPr>
                <w:rFonts w:ascii="Calibri Light" w:hAnsi="Calibri Light" w:cs="Calibri Light"/>
              </w:rPr>
              <w:fldChar w:fldCharType="end"/>
            </w:r>
            <w:r w:rsidRPr="004B1670">
              <w:rPr>
                <w:rFonts w:ascii="Calibri Light" w:hAnsi="Calibri Light" w:cs="Calibri Light"/>
              </w:rPr>
              <w:t>Committing to the study</w:t>
            </w:r>
          </w:p>
          <w:p w14:paraId="4022CF60" w14:textId="131ACDEC" w:rsidR="004B1670" w:rsidRDefault="004B1670" w:rsidP="004B1670">
            <w:pPr>
              <w:rPr>
                <w:rFonts w:ascii="Calibri Light" w:hAnsi="Calibri Light" w:cs="Calibri Light"/>
              </w:rPr>
            </w:pPr>
            <w:r w:rsidRPr="00472B63">
              <w:rPr>
                <w:rFonts w:ascii="Calibri Light" w:hAnsi="Calibri Light" w:cs="Calibri Light"/>
              </w:rPr>
              <w:fldChar w:fldCharType="begin">
                <w:ffData>
                  <w:name w:val="Selectievakje2"/>
                  <w:enabled/>
                  <w:calcOnExit w:val="0"/>
                  <w:checkBox>
                    <w:sizeAuto/>
                    <w:default w:val="0"/>
                    <w:checked w:val="0"/>
                  </w:checkBox>
                </w:ffData>
              </w:fldChar>
            </w:r>
            <w:r w:rsidRPr="00472B63">
              <w:rPr>
                <w:rFonts w:ascii="Calibri Light" w:hAnsi="Calibri Light" w:cs="Calibri Light"/>
              </w:rPr>
              <w:instrText xml:space="preserve"> FORMCHECKBOX </w:instrText>
            </w:r>
            <w:r w:rsidRPr="00472B63">
              <w:rPr>
                <w:rFonts w:ascii="Calibri Light" w:hAnsi="Calibri Light" w:cs="Calibri Light"/>
              </w:rPr>
            </w:r>
            <w:r w:rsidRPr="00472B63">
              <w:rPr>
                <w:rFonts w:ascii="Calibri Light" w:hAnsi="Calibri Light" w:cs="Calibri Light"/>
              </w:rPr>
              <w:fldChar w:fldCharType="separate"/>
            </w:r>
            <w:r w:rsidRPr="00472B63">
              <w:rPr>
                <w:rFonts w:ascii="Calibri Light" w:hAnsi="Calibri Light" w:cs="Calibri Light"/>
              </w:rPr>
              <w:fldChar w:fldCharType="end"/>
            </w:r>
            <w:r w:rsidRPr="004B1670">
              <w:rPr>
                <w:rFonts w:ascii="Calibri Light" w:hAnsi="Calibri Light" w:cs="Calibri Light"/>
              </w:rPr>
              <w:t>Processing learning content</w:t>
            </w:r>
          </w:p>
          <w:p w14:paraId="127A7124" w14:textId="4F5F0CDC" w:rsidR="004B1670" w:rsidRDefault="004B1670" w:rsidP="004B1670">
            <w:pPr>
              <w:rPr>
                <w:rFonts w:ascii="Calibri Light" w:hAnsi="Calibri Light" w:cs="Calibri Light"/>
              </w:rPr>
            </w:pPr>
            <w:r>
              <w:rPr>
                <w:rFonts w:ascii="Calibri Light" w:hAnsi="Calibri Light" w:cs="Calibri Light"/>
              </w:rPr>
              <w:fldChar w:fldCharType="begin">
                <w:ffData>
                  <w:name w:val=""/>
                  <w:enabled/>
                  <w:calcOnExit w:val="0"/>
                  <w:checkBox>
                    <w:sizeAuto/>
                    <w:default w:val="1"/>
                  </w:checkBox>
                </w:ffData>
              </w:fldChar>
            </w:r>
            <w:r>
              <w:rPr>
                <w:rFonts w:ascii="Calibri Light" w:hAnsi="Calibri Light" w:cs="Calibri Light"/>
              </w:rPr>
              <w:instrText xml:space="preserve"> FORMCHECKBOX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rPr>
              <w:fldChar w:fldCharType="end"/>
            </w:r>
            <w:r w:rsidRPr="004B1670">
              <w:rPr>
                <w:rFonts w:ascii="Calibri Light" w:hAnsi="Calibri Light" w:cs="Calibri Light"/>
              </w:rPr>
              <w:t>Feeling prepared</w:t>
            </w:r>
          </w:p>
          <w:p w14:paraId="7598D0CF" w14:textId="78F7D2CA" w:rsidR="004B1670" w:rsidRDefault="004B1670" w:rsidP="004B1670">
            <w:pPr>
              <w:rPr>
                <w:rFonts w:ascii="Calibri Light" w:hAnsi="Calibri Light" w:cs="Calibri Light"/>
              </w:rPr>
            </w:pPr>
            <w:r w:rsidRPr="00472B63">
              <w:rPr>
                <w:rFonts w:ascii="Calibri Light" w:hAnsi="Calibri Light" w:cs="Calibri Light"/>
              </w:rPr>
              <w:fldChar w:fldCharType="begin">
                <w:ffData>
                  <w:name w:val="Selectievakje2"/>
                  <w:enabled/>
                  <w:calcOnExit w:val="0"/>
                  <w:checkBox>
                    <w:sizeAuto/>
                    <w:default w:val="0"/>
                    <w:checked w:val="0"/>
                  </w:checkBox>
                </w:ffData>
              </w:fldChar>
            </w:r>
            <w:r w:rsidRPr="00472B63">
              <w:rPr>
                <w:rFonts w:ascii="Calibri Light" w:hAnsi="Calibri Light" w:cs="Calibri Light"/>
              </w:rPr>
              <w:instrText xml:space="preserve"> FORMCHECKBOX </w:instrText>
            </w:r>
            <w:r w:rsidRPr="00472B63">
              <w:rPr>
                <w:rFonts w:ascii="Calibri Light" w:hAnsi="Calibri Light" w:cs="Calibri Light"/>
              </w:rPr>
            </w:r>
            <w:r w:rsidRPr="00472B63">
              <w:rPr>
                <w:rFonts w:ascii="Calibri Light" w:hAnsi="Calibri Light" w:cs="Calibri Light"/>
              </w:rPr>
              <w:fldChar w:fldCharType="separate"/>
            </w:r>
            <w:r w:rsidRPr="00472B63">
              <w:rPr>
                <w:rFonts w:ascii="Calibri Light" w:hAnsi="Calibri Light" w:cs="Calibri Light"/>
              </w:rPr>
              <w:fldChar w:fldCharType="end"/>
            </w:r>
            <w:r w:rsidRPr="004B1670">
              <w:rPr>
                <w:rFonts w:ascii="Calibri Light" w:hAnsi="Calibri Light" w:cs="Calibri Light"/>
              </w:rPr>
              <w:t xml:space="preserve">Feeling </w:t>
            </w:r>
            <w:r>
              <w:rPr>
                <w:rFonts w:ascii="Calibri Light" w:hAnsi="Calibri Light" w:cs="Calibri Light"/>
              </w:rPr>
              <w:t>competent</w:t>
            </w:r>
          </w:p>
          <w:p w14:paraId="06C147EC" w14:textId="77777777" w:rsidR="004B1670" w:rsidRPr="004B1670" w:rsidRDefault="004B1670" w:rsidP="004E0BFC">
            <w:pPr>
              <w:rPr>
                <w:rFonts w:ascii="Calibri Light" w:hAnsi="Calibri Light" w:cs="Calibri Light"/>
                <w:b/>
                <w:bCs/>
              </w:rPr>
            </w:pPr>
          </w:p>
          <w:p w14:paraId="2B287B0F" w14:textId="166DA09F" w:rsidR="00D545E9" w:rsidRDefault="004B1670" w:rsidP="004E0BFC">
            <w:pPr>
              <w:rPr>
                <w:rFonts w:ascii="Calibri Light" w:hAnsi="Calibri Light" w:cs="Calibri Light"/>
                <w:b/>
                <w:bCs/>
              </w:rPr>
            </w:pPr>
            <w:r>
              <w:rPr>
                <w:rFonts w:ascii="Calibri Light" w:hAnsi="Calibri Light" w:cs="Calibri Light"/>
                <w:b/>
                <w:bCs/>
              </w:rPr>
              <w:fldChar w:fldCharType="begin">
                <w:ffData>
                  <w:name w:val="Selectievakje2"/>
                  <w:enabled/>
                  <w:calcOnExit w:val="0"/>
                  <w:checkBox>
                    <w:sizeAuto/>
                    <w:default w:val="1"/>
                  </w:checkBox>
                </w:ffData>
              </w:fldChar>
            </w:r>
            <w:bookmarkStart w:id="1" w:name="Selectievakje2"/>
            <w:r>
              <w:rPr>
                <w:rFonts w:ascii="Calibri Light" w:hAnsi="Calibri Light" w:cs="Calibri Light"/>
                <w:b/>
                <w:bCs/>
              </w:rPr>
              <w:instrText xml:space="preserve"> FORMCHECKBOX </w:instrText>
            </w:r>
            <w:r>
              <w:rPr>
                <w:rFonts w:ascii="Calibri Light" w:hAnsi="Calibri Light" w:cs="Calibri Light"/>
                <w:b/>
                <w:bCs/>
              </w:rPr>
            </w:r>
            <w:r>
              <w:rPr>
                <w:rFonts w:ascii="Calibri Light" w:hAnsi="Calibri Light" w:cs="Calibri Light"/>
                <w:b/>
                <w:bCs/>
              </w:rPr>
              <w:fldChar w:fldCharType="separate"/>
            </w:r>
            <w:r>
              <w:rPr>
                <w:rFonts w:ascii="Calibri Light" w:hAnsi="Calibri Light" w:cs="Calibri Light"/>
                <w:b/>
                <w:bCs/>
              </w:rPr>
              <w:fldChar w:fldCharType="end"/>
            </w:r>
            <w:bookmarkEnd w:id="1"/>
            <w:r w:rsidR="00A36357" w:rsidRPr="004B1670">
              <w:rPr>
                <w:rFonts w:ascii="Calibri Light" w:hAnsi="Calibri Light" w:cs="Calibri Light"/>
                <w:b/>
                <w:bCs/>
              </w:rPr>
              <w:t>Social Integration</w:t>
            </w:r>
            <w:r w:rsidR="004E0BFC" w:rsidRPr="004B1670">
              <w:rPr>
                <w:rFonts w:ascii="Calibri Light" w:hAnsi="Calibri Light" w:cs="Calibri Light"/>
                <w:b/>
                <w:bCs/>
              </w:rPr>
              <w:t xml:space="preserve"> </w:t>
            </w:r>
          </w:p>
          <w:p w14:paraId="326632DA" w14:textId="77777777" w:rsidR="004B1670" w:rsidRDefault="004B1670" w:rsidP="004B1670">
            <w:pPr>
              <w:rPr>
                <w:rFonts w:ascii="Calibri Light" w:hAnsi="Calibri Light" w:cs="Calibri Light"/>
              </w:rPr>
            </w:pPr>
            <w:r w:rsidRPr="00472B63">
              <w:rPr>
                <w:rFonts w:ascii="Calibri Light" w:hAnsi="Calibri Light" w:cs="Calibri Light"/>
              </w:rPr>
              <w:fldChar w:fldCharType="begin">
                <w:ffData>
                  <w:name w:val="Selectievakje2"/>
                  <w:enabled/>
                  <w:calcOnExit w:val="0"/>
                  <w:checkBox>
                    <w:sizeAuto/>
                    <w:default w:val="0"/>
                    <w:checked w:val="0"/>
                  </w:checkBox>
                </w:ffData>
              </w:fldChar>
            </w:r>
            <w:r w:rsidRPr="00472B63">
              <w:rPr>
                <w:rFonts w:ascii="Calibri Light" w:hAnsi="Calibri Light" w:cs="Calibri Light"/>
              </w:rPr>
              <w:instrText xml:space="preserve"> FORMCHECKBOX </w:instrText>
            </w:r>
            <w:r w:rsidRPr="00472B63">
              <w:rPr>
                <w:rFonts w:ascii="Calibri Light" w:hAnsi="Calibri Light" w:cs="Calibri Light"/>
              </w:rPr>
            </w:r>
            <w:r w:rsidRPr="00472B63">
              <w:rPr>
                <w:rFonts w:ascii="Calibri Light" w:hAnsi="Calibri Light" w:cs="Calibri Light"/>
              </w:rPr>
              <w:fldChar w:fldCharType="separate"/>
            </w:r>
            <w:r w:rsidRPr="00472B63">
              <w:rPr>
                <w:rFonts w:ascii="Calibri Light" w:hAnsi="Calibri Light" w:cs="Calibri Light"/>
              </w:rPr>
              <w:fldChar w:fldCharType="end"/>
            </w:r>
            <w:r w:rsidRPr="004B1670">
              <w:rPr>
                <w:rFonts w:ascii="Calibri Light" w:hAnsi="Calibri Light" w:cs="Calibri Light"/>
              </w:rPr>
              <w:t>Establishing a first connection</w:t>
            </w:r>
          </w:p>
          <w:p w14:paraId="05E7F189" w14:textId="5CE3E979" w:rsidR="004B1670" w:rsidRPr="004B1670" w:rsidRDefault="004B1670" w:rsidP="004E0BFC">
            <w:pPr>
              <w:rPr>
                <w:rFonts w:ascii="Calibri Light" w:hAnsi="Calibri Light" w:cs="Calibri Light"/>
                <w:b/>
                <w:bCs/>
              </w:rPr>
            </w:pPr>
            <w:r w:rsidRPr="00472B63">
              <w:rPr>
                <w:rFonts w:ascii="Calibri Light" w:hAnsi="Calibri Light" w:cs="Calibri Light"/>
              </w:rPr>
              <w:fldChar w:fldCharType="begin">
                <w:ffData>
                  <w:name w:val="Selectievakje2"/>
                  <w:enabled/>
                  <w:calcOnExit w:val="0"/>
                  <w:checkBox>
                    <w:sizeAuto/>
                    <w:default w:val="0"/>
                    <w:checked w:val="0"/>
                  </w:checkBox>
                </w:ffData>
              </w:fldChar>
            </w:r>
            <w:r w:rsidRPr="00472B63">
              <w:rPr>
                <w:rFonts w:ascii="Calibri Light" w:hAnsi="Calibri Light" w:cs="Calibri Light"/>
              </w:rPr>
              <w:instrText xml:space="preserve"> FORMCHECKBOX </w:instrText>
            </w:r>
            <w:r w:rsidRPr="00472B63">
              <w:rPr>
                <w:rFonts w:ascii="Calibri Light" w:hAnsi="Calibri Light" w:cs="Calibri Light"/>
              </w:rPr>
            </w:r>
            <w:r w:rsidRPr="00472B63">
              <w:rPr>
                <w:rFonts w:ascii="Calibri Light" w:hAnsi="Calibri Light" w:cs="Calibri Light"/>
              </w:rPr>
              <w:fldChar w:fldCharType="separate"/>
            </w:r>
            <w:r w:rsidRPr="00472B63">
              <w:rPr>
                <w:rFonts w:ascii="Calibri Light" w:hAnsi="Calibri Light" w:cs="Calibri Light"/>
              </w:rPr>
              <w:fldChar w:fldCharType="end"/>
            </w:r>
            <w:r w:rsidRPr="004B1670">
              <w:rPr>
                <w:rFonts w:ascii="Calibri Light" w:hAnsi="Calibri Light" w:cs="Calibri Light"/>
              </w:rPr>
              <w:t>Establishing a deeper connection</w:t>
            </w:r>
          </w:p>
          <w:p w14:paraId="3FEE4A4D" w14:textId="5F38E0BE" w:rsidR="002335D4" w:rsidRPr="00B33831" w:rsidRDefault="00AA4C42" w:rsidP="002335D4">
            <w:pPr>
              <w:rPr>
                <w:rFonts w:ascii="Calibri Light" w:hAnsi="Calibri Light" w:cs="Calibri Light"/>
              </w:rPr>
            </w:pPr>
            <w:r>
              <w:rPr>
                <w:rFonts w:ascii="Calibri Light" w:hAnsi="Calibri Light" w:cs="Calibri Light"/>
              </w:rPr>
              <w:fldChar w:fldCharType="begin">
                <w:ffData>
                  <w:name w:val=""/>
                  <w:enabled/>
                  <w:calcOnExit w:val="0"/>
                  <w:checkBox>
                    <w:sizeAuto/>
                    <w:default w:val="1"/>
                  </w:checkBox>
                </w:ffData>
              </w:fldChar>
            </w:r>
            <w:r>
              <w:rPr>
                <w:rFonts w:ascii="Calibri Light" w:hAnsi="Calibri Light" w:cs="Calibri Light"/>
              </w:rPr>
              <w:instrText xml:space="preserve"> FORMCHECKBOX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rPr>
              <w:fldChar w:fldCharType="end"/>
            </w:r>
            <w:r w:rsidR="002335D4" w:rsidRPr="00B33831">
              <w:rPr>
                <w:rFonts w:ascii="Calibri Light" w:hAnsi="Calibri Light" w:cs="Calibri Light"/>
              </w:rPr>
              <w:t>Pr</w:t>
            </w:r>
            <w:r w:rsidR="00A36357" w:rsidRPr="00B33831">
              <w:rPr>
                <w:rFonts w:ascii="Calibri Light" w:hAnsi="Calibri Light" w:cs="Calibri Light"/>
              </w:rPr>
              <w:t>actical Aspects of Student Life</w:t>
            </w:r>
            <w:r w:rsidR="002335D4" w:rsidRPr="00B33831">
              <w:rPr>
                <w:rFonts w:ascii="Calibri Light" w:hAnsi="Calibri Light" w:cs="Calibri Light"/>
              </w:rPr>
              <w:t xml:space="preserve"> </w:t>
            </w:r>
          </w:p>
          <w:p w14:paraId="22AAFC91" w14:textId="11EA0288" w:rsidR="00B33831" w:rsidRDefault="00F519A2" w:rsidP="002335D4">
            <w:pPr>
              <w:rPr>
                <w:rFonts w:ascii="Calibri Light" w:hAnsi="Calibri Light" w:cs="Calibri Light"/>
              </w:rPr>
            </w:pPr>
            <w:r>
              <w:rPr>
                <w:rFonts w:ascii="Calibri Light" w:hAnsi="Calibri Light" w:cs="Calibri Light"/>
              </w:rPr>
              <w:fldChar w:fldCharType="begin">
                <w:ffData>
                  <w:name w:val=""/>
                  <w:enabled/>
                  <w:calcOnExit w:val="0"/>
                  <w:checkBox>
                    <w:sizeAuto/>
                    <w:default w:val="1"/>
                  </w:checkBox>
                </w:ffData>
              </w:fldChar>
            </w:r>
            <w:r>
              <w:rPr>
                <w:rFonts w:ascii="Calibri Light" w:hAnsi="Calibri Light" w:cs="Calibri Light"/>
              </w:rPr>
              <w:instrText xml:space="preserve"> FORMCHECKBOX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rPr>
              <w:fldChar w:fldCharType="end"/>
            </w:r>
            <w:r w:rsidR="00B33831" w:rsidRPr="00B33831">
              <w:rPr>
                <w:rFonts w:ascii="Calibri Light" w:hAnsi="Calibri Light" w:cs="Calibri Light"/>
              </w:rPr>
              <w:t>Managing Institutional</w:t>
            </w:r>
            <w:r w:rsidR="00B33831">
              <w:rPr>
                <w:rFonts w:ascii="Calibri Light" w:hAnsi="Calibri Light" w:cs="Calibri Light"/>
              </w:rPr>
              <w:t xml:space="preserve"> Communication</w:t>
            </w:r>
          </w:p>
          <w:p w14:paraId="6FD2A75F" w14:textId="7815C824" w:rsidR="002335D4" w:rsidRPr="00472B63" w:rsidRDefault="00F519A2" w:rsidP="002335D4">
            <w:pPr>
              <w:rPr>
                <w:rFonts w:ascii="Calibri Light" w:hAnsi="Calibri Light" w:cs="Calibri Light"/>
              </w:rPr>
            </w:pPr>
            <w:r>
              <w:rPr>
                <w:rFonts w:ascii="Calibri Light" w:hAnsi="Calibri Light" w:cs="Calibri Light"/>
              </w:rPr>
              <w:fldChar w:fldCharType="begin">
                <w:ffData>
                  <w:name w:val=""/>
                  <w:enabled/>
                  <w:calcOnExit w:val="0"/>
                  <w:checkBox>
                    <w:sizeAuto/>
                    <w:default w:val="1"/>
                  </w:checkBox>
                </w:ffData>
              </w:fldChar>
            </w:r>
            <w:r>
              <w:rPr>
                <w:rFonts w:ascii="Calibri Light" w:hAnsi="Calibri Light" w:cs="Calibri Light"/>
              </w:rPr>
              <w:instrText xml:space="preserve"> FORMCHECKBOX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rPr>
              <w:fldChar w:fldCharType="end"/>
            </w:r>
            <w:r w:rsidR="001B4399">
              <w:rPr>
                <w:rFonts w:ascii="Calibri Light" w:hAnsi="Calibri Light" w:cs="Calibri Light"/>
              </w:rPr>
              <w:t>Campus Facilities</w:t>
            </w:r>
            <w:r w:rsidR="002335D4" w:rsidRPr="00472B63">
              <w:rPr>
                <w:rFonts w:ascii="Calibri Light" w:hAnsi="Calibri Light" w:cs="Calibri Light"/>
              </w:rPr>
              <w:t xml:space="preserve"> </w:t>
            </w:r>
          </w:p>
          <w:p w14:paraId="041E78E1" w14:textId="422925D2" w:rsidR="001B4399" w:rsidRDefault="00F519A2" w:rsidP="004E0BFC">
            <w:pPr>
              <w:rPr>
                <w:rFonts w:ascii="Calibri Light" w:hAnsi="Calibri Light" w:cs="Calibri Light"/>
              </w:rPr>
            </w:pPr>
            <w:r>
              <w:rPr>
                <w:rFonts w:ascii="Calibri Light" w:hAnsi="Calibri Light" w:cs="Calibri Light"/>
              </w:rPr>
              <w:fldChar w:fldCharType="begin">
                <w:ffData>
                  <w:name w:val="Selectievakje3"/>
                  <w:enabled/>
                  <w:calcOnExit w:val="0"/>
                  <w:checkBox>
                    <w:sizeAuto/>
                    <w:default w:val="1"/>
                  </w:checkBox>
                </w:ffData>
              </w:fldChar>
            </w:r>
            <w:bookmarkStart w:id="2" w:name="Selectievakje3"/>
            <w:r>
              <w:rPr>
                <w:rFonts w:ascii="Calibri Light" w:hAnsi="Calibri Light" w:cs="Calibri Light"/>
              </w:rPr>
              <w:instrText xml:space="preserve"> FORMCHECKBOX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rPr>
              <w:fldChar w:fldCharType="end"/>
            </w:r>
            <w:bookmarkEnd w:id="2"/>
            <w:r w:rsidR="001B4399">
              <w:rPr>
                <w:rFonts w:ascii="Calibri Light" w:hAnsi="Calibri Light" w:cs="Calibri Light"/>
              </w:rPr>
              <w:t>Managing Life</w:t>
            </w:r>
          </w:p>
          <w:p w14:paraId="2D6E2EC2" w14:textId="27789976" w:rsidR="004B1670" w:rsidRDefault="004B1670" w:rsidP="004B1670">
            <w:pPr>
              <w:rPr>
                <w:rFonts w:ascii="Calibri Light" w:hAnsi="Calibri Light" w:cs="Calibri Light"/>
              </w:rPr>
            </w:pPr>
            <w:r>
              <w:rPr>
                <w:rFonts w:ascii="Calibri Light" w:hAnsi="Calibri Light" w:cs="Calibri Light"/>
              </w:rPr>
              <w:fldChar w:fldCharType="begin">
                <w:ffData>
                  <w:name w:val=""/>
                  <w:enabled/>
                  <w:calcOnExit w:val="0"/>
                  <w:checkBox>
                    <w:sizeAuto/>
                    <w:default w:val="0"/>
                  </w:checkBox>
                </w:ffData>
              </w:fldChar>
            </w:r>
            <w:r>
              <w:rPr>
                <w:rFonts w:ascii="Calibri Light" w:hAnsi="Calibri Light" w:cs="Calibri Light"/>
              </w:rPr>
              <w:instrText xml:space="preserve"> FORMCHECKBOX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rPr>
              <w:fldChar w:fldCharType="end"/>
            </w:r>
            <w:r>
              <w:rPr>
                <w:rFonts w:ascii="Calibri Light" w:hAnsi="Calibri Light" w:cs="Calibri Light"/>
              </w:rPr>
              <w:t>Balancing free time and academic life</w:t>
            </w:r>
          </w:p>
          <w:p w14:paraId="7BEA4A93" w14:textId="1207F18F" w:rsidR="00B33831" w:rsidRPr="00472B63" w:rsidRDefault="00AA4C42" w:rsidP="00B33831">
            <w:pPr>
              <w:rPr>
                <w:rFonts w:ascii="Calibri Light" w:hAnsi="Calibri Light" w:cs="Calibri Light"/>
              </w:rPr>
            </w:pPr>
            <w:r>
              <w:rPr>
                <w:rFonts w:ascii="Calibri Light" w:hAnsi="Calibri Light" w:cs="Calibri Light"/>
              </w:rPr>
              <w:fldChar w:fldCharType="begin">
                <w:ffData>
                  <w:name w:val=""/>
                  <w:enabled/>
                  <w:calcOnExit w:val="0"/>
                  <w:checkBox>
                    <w:sizeAuto/>
                    <w:default w:val="1"/>
                  </w:checkBox>
                </w:ffData>
              </w:fldChar>
            </w:r>
            <w:r>
              <w:rPr>
                <w:rFonts w:ascii="Calibri Light" w:hAnsi="Calibri Light" w:cs="Calibri Light"/>
              </w:rPr>
              <w:instrText xml:space="preserve"> FORMCHECKBOX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rPr>
              <w:fldChar w:fldCharType="end"/>
            </w:r>
            <w:r w:rsidR="001B4399">
              <w:rPr>
                <w:rFonts w:ascii="Calibri Light" w:hAnsi="Calibri Light" w:cs="Calibri Light"/>
              </w:rPr>
              <w:t>Environmental Adaptation</w:t>
            </w:r>
            <w:r w:rsidR="00B33831" w:rsidRPr="00472B63">
              <w:rPr>
                <w:rFonts w:ascii="Calibri Light" w:hAnsi="Calibri Light" w:cs="Calibri Light"/>
              </w:rPr>
              <w:t xml:space="preserve"> </w:t>
            </w:r>
          </w:p>
          <w:p w14:paraId="3EFDA56E" w14:textId="77777777" w:rsidR="00300FED" w:rsidRDefault="00B33831" w:rsidP="00B33831">
            <w:pPr>
              <w:rPr>
                <w:rFonts w:ascii="Calibri Light" w:hAnsi="Calibri Light" w:cs="Calibri Light"/>
              </w:rPr>
            </w:pPr>
            <w:r w:rsidRPr="00472B63">
              <w:rPr>
                <w:rFonts w:ascii="Calibri Light" w:hAnsi="Calibri Light" w:cs="Calibri Light"/>
              </w:rPr>
              <w:fldChar w:fldCharType="begin">
                <w:ffData>
                  <w:name w:val="Selectievakje2"/>
                  <w:enabled/>
                  <w:calcOnExit w:val="0"/>
                  <w:checkBox>
                    <w:sizeAuto/>
                    <w:default w:val="0"/>
                    <w:checked w:val="0"/>
                  </w:checkBox>
                </w:ffData>
              </w:fldChar>
            </w:r>
            <w:r w:rsidRPr="00472B63">
              <w:rPr>
                <w:rFonts w:ascii="Calibri Light" w:hAnsi="Calibri Light" w:cs="Calibri Light"/>
              </w:rPr>
              <w:instrText xml:space="preserve"> FORMCHECKBOX </w:instrText>
            </w:r>
            <w:r w:rsidRPr="00472B63">
              <w:rPr>
                <w:rFonts w:ascii="Calibri Light" w:hAnsi="Calibri Light" w:cs="Calibri Light"/>
              </w:rPr>
            </w:r>
            <w:r w:rsidRPr="00472B63">
              <w:rPr>
                <w:rFonts w:ascii="Calibri Light" w:hAnsi="Calibri Light" w:cs="Calibri Light"/>
              </w:rPr>
              <w:fldChar w:fldCharType="separate"/>
            </w:r>
            <w:r w:rsidRPr="00472B63">
              <w:rPr>
                <w:rFonts w:ascii="Calibri Light" w:hAnsi="Calibri Light" w:cs="Calibri Light"/>
              </w:rPr>
              <w:fldChar w:fldCharType="end"/>
            </w:r>
            <w:r w:rsidR="00300FED">
              <w:rPr>
                <w:rFonts w:ascii="Calibri Light" w:hAnsi="Calibri Light" w:cs="Calibri Light"/>
              </w:rPr>
              <w:t>Academic Freedom</w:t>
            </w:r>
          </w:p>
          <w:p w14:paraId="23C030B3" w14:textId="2B78CDC0" w:rsidR="00300FED" w:rsidRPr="00472B63" w:rsidRDefault="0036383E" w:rsidP="00300FED">
            <w:pPr>
              <w:rPr>
                <w:rFonts w:ascii="Calibri Light" w:hAnsi="Calibri Light" w:cs="Calibri Light"/>
              </w:rPr>
            </w:pPr>
            <w:r>
              <w:rPr>
                <w:rFonts w:ascii="Calibri Light" w:hAnsi="Calibri Light" w:cs="Calibri Light"/>
              </w:rPr>
              <w:fldChar w:fldCharType="begin">
                <w:ffData>
                  <w:name w:val=""/>
                  <w:enabled/>
                  <w:calcOnExit w:val="0"/>
                  <w:checkBox>
                    <w:sizeAuto/>
                    <w:default w:val="1"/>
                  </w:checkBox>
                </w:ffData>
              </w:fldChar>
            </w:r>
            <w:r>
              <w:rPr>
                <w:rFonts w:ascii="Calibri Light" w:hAnsi="Calibri Light" w:cs="Calibri Light"/>
              </w:rPr>
              <w:instrText xml:space="preserve"> FORMCHECKBOX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rPr>
              <w:fldChar w:fldCharType="end"/>
            </w:r>
            <w:r w:rsidR="00300FED">
              <w:rPr>
                <w:rFonts w:ascii="Calibri Light" w:hAnsi="Calibri Light" w:cs="Calibri Light"/>
              </w:rPr>
              <w:t>Perceived Academic Support</w:t>
            </w:r>
            <w:r w:rsidR="00300FED" w:rsidRPr="00472B63">
              <w:rPr>
                <w:rFonts w:ascii="Calibri Light" w:hAnsi="Calibri Light" w:cs="Calibri Light"/>
              </w:rPr>
              <w:t xml:space="preserve"> </w:t>
            </w:r>
          </w:p>
          <w:p w14:paraId="20C0509D" w14:textId="66BD6F51" w:rsidR="00B33831" w:rsidRPr="00472B63" w:rsidRDefault="0036383E" w:rsidP="00B33831">
            <w:pPr>
              <w:rPr>
                <w:rFonts w:ascii="Calibri Light" w:hAnsi="Calibri Light" w:cs="Calibri Light"/>
              </w:rPr>
            </w:pPr>
            <w:r>
              <w:rPr>
                <w:rFonts w:ascii="Calibri Light" w:hAnsi="Calibri Light" w:cs="Calibri Light"/>
              </w:rPr>
              <w:lastRenderedPageBreak/>
              <w:fldChar w:fldCharType="begin">
                <w:ffData>
                  <w:name w:val=""/>
                  <w:enabled/>
                  <w:calcOnExit w:val="0"/>
                  <w:checkBox>
                    <w:sizeAuto/>
                    <w:default w:val="0"/>
                  </w:checkBox>
                </w:ffData>
              </w:fldChar>
            </w:r>
            <w:r>
              <w:rPr>
                <w:rFonts w:ascii="Calibri Light" w:hAnsi="Calibri Light" w:cs="Calibri Light"/>
              </w:rPr>
              <w:instrText xml:space="preserve"> FORMCHECKBOX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rPr>
              <w:fldChar w:fldCharType="end"/>
            </w:r>
            <w:r w:rsidR="00B43D14">
              <w:rPr>
                <w:rFonts w:ascii="Calibri Light" w:hAnsi="Calibri Light" w:cs="Calibri Light"/>
              </w:rPr>
              <w:t>Perceived Social Support</w:t>
            </w:r>
            <w:r w:rsidR="00B33831" w:rsidRPr="00472B63">
              <w:rPr>
                <w:rFonts w:ascii="Calibri Light" w:hAnsi="Calibri Light" w:cs="Calibri Light"/>
              </w:rPr>
              <w:t xml:space="preserve"> </w:t>
            </w:r>
          </w:p>
          <w:p w14:paraId="0CE15920" w14:textId="0DED7B66" w:rsidR="00B33831" w:rsidRDefault="0036383E" w:rsidP="00B33831">
            <w:pPr>
              <w:rPr>
                <w:rFonts w:ascii="Calibri Light" w:hAnsi="Calibri Light" w:cs="Calibri Light"/>
              </w:rPr>
            </w:pPr>
            <w:r>
              <w:rPr>
                <w:rFonts w:ascii="Calibri Light" w:hAnsi="Calibri Light" w:cs="Calibri Light"/>
              </w:rPr>
              <w:fldChar w:fldCharType="begin">
                <w:ffData>
                  <w:name w:val=""/>
                  <w:enabled/>
                  <w:calcOnExit w:val="0"/>
                  <w:checkBox>
                    <w:sizeAuto/>
                    <w:default w:val="0"/>
                  </w:checkBox>
                </w:ffData>
              </w:fldChar>
            </w:r>
            <w:r>
              <w:rPr>
                <w:rFonts w:ascii="Calibri Light" w:hAnsi="Calibri Light" w:cs="Calibri Light"/>
              </w:rPr>
              <w:instrText xml:space="preserve"> FORMCHECKBOX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rPr>
              <w:fldChar w:fldCharType="end"/>
            </w:r>
            <w:r w:rsidR="00B43D14">
              <w:rPr>
                <w:rFonts w:ascii="Calibri Light" w:hAnsi="Calibri Light" w:cs="Calibri Light"/>
              </w:rPr>
              <w:t>Sense of Belonging</w:t>
            </w:r>
            <w:r w:rsidR="00B33831" w:rsidRPr="00472B63">
              <w:rPr>
                <w:rFonts w:ascii="Calibri Light" w:hAnsi="Calibri Light" w:cs="Calibri Light"/>
              </w:rPr>
              <w:t xml:space="preserve"> </w:t>
            </w:r>
          </w:p>
          <w:p w14:paraId="3491057A" w14:textId="1089EF55" w:rsidR="00B43D14" w:rsidRPr="00472B63" w:rsidRDefault="00F519A2" w:rsidP="00B43D14">
            <w:pPr>
              <w:rPr>
                <w:rFonts w:ascii="Calibri Light" w:hAnsi="Calibri Light" w:cs="Calibri Light"/>
              </w:rPr>
            </w:pPr>
            <w:r>
              <w:rPr>
                <w:rFonts w:ascii="Calibri Light" w:hAnsi="Calibri Light" w:cs="Calibri Light"/>
              </w:rPr>
              <w:fldChar w:fldCharType="begin">
                <w:ffData>
                  <w:name w:val=""/>
                  <w:enabled/>
                  <w:calcOnExit w:val="0"/>
                  <w:checkBox>
                    <w:sizeAuto/>
                    <w:default w:val="1"/>
                  </w:checkBox>
                </w:ffData>
              </w:fldChar>
            </w:r>
            <w:r>
              <w:rPr>
                <w:rFonts w:ascii="Calibri Light" w:hAnsi="Calibri Light" w:cs="Calibri Light"/>
              </w:rPr>
              <w:instrText xml:space="preserve"> FORMCHECKBOX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rPr>
              <w:fldChar w:fldCharType="end"/>
            </w:r>
            <w:r w:rsidR="00B43D14">
              <w:rPr>
                <w:rFonts w:ascii="Calibri Light" w:hAnsi="Calibri Light" w:cs="Calibri Light"/>
              </w:rPr>
              <w:t xml:space="preserve">Mental </w:t>
            </w:r>
            <w:r w:rsidR="00E03AFB">
              <w:rPr>
                <w:rFonts w:ascii="Calibri Light" w:hAnsi="Calibri Light" w:cs="Calibri Light"/>
              </w:rPr>
              <w:t>w</w:t>
            </w:r>
            <w:r w:rsidR="00E03AFB" w:rsidRPr="00472B63">
              <w:rPr>
                <w:rFonts w:ascii="Calibri Light" w:hAnsi="Calibri Light" w:cs="Calibri Light"/>
              </w:rPr>
              <w:t>ell-being</w:t>
            </w:r>
            <w:r w:rsidR="00B43D14" w:rsidRPr="00472B63">
              <w:rPr>
                <w:rFonts w:ascii="Calibri Light" w:hAnsi="Calibri Light" w:cs="Calibri Light"/>
              </w:rPr>
              <w:t xml:space="preserve"> </w:t>
            </w:r>
          </w:p>
          <w:p w14:paraId="3E6BEC4C" w14:textId="579DB5D5" w:rsidR="00B33831" w:rsidRPr="000A3910" w:rsidRDefault="00B43D14" w:rsidP="004B1670">
            <w:pPr>
              <w:rPr>
                <w:rFonts w:ascii="Calibri Light" w:hAnsi="Calibri Light" w:cs="Calibri Light"/>
              </w:rPr>
            </w:pPr>
            <w:r w:rsidRPr="00472B63">
              <w:rPr>
                <w:rFonts w:ascii="Calibri Light" w:hAnsi="Calibri Light" w:cs="Calibri Light"/>
              </w:rPr>
              <w:fldChar w:fldCharType="begin">
                <w:ffData>
                  <w:name w:val="Selectievakje2"/>
                  <w:enabled/>
                  <w:calcOnExit w:val="0"/>
                  <w:checkBox>
                    <w:sizeAuto/>
                    <w:default w:val="0"/>
                    <w:checked w:val="0"/>
                  </w:checkBox>
                </w:ffData>
              </w:fldChar>
            </w:r>
            <w:r w:rsidRPr="00472B63">
              <w:rPr>
                <w:rFonts w:ascii="Calibri Light" w:hAnsi="Calibri Light" w:cs="Calibri Light"/>
              </w:rPr>
              <w:instrText xml:space="preserve"> FORMCHECKBOX </w:instrText>
            </w:r>
            <w:r w:rsidRPr="00472B63">
              <w:rPr>
                <w:rFonts w:ascii="Calibri Light" w:hAnsi="Calibri Light" w:cs="Calibri Light"/>
              </w:rPr>
            </w:r>
            <w:r w:rsidRPr="00472B63">
              <w:rPr>
                <w:rFonts w:ascii="Calibri Light" w:hAnsi="Calibri Light" w:cs="Calibri Light"/>
              </w:rPr>
              <w:fldChar w:fldCharType="separate"/>
            </w:r>
            <w:r w:rsidRPr="00472B63">
              <w:rPr>
                <w:rFonts w:ascii="Calibri Light" w:hAnsi="Calibri Light" w:cs="Calibri Light"/>
              </w:rPr>
              <w:fldChar w:fldCharType="end"/>
            </w:r>
            <w:r w:rsidR="00E03AFB">
              <w:rPr>
                <w:rFonts w:ascii="Calibri Light" w:hAnsi="Calibri Light" w:cs="Calibri Light"/>
              </w:rPr>
              <w:t>Disability</w:t>
            </w:r>
            <w:r w:rsidRPr="00472B63">
              <w:rPr>
                <w:rFonts w:ascii="Calibri Light" w:hAnsi="Calibri Light" w:cs="Calibri Light"/>
              </w:rPr>
              <w:t xml:space="preserve"> </w:t>
            </w:r>
          </w:p>
        </w:tc>
      </w:tr>
      <w:tr w:rsidR="00456A0B" w14:paraId="227157E4" w14:textId="77777777" w:rsidTr="2775CC4D">
        <w:trPr>
          <w:trHeight w:val="300"/>
        </w:trPr>
        <w:tc>
          <w:tcPr>
            <w:tcW w:w="4316" w:type="dxa"/>
          </w:tcPr>
          <w:p w14:paraId="12FF0BCB" w14:textId="77777777" w:rsidR="00456A0B" w:rsidRDefault="00456A0B" w:rsidP="004E0BFC">
            <w:pPr>
              <w:rPr>
                <w:rFonts w:ascii="Calibri Light" w:hAnsi="Calibri Light" w:cs="Calibri Light"/>
                <w:lang w:val="en-GB"/>
              </w:rPr>
            </w:pPr>
            <w:r w:rsidRPr="2B8480C6">
              <w:rPr>
                <w:rFonts w:ascii="Calibri Light" w:hAnsi="Calibri Light" w:cs="Calibri Light"/>
                <w:lang w:val="en-GB"/>
              </w:rPr>
              <w:lastRenderedPageBreak/>
              <w:t>What type of intervention is it:</w:t>
            </w:r>
          </w:p>
          <w:p w14:paraId="1165872B" w14:textId="7A71EEE5" w:rsidR="00456A0B" w:rsidRPr="5ED244E1" w:rsidRDefault="00456A0B" w:rsidP="004E0BFC">
            <w:pPr>
              <w:rPr>
                <w:rFonts w:ascii="Calibri Light" w:hAnsi="Calibri Light" w:cs="Calibri Light"/>
                <w:lang w:val="en-GB"/>
              </w:rPr>
            </w:pPr>
            <w:r>
              <w:rPr>
                <w:rFonts w:ascii="Calibri Light" w:hAnsi="Calibri Light" w:cs="Calibri Light"/>
                <w:lang w:val="en-GB"/>
              </w:rPr>
              <w:t xml:space="preserve">(From Literature Review) </w:t>
            </w:r>
          </w:p>
        </w:tc>
        <w:tc>
          <w:tcPr>
            <w:tcW w:w="4314" w:type="dxa"/>
          </w:tcPr>
          <w:p w14:paraId="6DC7EF5B" w14:textId="35E17730" w:rsidR="00456A0B" w:rsidRPr="00B33831" w:rsidRDefault="00F519A2" w:rsidP="00456A0B">
            <w:pPr>
              <w:rPr>
                <w:rFonts w:ascii="Calibri Light" w:hAnsi="Calibri Light" w:cs="Calibri Light"/>
              </w:rPr>
            </w:pPr>
            <w:r>
              <w:rPr>
                <w:rFonts w:ascii="Segoe UI Symbol" w:hAnsi="Segoe UI Symbol" w:cs="Segoe UI Symbol"/>
              </w:rPr>
              <w:fldChar w:fldCharType="begin">
                <w:ffData>
                  <w:name w:val=""/>
                  <w:enabled/>
                  <w:calcOnExit w:val="0"/>
                  <w:checkBox>
                    <w:sizeAuto/>
                    <w:default w:val="1"/>
                  </w:checkBox>
                </w:ffData>
              </w:fldChar>
            </w:r>
            <w:r>
              <w:rPr>
                <w:rFonts w:ascii="Segoe UI Symbol" w:hAnsi="Segoe UI Symbol" w:cs="Segoe UI Symbol"/>
              </w:rPr>
              <w:instrText xml:space="preserve"> FORMCHECKBOX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r w:rsidR="00456A0B" w:rsidRPr="00456A0B">
              <w:rPr>
                <w:rFonts w:ascii="Calibri Light" w:hAnsi="Calibri Light" w:cs="Calibri Light"/>
              </w:rPr>
              <w:t>Micro intervention</w:t>
            </w:r>
            <w:r w:rsidR="00456A0B" w:rsidRPr="00B33831">
              <w:rPr>
                <w:rFonts w:ascii="Calibri Light" w:hAnsi="Calibri Light" w:cs="Calibri Light"/>
              </w:rPr>
              <w:t xml:space="preserve"> </w:t>
            </w:r>
          </w:p>
          <w:p w14:paraId="2A36767D" w14:textId="64B675E9" w:rsidR="00456A0B" w:rsidRPr="00B33831" w:rsidRDefault="00F519A2" w:rsidP="00456A0B">
            <w:pPr>
              <w:rPr>
                <w:rFonts w:ascii="Calibri Light" w:hAnsi="Calibri Light" w:cs="Calibri Light"/>
              </w:rPr>
            </w:pPr>
            <w:r>
              <w:rPr>
                <w:rFonts w:ascii="Calibri Light" w:hAnsi="Calibri Light" w:cs="Calibri Light"/>
              </w:rPr>
              <w:fldChar w:fldCharType="begin">
                <w:ffData>
                  <w:name w:val=""/>
                  <w:enabled/>
                  <w:calcOnExit w:val="0"/>
                  <w:checkBox>
                    <w:sizeAuto/>
                    <w:default w:val="0"/>
                  </w:checkBox>
                </w:ffData>
              </w:fldChar>
            </w:r>
            <w:r>
              <w:rPr>
                <w:rFonts w:ascii="Calibri Light" w:hAnsi="Calibri Light" w:cs="Calibri Light"/>
              </w:rPr>
              <w:instrText xml:space="preserve"> FORMCHECKBOX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rPr>
              <w:fldChar w:fldCharType="end"/>
            </w:r>
            <w:r w:rsidR="00456A0B">
              <w:rPr>
                <w:rFonts w:ascii="Calibri Light" w:hAnsi="Calibri Light" w:cs="Calibri Light"/>
              </w:rPr>
              <w:t>Course and Teaching Strategies</w:t>
            </w:r>
            <w:r w:rsidR="00456A0B" w:rsidRPr="00B33831">
              <w:rPr>
                <w:rFonts w:ascii="Calibri Light" w:hAnsi="Calibri Light" w:cs="Calibri Light"/>
              </w:rPr>
              <w:t xml:space="preserve"> </w:t>
            </w:r>
          </w:p>
          <w:p w14:paraId="05BCDBE6" w14:textId="4A613109" w:rsidR="00456A0B" w:rsidRDefault="00456A0B" w:rsidP="00456A0B">
            <w:pPr>
              <w:rPr>
                <w:rFonts w:ascii="Calibri Light" w:hAnsi="Calibri Light" w:cs="Calibri Light"/>
              </w:rPr>
            </w:pPr>
            <w:r w:rsidRPr="00B33831">
              <w:rPr>
                <w:rFonts w:ascii="Calibri Light" w:hAnsi="Calibri Light" w:cs="Calibri Light"/>
              </w:rPr>
              <w:fldChar w:fldCharType="begin">
                <w:ffData>
                  <w:name w:val=""/>
                  <w:enabled/>
                  <w:calcOnExit w:val="0"/>
                  <w:checkBox>
                    <w:sizeAuto/>
                    <w:default w:val="0"/>
                    <w:checked w:val="0"/>
                  </w:checkBox>
                </w:ffData>
              </w:fldChar>
            </w:r>
            <w:r w:rsidRPr="00B33831">
              <w:rPr>
                <w:rFonts w:ascii="Calibri Light" w:hAnsi="Calibri Light" w:cs="Calibri Light"/>
              </w:rPr>
              <w:instrText xml:space="preserve"> FORMCHECKBOX </w:instrText>
            </w:r>
            <w:r w:rsidRPr="00B33831">
              <w:rPr>
                <w:rFonts w:ascii="Calibri Light" w:hAnsi="Calibri Light" w:cs="Calibri Light"/>
              </w:rPr>
            </w:r>
            <w:r w:rsidRPr="00B33831">
              <w:rPr>
                <w:rFonts w:ascii="Calibri Light" w:hAnsi="Calibri Light" w:cs="Calibri Light"/>
              </w:rPr>
              <w:fldChar w:fldCharType="separate"/>
            </w:r>
            <w:r w:rsidRPr="00B33831">
              <w:rPr>
                <w:rFonts w:ascii="Calibri Light" w:hAnsi="Calibri Light" w:cs="Calibri Light"/>
              </w:rPr>
              <w:fldChar w:fldCharType="end"/>
            </w:r>
            <w:r>
              <w:rPr>
                <w:rFonts w:ascii="Calibri Light" w:hAnsi="Calibri Light" w:cs="Calibri Light"/>
              </w:rPr>
              <w:t xml:space="preserve">Gamification and Technology </w:t>
            </w:r>
          </w:p>
          <w:p w14:paraId="394CA74D" w14:textId="1112B8EF" w:rsidR="00456A0B" w:rsidRPr="00472B63" w:rsidRDefault="0036383E" w:rsidP="00456A0B">
            <w:pPr>
              <w:rPr>
                <w:rFonts w:ascii="Calibri Light" w:hAnsi="Calibri Light" w:cs="Calibri Light"/>
              </w:rPr>
            </w:pPr>
            <w:r>
              <w:rPr>
                <w:rFonts w:ascii="Calibri Light" w:hAnsi="Calibri Light" w:cs="Calibri Light"/>
              </w:rPr>
              <w:fldChar w:fldCharType="begin">
                <w:ffData>
                  <w:name w:val=""/>
                  <w:enabled/>
                  <w:calcOnExit w:val="0"/>
                  <w:checkBox>
                    <w:sizeAuto/>
                    <w:default w:val="0"/>
                  </w:checkBox>
                </w:ffData>
              </w:fldChar>
            </w:r>
            <w:r>
              <w:rPr>
                <w:rFonts w:ascii="Calibri Light" w:hAnsi="Calibri Light" w:cs="Calibri Light"/>
              </w:rPr>
              <w:instrText xml:space="preserve"> FORMCHECKBOX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rPr>
              <w:fldChar w:fldCharType="end"/>
            </w:r>
            <w:r w:rsidR="00456A0B">
              <w:rPr>
                <w:rFonts w:ascii="Calibri Light" w:hAnsi="Calibri Light" w:cs="Calibri Light"/>
              </w:rPr>
              <w:t>Installing Learning Communities</w:t>
            </w:r>
          </w:p>
          <w:p w14:paraId="4CBAF6E9" w14:textId="767CADB4" w:rsidR="00456A0B" w:rsidRDefault="00456A0B" w:rsidP="00456A0B">
            <w:pPr>
              <w:rPr>
                <w:rFonts w:ascii="Calibri Light" w:hAnsi="Calibri Light" w:cs="Calibri Light"/>
              </w:rPr>
            </w:pPr>
            <w:r w:rsidRPr="00472B63">
              <w:rPr>
                <w:rFonts w:ascii="Calibri Light" w:hAnsi="Calibri Light" w:cs="Calibri Light"/>
              </w:rPr>
              <w:fldChar w:fldCharType="begin">
                <w:ffData>
                  <w:name w:val="Selectievakje3"/>
                  <w:enabled/>
                  <w:calcOnExit w:val="0"/>
                  <w:checkBox>
                    <w:sizeAuto/>
                    <w:default w:val="0"/>
                    <w:checked w:val="0"/>
                  </w:checkBox>
                </w:ffData>
              </w:fldChar>
            </w:r>
            <w:r w:rsidRPr="00472B63">
              <w:rPr>
                <w:rFonts w:ascii="Calibri Light" w:hAnsi="Calibri Light" w:cs="Calibri Light"/>
              </w:rPr>
              <w:instrText xml:space="preserve"> FORMCHECKBOX </w:instrText>
            </w:r>
            <w:r w:rsidRPr="00472B63">
              <w:rPr>
                <w:rFonts w:ascii="Calibri Light" w:hAnsi="Calibri Light" w:cs="Calibri Light"/>
              </w:rPr>
            </w:r>
            <w:r w:rsidRPr="00472B63">
              <w:rPr>
                <w:rFonts w:ascii="Calibri Light" w:hAnsi="Calibri Light" w:cs="Calibri Light"/>
              </w:rPr>
              <w:fldChar w:fldCharType="separate"/>
            </w:r>
            <w:r w:rsidRPr="00472B63">
              <w:rPr>
                <w:rFonts w:ascii="Calibri Light" w:hAnsi="Calibri Light" w:cs="Calibri Light"/>
              </w:rPr>
              <w:fldChar w:fldCharType="end"/>
            </w:r>
            <w:r>
              <w:rPr>
                <w:rFonts w:ascii="Calibri Light" w:hAnsi="Calibri Light" w:cs="Calibri Light"/>
              </w:rPr>
              <w:t>Social Support and Mentoring</w:t>
            </w:r>
          </w:p>
          <w:p w14:paraId="3B9F1C7D" w14:textId="13A2D86E" w:rsidR="00456A0B" w:rsidRPr="00472B63" w:rsidRDefault="00456A0B" w:rsidP="00456A0B">
            <w:pPr>
              <w:rPr>
                <w:rFonts w:ascii="Calibri Light" w:hAnsi="Calibri Light" w:cs="Calibri Light"/>
              </w:rPr>
            </w:pPr>
            <w:r w:rsidRPr="00472B63">
              <w:rPr>
                <w:rFonts w:ascii="Calibri Light" w:hAnsi="Calibri Light" w:cs="Calibri Light"/>
              </w:rPr>
              <w:fldChar w:fldCharType="begin">
                <w:ffData>
                  <w:name w:val="Selectievakje2"/>
                  <w:enabled/>
                  <w:calcOnExit w:val="0"/>
                  <w:checkBox>
                    <w:sizeAuto/>
                    <w:default w:val="0"/>
                    <w:checked w:val="0"/>
                  </w:checkBox>
                </w:ffData>
              </w:fldChar>
            </w:r>
            <w:r w:rsidRPr="00472B63">
              <w:rPr>
                <w:rFonts w:ascii="Calibri Light" w:hAnsi="Calibri Light" w:cs="Calibri Light"/>
              </w:rPr>
              <w:instrText xml:space="preserve"> FORMCHECKBOX </w:instrText>
            </w:r>
            <w:r w:rsidRPr="00472B63">
              <w:rPr>
                <w:rFonts w:ascii="Calibri Light" w:hAnsi="Calibri Light" w:cs="Calibri Light"/>
              </w:rPr>
            </w:r>
            <w:r w:rsidRPr="00472B63">
              <w:rPr>
                <w:rFonts w:ascii="Calibri Light" w:hAnsi="Calibri Light" w:cs="Calibri Light"/>
              </w:rPr>
              <w:fldChar w:fldCharType="separate"/>
            </w:r>
            <w:r w:rsidRPr="00472B63">
              <w:rPr>
                <w:rFonts w:ascii="Calibri Light" w:hAnsi="Calibri Light" w:cs="Calibri Light"/>
              </w:rPr>
              <w:fldChar w:fldCharType="end"/>
            </w:r>
            <w:r>
              <w:rPr>
                <w:rFonts w:ascii="Calibri Light" w:hAnsi="Calibri Light" w:cs="Calibri Light"/>
              </w:rPr>
              <w:t>Summer School</w:t>
            </w:r>
          </w:p>
          <w:p w14:paraId="6214CB10" w14:textId="192B52FD" w:rsidR="00456A0B" w:rsidRDefault="00F519A2" w:rsidP="00456A0B">
            <w:pPr>
              <w:rPr>
                <w:rFonts w:ascii="Calibri Light" w:hAnsi="Calibri Light" w:cs="Calibri Light"/>
              </w:rPr>
            </w:pPr>
            <w:r>
              <w:rPr>
                <w:rFonts w:ascii="Calibri Light" w:hAnsi="Calibri Light" w:cs="Calibri Light"/>
              </w:rPr>
              <w:fldChar w:fldCharType="begin">
                <w:ffData>
                  <w:name w:val=""/>
                  <w:enabled/>
                  <w:calcOnExit w:val="0"/>
                  <w:checkBox>
                    <w:sizeAuto/>
                    <w:default w:val="0"/>
                  </w:checkBox>
                </w:ffData>
              </w:fldChar>
            </w:r>
            <w:r>
              <w:rPr>
                <w:rFonts w:ascii="Calibri Light" w:hAnsi="Calibri Light" w:cs="Calibri Light"/>
              </w:rPr>
              <w:instrText xml:space="preserve"> FORMCHECKBOX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rPr>
              <w:fldChar w:fldCharType="end"/>
            </w:r>
            <w:r w:rsidR="00456A0B">
              <w:rPr>
                <w:rFonts w:ascii="Calibri Light" w:hAnsi="Calibri Light" w:cs="Calibri Light"/>
              </w:rPr>
              <w:t>Mindset</w:t>
            </w:r>
          </w:p>
          <w:p w14:paraId="7EFF47C5" w14:textId="4CA1B15D" w:rsidR="00456A0B" w:rsidRPr="000A3910" w:rsidRDefault="00F519A2" w:rsidP="00AA4C42">
            <w:pPr>
              <w:rPr>
                <w:rFonts w:ascii="Calibri Light" w:hAnsi="Calibri Light" w:cs="Calibri Light"/>
              </w:rPr>
            </w:pPr>
            <w:r>
              <w:rPr>
                <w:rFonts w:ascii="Calibri Light" w:hAnsi="Calibri Light" w:cs="Calibri Light"/>
              </w:rPr>
              <w:fldChar w:fldCharType="begin">
                <w:ffData>
                  <w:name w:val=""/>
                  <w:enabled/>
                  <w:calcOnExit w:val="0"/>
                  <w:checkBox>
                    <w:sizeAuto/>
                    <w:default w:val="1"/>
                  </w:checkBox>
                </w:ffData>
              </w:fldChar>
            </w:r>
            <w:r>
              <w:rPr>
                <w:rFonts w:ascii="Calibri Light" w:hAnsi="Calibri Light" w:cs="Calibri Light"/>
              </w:rPr>
              <w:instrText xml:space="preserve"> FORMCHECKBOX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rPr>
              <w:fldChar w:fldCharType="end"/>
            </w:r>
            <w:r w:rsidR="00456A0B">
              <w:rPr>
                <w:rFonts w:ascii="Calibri Light" w:hAnsi="Calibri Light" w:cs="Calibri Light"/>
              </w:rPr>
              <w:t>Orientation Program</w:t>
            </w:r>
            <w:r w:rsidR="00456A0B" w:rsidRPr="00472B63">
              <w:rPr>
                <w:rFonts w:ascii="Calibri Light" w:hAnsi="Calibri Light" w:cs="Calibri Light"/>
              </w:rPr>
              <w:t xml:space="preserve"> </w:t>
            </w:r>
          </w:p>
        </w:tc>
      </w:tr>
      <w:tr w:rsidR="004E0BFC" w14:paraId="61B19491" w14:textId="77777777" w:rsidTr="2775CC4D">
        <w:tc>
          <w:tcPr>
            <w:tcW w:w="4316" w:type="dxa"/>
          </w:tcPr>
          <w:p w14:paraId="4DF9FE37" w14:textId="54CA13BE" w:rsidR="004E0BFC" w:rsidRPr="000A3910" w:rsidRDefault="004E0BFC" w:rsidP="004E0BFC">
            <w:pPr>
              <w:rPr>
                <w:rFonts w:ascii="Calibri Light" w:hAnsi="Calibri Light" w:cs="Calibri Light"/>
              </w:rPr>
            </w:pPr>
            <w:r w:rsidRPr="5ED244E1">
              <w:rPr>
                <w:rFonts w:ascii="Calibri Light" w:hAnsi="Calibri Light" w:cs="Calibri Light"/>
                <w:lang w:val="en-GB"/>
              </w:rPr>
              <w:t xml:space="preserve">Target </w:t>
            </w:r>
            <w:r w:rsidR="000A3910" w:rsidRPr="5ED244E1">
              <w:rPr>
                <w:rFonts w:ascii="Calibri Light" w:hAnsi="Calibri Light" w:cs="Calibri Light"/>
                <w:lang w:val="en-GB"/>
              </w:rPr>
              <w:t>a</w:t>
            </w:r>
            <w:r w:rsidRPr="5ED244E1">
              <w:rPr>
                <w:rFonts w:ascii="Calibri Light" w:hAnsi="Calibri Light" w:cs="Calibri Light"/>
                <w:lang w:val="en-GB"/>
              </w:rPr>
              <w:t>udience:</w:t>
            </w:r>
          </w:p>
        </w:tc>
        <w:tc>
          <w:tcPr>
            <w:tcW w:w="4314" w:type="dxa"/>
          </w:tcPr>
          <w:p w14:paraId="184F0761" w14:textId="265A8716" w:rsidR="00AA4C42" w:rsidRDefault="0036383E" w:rsidP="00F519A2">
            <w:pPr>
              <w:rPr>
                <w:rFonts w:ascii="Calibri Light" w:hAnsi="Calibri Light" w:cs="Calibri Light"/>
              </w:rPr>
            </w:pPr>
            <w:r>
              <w:rPr>
                <w:rFonts w:ascii="Calibri Light" w:hAnsi="Calibri Light" w:cs="Calibri Light"/>
              </w:rPr>
              <w:t>All students</w:t>
            </w:r>
            <w:r w:rsidR="00F519A2">
              <w:rPr>
                <w:rFonts w:ascii="Calibri Light" w:hAnsi="Calibri Light" w:cs="Calibri Light"/>
              </w:rPr>
              <w:t xml:space="preserve"> on a particular course will be sent and given access to the Getting Started guide relevant to that course. </w:t>
            </w:r>
          </w:p>
          <w:p w14:paraId="0A9A6F6E" w14:textId="77EDD703" w:rsidR="00F519A2" w:rsidRPr="000A3910" w:rsidRDefault="00F519A2" w:rsidP="00F519A2">
            <w:pPr>
              <w:rPr>
                <w:rFonts w:ascii="Calibri Light" w:hAnsi="Calibri Light" w:cs="Calibri Light"/>
              </w:rPr>
            </w:pPr>
          </w:p>
        </w:tc>
      </w:tr>
      <w:tr w:rsidR="004E0BFC" w14:paraId="4D0018EE" w14:textId="77777777" w:rsidTr="2775CC4D">
        <w:tc>
          <w:tcPr>
            <w:tcW w:w="4316" w:type="dxa"/>
          </w:tcPr>
          <w:p w14:paraId="749D750F" w14:textId="0DA2FE28" w:rsidR="004E0BFC" w:rsidRPr="000A3910" w:rsidRDefault="004E0BFC" w:rsidP="004E0BFC">
            <w:pPr>
              <w:rPr>
                <w:rFonts w:ascii="Calibri Light" w:hAnsi="Calibri Light" w:cs="Calibri Light"/>
              </w:rPr>
            </w:pPr>
            <w:r w:rsidRPr="000A3910">
              <w:rPr>
                <w:rFonts w:ascii="Calibri Light" w:hAnsi="Calibri Light" w:cs="Calibri Light"/>
                <w:lang w:val="en-GB"/>
              </w:rPr>
              <w:t>Number of students:</w:t>
            </w:r>
          </w:p>
        </w:tc>
        <w:tc>
          <w:tcPr>
            <w:tcW w:w="4314" w:type="dxa"/>
          </w:tcPr>
          <w:p w14:paraId="4EFD7BFF" w14:textId="77777777" w:rsidR="00F519A2" w:rsidRDefault="00F519A2" w:rsidP="00AE0467">
            <w:pPr>
              <w:rPr>
                <w:rFonts w:ascii="Calibri Light" w:hAnsi="Calibri Light" w:cs="Calibri Light"/>
              </w:rPr>
            </w:pPr>
            <w:r>
              <w:rPr>
                <w:rFonts w:ascii="Calibri Light" w:hAnsi="Calibri Light" w:cs="Calibri Light"/>
              </w:rPr>
              <w:t>N/A</w:t>
            </w:r>
          </w:p>
          <w:p w14:paraId="023ED633" w14:textId="77777777" w:rsidR="00F519A2" w:rsidRDefault="00F519A2" w:rsidP="00AE0467">
            <w:pPr>
              <w:rPr>
                <w:rFonts w:ascii="Calibri Light" w:hAnsi="Calibri Light" w:cs="Calibri Light"/>
              </w:rPr>
            </w:pPr>
          </w:p>
          <w:p w14:paraId="57A0C05A" w14:textId="3FAC0D03" w:rsidR="0036383E" w:rsidRPr="000A3910" w:rsidRDefault="0036383E" w:rsidP="00AE0467">
            <w:pPr>
              <w:rPr>
                <w:rFonts w:ascii="Calibri Light" w:hAnsi="Calibri Light" w:cs="Calibri Light"/>
              </w:rPr>
            </w:pPr>
            <w:r>
              <w:rPr>
                <w:rFonts w:ascii="Calibri Light" w:hAnsi="Calibri Light" w:cs="Calibri Light"/>
              </w:rPr>
              <w:t xml:space="preserve"> </w:t>
            </w:r>
          </w:p>
        </w:tc>
      </w:tr>
    </w:tbl>
    <w:p w14:paraId="06E99092" w14:textId="7C5FE61E" w:rsidR="0086050C" w:rsidRDefault="004E0BFC">
      <w:r>
        <w:rPr>
          <w:b/>
          <w:color w:val="0F6576"/>
          <w:sz w:val="28"/>
        </w:rPr>
        <w:t>Objectives &amp; Focus</w:t>
      </w:r>
    </w:p>
    <w:tbl>
      <w:tblPr>
        <w:tblStyle w:val="TableGrid"/>
        <w:tblW w:w="0" w:type="auto"/>
        <w:tblLook w:val="04A0" w:firstRow="1" w:lastRow="0" w:firstColumn="1" w:lastColumn="0" w:noHBand="0" w:noVBand="1"/>
      </w:tblPr>
      <w:tblGrid>
        <w:gridCol w:w="4315"/>
        <w:gridCol w:w="4315"/>
      </w:tblGrid>
      <w:tr w:rsidR="004E0BFC" w14:paraId="2FA73CC9" w14:textId="77777777" w:rsidTr="009B6D17">
        <w:tc>
          <w:tcPr>
            <w:tcW w:w="4315" w:type="dxa"/>
          </w:tcPr>
          <w:p w14:paraId="495BEB2F" w14:textId="589B6DAF" w:rsidR="004E0BFC" w:rsidRPr="000A3910" w:rsidRDefault="004E0BFC" w:rsidP="004E0BFC">
            <w:pPr>
              <w:rPr>
                <w:rFonts w:ascii="Calibri Light" w:hAnsi="Calibri Light" w:cs="Calibri Light"/>
                <w:lang w:val="en-GB"/>
              </w:rPr>
            </w:pPr>
            <w:r w:rsidRPr="000A3910">
              <w:rPr>
                <w:rFonts w:ascii="Calibri Light" w:hAnsi="Calibri Light" w:cs="Calibri Light"/>
                <w:lang w:val="en-GB"/>
              </w:rPr>
              <w:t>What type of activity is it?</w:t>
            </w:r>
          </w:p>
        </w:tc>
        <w:tc>
          <w:tcPr>
            <w:tcW w:w="4315" w:type="dxa"/>
          </w:tcPr>
          <w:p w14:paraId="04540489" w14:textId="6657FC79" w:rsidR="00AE0467" w:rsidRDefault="00AA4C42" w:rsidP="00F519A2">
            <w:pPr>
              <w:rPr>
                <w:rFonts w:ascii="Calibri Light" w:hAnsi="Calibri Light" w:cs="Calibri Light"/>
                <w:lang w:val="en-GB"/>
              </w:rPr>
            </w:pPr>
            <w:r>
              <w:rPr>
                <w:rFonts w:ascii="Calibri Light" w:hAnsi="Calibri Light" w:cs="Calibri Light"/>
                <w:lang w:val="en-GB"/>
              </w:rPr>
              <w:t xml:space="preserve">This intervention </w:t>
            </w:r>
            <w:r w:rsidR="00F519A2">
              <w:rPr>
                <w:rFonts w:ascii="Calibri Light" w:hAnsi="Calibri Light" w:cs="Calibri Light"/>
                <w:lang w:val="en-GB"/>
              </w:rPr>
              <w:t xml:space="preserve">provides resources and detailed instructions for students to get through the first two weeks. </w:t>
            </w:r>
          </w:p>
          <w:p w14:paraId="665A421D" w14:textId="363A9C83" w:rsidR="0036383E" w:rsidRPr="000A3910" w:rsidRDefault="0036383E" w:rsidP="0036383E">
            <w:pPr>
              <w:rPr>
                <w:rFonts w:ascii="Calibri Light" w:hAnsi="Calibri Light" w:cs="Calibri Light"/>
                <w:lang w:val="en-GB"/>
              </w:rPr>
            </w:pPr>
          </w:p>
        </w:tc>
      </w:tr>
      <w:tr w:rsidR="004E0BFC" w14:paraId="4484B5E2" w14:textId="77777777" w:rsidTr="009B6D17">
        <w:tc>
          <w:tcPr>
            <w:tcW w:w="4315" w:type="dxa"/>
          </w:tcPr>
          <w:p w14:paraId="3DD3B43A" w14:textId="6C0F143E" w:rsidR="004E0BFC" w:rsidRPr="000A3910" w:rsidRDefault="004E0BFC" w:rsidP="004E0BFC">
            <w:pPr>
              <w:rPr>
                <w:rFonts w:ascii="Calibri Light" w:hAnsi="Calibri Light" w:cs="Calibri Light"/>
                <w:lang w:val="en-GB"/>
              </w:rPr>
            </w:pPr>
            <w:r w:rsidRPr="000A3910">
              <w:rPr>
                <w:rFonts w:ascii="Calibri Light" w:hAnsi="Calibri Light" w:cs="Calibri Light"/>
                <w:lang w:val="en-GB"/>
              </w:rPr>
              <w:t>When does the activity take place?</w:t>
            </w:r>
          </w:p>
        </w:tc>
        <w:tc>
          <w:tcPr>
            <w:tcW w:w="4315" w:type="dxa"/>
          </w:tcPr>
          <w:p w14:paraId="3FE11F98" w14:textId="69716B35" w:rsidR="00AA4C42" w:rsidRDefault="00F519A2" w:rsidP="0036383E">
            <w:pPr>
              <w:rPr>
                <w:rFonts w:ascii="Calibri Light" w:hAnsi="Calibri Light" w:cs="Calibri Light"/>
                <w:lang w:val="en-GB"/>
              </w:rPr>
            </w:pPr>
            <w:r>
              <w:rPr>
                <w:rFonts w:ascii="Calibri Light" w:hAnsi="Calibri Light" w:cs="Calibri Light"/>
                <w:lang w:val="en-GB"/>
              </w:rPr>
              <w:t xml:space="preserve">The first two weeks of first year. </w:t>
            </w:r>
          </w:p>
          <w:p w14:paraId="7DB5DA4D" w14:textId="21D3FCAB" w:rsidR="0036383E" w:rsidRPr="000A3910" w:rsidRDefault="0036383E" w:rsidP="0036383E">
            <w:pPr>
              <w:rPr>
                <w:rFonts w:ascii="Calibri Light" w:hAnsi="Calibri Light" w:cs="Calibri Light"/>
                <w:lang w:val="en-GB"/>
              </w:rPr>
            </w:pPr>
          </w:p>
        </w:tc>
      </w:tr>
      <w:tr w:rsidR="004E0BFC" w14:paraId="6E1B2956" w14:textId="77777777" w:rsidTr="009B6D17">
        <w:tc>
          <w:tcPr>
            <w:tcW w:w="4315" w:type="dxa"/>
          </w:tcPr>
          <w:p w14:paraId="324266F5" w14:textId="259C158B" w:rsidR="004E0BFC" w:rsidRPr="000A3910" w:rsidRDefault="004E0BFC" w:rsidP="004E0BFC">
            <w:pPr>
              <w:rPr>
                <w:rFonts w:ascii="Calibri Light" w:hAnsi="Calibri Light" w:cs="Calibri Light"/>
                <w:lang w:val="en-GB"/>
              </w:rPr>
            </w:pPr>
            <w:r w:rsidRPr="000A3910">
              <w:rPr>
                <w:rFonts w:ascii="Calibri Light" w:hAnsi="Calibri Light" w:cs="Calibri Light"/>
                <w:lang w:val="en-GB"/>
              </w:rPr>
              <w:t>How long does the activity last?</w:t>
            </w:r>
          </w:p>
        </w:tc>
        <w:tc>
          <w:tcPr>
            <w:tcW w:w="4315" w:type="dxa"/>
          </w:tcPr>
          <w:p w14:paraId="5BE64381" w14:textId="344B66D9" w:rsidR="00AA4C42" w:rsidRDefault="00F519A2" w:rsidP="0036383E">
            <w:pPr>
              <w:rPr>
                <w:rFonts w:ascii="Calibri Light" w:hAnsi="Calibri Light" w:cs="Calibri Light"/>
                <w:lang w:val="en-GB"/>
              </w:rPr>
            </w:pPr>
            <w:r>
              <w:rPr>
                <w:rFonts w:ascii="Calibri Light" w:hAnsi="Calibri Light" w:cs="Calibri Light"/>
                <w:lang w:val="en-GB"/>
              </w:rPr>
              <w:t xml:space="preserve">Two weeks </w:t>
            </w:r>
          </w:p>
          <w:p w14:paraId="3874A643" w14:textId="0D94A587" w:rsidR="0036383E" w:rsidRPr="000A3910" w:rsidRDefault="0036383E" w:rsidP="0036383E">
            <w:pPr>
              <w:rPr>
                <w:rFonts w:ascii="Calibri Light" w:hAnsi="Calibri Light" w:cs="Calibri Light"/>
                <w:lang w:val="en-GB"/>
              </w:rPr>
            </w:pPr>
          </w:p>
        </w:tc>
      </w:tr>
    </w:tbl>
    <w:p w14:paraId="77E7D96A" w14:textId="77777777" w:rsidR="000A3910" w:rsidRDefault="000A3910">
      <w:pPr>
        <w:rPr>
          <w:b/>
          <w:color w:val="0F6576"/>
          <w:sz w:val="28"/>
        </w:rPr>
      </w:pPr>
    </w:p>
    <w:p w14:paraId="2F845AA2" w14:textId="7E46A9AA" w:rsidR="0086050C" w:rsidRDefault="00A53F55">
      <w:r>
        <w:rPr>
          <w:b/>
          <w:color w:val="0F6576"/>
          <w:sz w:val="28"/>
        </w:rPr>
        <w:t>Participants &amp; Implementation</w:t>
      </w:r>
    </w:p>
    <w:tbl>
      <w:tblPr>
        <w:tblStyle w:val="TableGrid"/>
        <w:tblW w:w="8784" w:type="dxa"/>
        <w:tblLook w:val="04A0" w:firstRow="1" w:lastRow="0" w:firstColumn="1" w:lastColumn="0" w:noHBand="0" w:noVBand="1"/>
      </w:tblPr>
      <w:tblGrid>
        <w:gridCol w:w="3823"/>
        <w:gridCol w:w="4961"/>
      </w:tblGrid>
      <w:tr w:rsidR="004E0BFC" w14:paraId="68A83735" w14:textId="77777777" w:rsidTr="2AFDC5A1">
        <w:tc>
          <w:tcPr>
            <w:tcW w:w="3823" w:type="dxa"/>
          </w:tcPr>
          <w:p w14:paraId="0395BC84" w14:textId="2A0410C4" w:rsidR="004E0BFC" w:rsidRPr="000A3910" w:rsidRDefault="004E0BFC" w:rsidP="004E0BFC">
            <w:pPr>
              <w:rPr>
                <w:rFonts w:ascii="Calibri Light" w:hAnsi="Calibri Light" w:cs="Calibri Light"/>
                <w:lang w:val="en-GB"/>
              </w:rPr>
            </w:pPr>
            <w:r w:rsidRPr="5DC8FB06">
              <w:rPr>
                <w:rFonts w:ascii="Calibri Light" w:hAnsi="Calibri Light" w:cs="Calibri Light"/>
                <w:lang w:val="en-GB"/>
              </w:rPr>
              <w:t xml:space="preserve">Level of </w:t>
            </w:r>
            <w:r w:rsidR="000A3910" w:rsidRPr="5DC8FB06">
              <w:rPr>
                <w:rFonts w:ascii="Calibri Light" w:hAnsi="Calibri Light" w:cs="Calibri Light"/>
                <w:lang w:val="en-GB"/>
              </w:rPr>
              <w:t>c</w:t>
            </w:r>
            <w:r w:rsidRPr="5DC8FB06">
              <w:rPr>
                <w:rFonts w:ascii="Calibri Light" w:hAnsi="Calibri Light" w:cs="Calibri Light"/>
                <w:lang w:val="en-GB"/>
              </w:rPr>
              <w:t xml:space="preserve">ommitment of </w:t>
            </w:r>
            <w:r w:rsidR="000A3910" w:rsidRPr="5DC8FB06">
              <w:rPr>
                <w:rFonts w:ascii="Calibri Light" w:hAnsi="Calibri Light" w:cs="Calibri Light"/>
                <w:lang w:val="en-GB"/>
              </w:rPr>
              <w:t>i</w:t>
            </w:r>
            <w:r w:rsidRPr="5DC8FB06">
              <w:rPr>
                <w:rFonts w:ascii="Calibri Light" w:hAnsi="Calibri Light" w:cs="Calibri Light"/>
                <w:lang w:val="en-GB"/>
              </w:rPr>
              <w:t>nstructors</w:t>
            </w:r>
            <w:r w:rsidR="00CC376A">
              <w:rPr>
                <w:rFonts w:ascii="Calibri Light" w:hAnsi="Calibri Light" w:cs="Calibri Light"/>
                <w:lang w:val="en-GB"/>
              </w:rPr>
              <w:t xml:space="preserve"> to design and develop the intervention</w:t>
            </w:r>
            <w:r w:rsidRPr="5DC8FB06">
              <w:rPr>
                <w:rFonts w:ascii="Calibri Light" w:hAnsi="Calibri Light" w:cs="Calibri Light"/>
                <w:lang w:val="en-GB"/>
              </w:rPr>
              <w:t>:</w:t>
            </w:r>
          </w:p>
        </w:tc>
        <w:tc>
          <w:tcPr>
            <w:tcW w:w="4961" w:type="dxa"/>
          </w:tcPr>
          <w:p w14:paraId="7D1CBC42" w14:textId="75DA9683" w:rsidR="00CC376A" w:rsidRDefault="00F519A2" w:rsidP="004E0BFC">
            <w:pPr>
              <w:rPr>
                <w:rFonts w:ascii="Calibri Light" w:hAnsi="Calibri Light" w:cs="Calibri Light"/>
                <w:lang w:val="en-GB"/>
              </w:rPr>
            </w:pPr>
            <w:r>
              <w:rPr>
                <w:rFonts w:ascii="Segoe UI Symbol" w:hAnsi="Segoe UI Symbol" w:cs="Segoe UI Symbol"/>
                <w:lang w:val="en-GB"/>
              </w:rPr>
              <w:fldChar w:fldCharType="begin">
                <w:ffData>
                  <w:name w:val="Selectievakje9"/>
                  <w:enabled/>
                  <w:calcOnExit w:val="0"/>
                  <w:checkBox>
                    <w:sizeAuto/>
                    <w:default w:val="1"/>
                  </w:checkBox>
                </w:ffData>
              </w:fldChar>
            </w:r>
            <w:bookmarkStart w:id="3" w:name="Selectievakje9"/>
            <w:r>
              <w:rPr>
                <w:rFonts w:ascii="Segoe UI Symbol" w:hAnsi="Segoe UI Symbol" w:cs="Segoe UI Symbol"/>
                <w:lang w:val="en-GB"/>
              </w:rPr>
              <w:instrText xml:space="preserve"> FORMCHECKBOX </w:instrText>
            </w:r>
            <w:r>
              <w:rPr>
                <w:rFonts w:ascii="Segoe UI Symbol" w:hAnsi="Segoe UI Symbol" w:cs="Segoe UI Symbol"/>
                <w:lang w:val="en-GB"/>
              </w:rPr>
            </w:r>
            <w:r>
              <w:rPr>
                <w:rFonts w:ascii="Segoe UI Symbol" w:hAnsi="Segoe UI Symbol" w:cs="Segoe UI Symbol"/>
                <w:lang w:val="en-GB"/>
              </w:rPr>
              <w:fldChar w:fldCharType="separate"/>
            </w:r>
            <w:r>
              <w:rPr>
                <w:rFonts w:ascii="Segoe UI Symbol" w:hAnsi="Segoe UI Symbol" w:cs="Segoe UI Symbol"/>
                <w:lang w:val="en-GB"/>
              </w:rPr>
              <w:fldChar w:fldCharType="end"/>
            </w:r>
            <w:bookmarkEnd w:id="3"/>
            <w:r w:rsidR="004E0BFC" w:rsidRPr="000A3910">
              <w:rPr>
                <w:rFonts w:ascii="Calibri Light" w:hAnsi="Calibri Light" w:cs="Calibri Light"/>
                <w:lang w:val="en-GB"/>
              </w:rPr>
              <w:t>Low</w:t>
            </w:r>
            <w:r w:rsidR="00AD37CD">
              <w:rPr>
                <w:rFonts w:ascii="Calibri Light" w:hAnsi="Calibri Light" w:cs="Calibri Light"/>
                <w:lang w:val="en-GB"/>
              </w:rPr>
              <w:t xml:space="preserve"> (1 day) </w:t>
            </w:r>
            <w:r>
              <w:rPr>
                <w:rFonts w:ascii="Calibri Light" w:hAnsi="Calibri Light" w:cs="Calibri Light"/>
                <w:lang w:val="en-GB"/>
              </w:rPr>
              <w:t xml:space="preserve">– on consequent years </w:t>
            </w:r>
          </w:p>
          <w:p w14:paraId="19A1989D" w14:textId="48A96CA9" w:rsidR="00CC376A" w:rsidRDefault="00F519A2" w:rsidP="004E0BFC">
            <w:pPr>
              <w:rPr>
                <w:rFonts w:ascii="Calibri Light" w:hAnsi="Calibri Light" w:cs="Calibri Light"/>
                <w:lang w:val="en-GB"/>
              </w:rPr>
            </w:pPr>
            <w:r>
              <w:rPr>
                <w:rFonts w:ascii="Segoe UI Symbol" w:hAnsi="Segoe UI Symbol" w:cs="Segoe UI Symbol"/>
                <w:lang w:val="en-GB"/>
              </w:rPr>
              <w:fldChar w:fldCharType="begin">
                <w:ffData>
                  <w:name w:val="Selectievakje10"/>
                  <w:enabled/>
                  <w:calcOnExit w:val="0"/>
                  <w:checkBox>
                    <w:sizeAuto/>
                    <w:default w:val="0"/>
                  </w:checkBox>
                </w:ffData>
              </w:fldChar>
            </w:r>
            <w:bookmarkStart w:id="4" w:name="Selectievakje10"/>
            <w:r>
              <w:rPr>
                <w:rFonts w:ascii="Segoe UI Symbol" w:hAnsi="Segoe UI Symbol" w:cs="Segoe UI Symbol"/>
                <w:lang w:val="en-GB"/>
              </w:rPr>
              <w:instrText xml:space="preserve"> FORMCHECKBOX </w:instrText>
            </w:r>
            <w:r>
              <w:rPr>
                <w:rFonts w:ascii="Segoe UI Symbol" w:hAnsi="Segoe UI Symbol" w:cs="Segoe UI Symbol"/>
                <w:lang w:val="en-GB"/>
              </w:rPr>
            </w:r>
            <w:r>
              <w:rPr>
                <w:rFonts w:ascii="Segoe UI Symbol" w:hAnsi="Segoe UI Symbol" w:cs="Segoe UI Symbol"/>
                <w:lang w:val="en-GB"/>
              </w:rPr>
              <w:fldChar w:fldCharType="separate"/>
            </w:r>
            <w:r>
              <w:rPr>
                <w:rFonts w:ascii="Segoe UI Symbol" w:hAnsi="Segoe UI Symbol" w:cs="Segoe UI Symbol"/>
                <w:lang w:val="en-GB"/>
              </w:rPr>
              <w:fldChar w:fldCharType="end"/>
            </w:r>
            <w:bookmarkEnd w:id="4"/>
            <w:r w:rsidR="004E0BFC" w:rsidRPr="000A3910">
              <w:rPr>
                <w:rFonts w:ascii="Calibri Light" w:hAnsi="Calibri Light" w:cs="Calibri Light"/>
                <w:lang w:val="en-GB"/>
              </w:rPr>
              <w:t xml:space="preserve">Medium </w:t>
            </w:r>
            <w:r w:rsidR="00AD37CD">
              <w:rPr>
                <w:rFonts w:ascii="Calibri Light" w:hAnsi="Calibri Light" w:cs="Calibri Light"/>
                <w:lang w:val="en-GB"/>
              </w:rPr>
              <w:t xml:space="preserve">(1 week) </w:t>
            </w:r>
          </w:p>
          <w:p w14:paraId="226DC841" w14:textId="7F560A69" w:rsidR="004E0BFC" w:rsidRPr="000A3910" w:rsidRDefault="00F519A2" w:rsidP="004E0BFC">
            <w:pPr>
              <w:rPr>
                <w:rFonts w:ascii="Calibri Light" w:hAnsi="Calibri Light" w:cs="Calibri Light"/>
                <w:lang w:val="en-GB"/>
              </w:rPr>
            </w:pPr>
            <w:r>
              <w:rPr>
                <w:rFonts w:ascii="Segoe UI Symbol" w:hAnsi="Segoe UI Symbol" w:cs="Segoe UI Symbol"/>
                <w:lang w:val="en-GB"/>
              </w:rPr>
              <w:fldChar w:fldCharType="begin">
                <w:ffData>
                  <w:name w:val="Selectievakje11"/>
                  <w:enabled/>
                  <w:calcOnExit w:val="0"/>
                  <w:checkBox>
                    <w:sizeAuto/>
                    <w:default w:val="1"/>
                  </w:checkBox>
                </w:ffData>
              </w:fldChar>
            </w:r>
            <w:bookmarkStart w:id="5" w:name="Selectievakje11"/>
            <w:r>
              <w:rPr>
                <w:rFonts w:ascii="Segoe UI Symbol" w:hAnsi="Segoe UI Symbol" w:cs="Segoe UI Symbol"/>
                <w:lang w:val="en-GB"/>
              </w:rPr>
              <w:instrText xml:space="preserve"> FORMCHECKBOX </w:instrText>
            </w:r>
            <w:r>
              <w:rPr>
                <w:rFonts w:ascii="Segoe UI Symbol" w:hAnsi="Segoe UI Symbol" w:cs="Segoe UI Symbol"/>
                <w:lang w:val="en-GB"/>
              </w:rPr>
            </w:r>
            <w:r>
              <w:rPr>
                <w:rFonts w:ascii="Segoe UI Symbol" w:hAnsi="Segoe UI Symbol" w:cs="Segoe UI Symbol"/>
                <w:lang w:val="en-GB"/>
              </w:rPr>
              <w:fldChar w:fldCharType="separate"/>
            </w:r>
            <w:r>
              <w:rPr>
                <w:rFonts w:ascii="Segoe UI Symbol" w:hAnsi="Segoe UI Symbol" w:cs="Segoe UI Symbol"/>
                <w:lang w:val="en-GB"/>
              </w:rPr>
              <w:fldChar w:fldCharType="end"/>
            </w:r>
            <w:bookmarkEnd w:id="5"/>
            <w:r w:rsidR="004E0BFC" w:rsidRPr="000A3910">
              <w:rPr>
                <w:rFonts w:ascii="Calibri Light" w:hAnsi="Calibri Light" w:cs="Calibri Light"/>
                <w:lang w:val="en-GB"/>
              </w:rPr>
              <w:t>High</w:t>
            </w:r>
            <w:r w:rsidR="00AD37CD">
              <w:rPr>
                <w:rFonts w:ascii="Calibri Light" w:hAnsi="Calibri Light" w:cs="Calibri Light"/>
                <w:lang w:val="en-GB"/>
              </w:rPr>
              <w:t xml:space="preserve"> (</w:t>
            </w:r>
            <w:r w:rsidR="00CC376A">
              <w:rPr>
                <w:rFonts w:ascii="Calibri Light" w:hAnsi="Calibri Light" w:cs="Calibri Light"/>
                <w:lang w:val="en-GB"/>
              </w:rPr>
              <w:t xml:space="preserve">1 </w:t>
            </w:r>
            <w:r w:rsidR="00AD37CD">
              <w:rPr>
                <w:rFonts w:ascii="Calibri Light" w:hAnsi="Calibri Light" w:cs="Calibri Light"/>
                <w:lang w:val="en-GB"/>
              </w:rPr>
              <w:t>month</w:t>
            </w:r>
            <w:r w:rsidR="00CC376A">
              <w:rPr>
                <w:rFonts w:ascii="Calibri Light" w:hAnsi="Calibri Light" w:cs="Calibri Light"/>
                <w:lang w:val="en-GB"/>
              </w:rPr>
              <w:t xml:space="preserve"> or greater</w:t>
            </w:r>
            <w:r w:rsidR="00AD37CD">
              <w:rPr>
                <w:rFonts w:ascii="Calibri Light" w:hAnsi="Calibri Light" w:cs="Calibri Light"/>
                <w:lang w:val="en-GB"/>
              </w:rPr>
              <w:t>)</w:t>
            </w:r>
            <w:r>
              <w:rPr>
                <w:rFonts w:ascii="Calibri Light" w:hAnsi="Calibri Light" w:cs="Calibri Light"/>
                <w:lang w:val="en-GB"/>
              </w:rPr>
              <w:t xml:space="preserve"> – for the first time</w:t>
            </w:r>
          </w:p>
        </w:tc>
      </w:tr>
      <w:tr w:rsidR="004E0BFC" w14:paraId="24DAA290" w14:textId="77777777" w:rsidTr="2AFDC5A1">
        <w:tc>
          <w:tcPr>
            <w:tcW w:w="3823" w:type="dxa"/>
          </w:tcPr>
          <w:p w14:paraId="185AE50B" w14:textId="7E3993DB" w:rsidR="004E0BFC" w:rsidRPr="000A3910" w:rsidRDefault="004E0BFC" w:rsidP="004E0BFC">
            <w:pPr>
              <w:rPr>
                <w:rFonts w:ascii="Calibri Light" w:hAnsi="Calibri Light" w:cs="Calibri Light"/>
                <w:lang w:val="en-GB"/>
              </w:rPr>
            </w:pPr>
            <w:r w:rsidRPr="000A3910">
              <w:rPr>
                <w:rFonts w:ascii="Calibri Light" w:hAnsi="Calibri Light" w:cs="Calibri Light"/>
                <w:lang w:val="en-GB"/>
              </w:rPr>
              <w:t>Level of commitment of students:</w:t>
            </w:r>
          </w:p>
        </w:tc>
        <w:tc>
          <w:tcPr>
            <w:tcW w:w="4961" w:type="dxa"/>
          </w:tcPr>
          <w:p w14:paraId="732587E3" w14:textId="7D6CE4C0" w:rsidR="00CC376A" w:rsidRDefault="00435785" w:rsidP="00CC376A">
            <w:pPr>
              <w:rPr>
                <w:rFonts w:ascii="Calibri Light" w:hAnsi="Calibri Light" w:cs="Calibri Light"/>
                <w:lang w:val="en-GB"/>
              </w:rPr>
            </w:pPr>
            <w:r>
              <w:rPr>
                <w:rFonts w:ascii="Segoe UI Symbol" w:hAnsi="Segoe UI Symbol" w:cs="Segoe UI Symbol"/>
                <w:lang w:val="en-GB"/>
              </w:rPr>
              <w:fldChar w:fldCharType="begin">
                <w:ffData>
                  <w:name w:val=""/>
                  <w:enabled/>
                  <w:calcOnExit w:val="0"/>
                  <w:checkBox>
                    <w:sizeAuto/>
                    <w:default w:val="1"/>
                  </w:checkBox>
                </w:ffData>
              </w:fldChar>
            </w:r>
            <w:r>
              <w:rPr>
                <w:rFonts w:ascii="Segoe UI Symbol" w:hAnsi="Segoe UI Symbol" w:cs="Segoe UI Symbol"/>
                <w:lang w:val="en-GB"/>
              </w:rPr>
              <w:instrText xml:space="preserve"> FORMCHECKBOX </w:instrText>
            </w:r>
            <w:r>
              <w:rPr>
                <w:rFonts w:ascii="Segoe UI Symbol" w:hAnsi="Segoe UI Symbol" w:cs="Segoe UI Symbol"/>
                <w:lang w:val="en-GB"/>
              </w:rPr>
            </w:r>
            <w:r>
              <w:rPr>
                <w:rFonts w:ascii="Segoe UI Symbol" w:hAnsi="Segoe UI Symbol" w:cs="Segoe UI Symbol"/>
                <w:lang w:val="en-GB"/>
              </w:rPr>
              <w:fldChar w:fldCharType="separate"/>
            </w:r>
            <w:r>
              <w:rPr>
                <w:rFonts w:ascii="Segoe UI Symbol" w:hAnsi="Segoe UI Symbol" w:cs="Segoe UI Symbol"/>
                <w:lang w:val="en-GB"/>
              </w:rPr>
              <w:fldChar w:fldCharType="end"/>
            </w:r>
            <w:r w:rsidR="00CC376A" w:rsidRPr="000A3910">
              <w:rPr>
                <w:rFonts w:ascii="Calibri Light" w:hAnsi="Calibri Light" w:cs="Calibri Light"/>
                <w:lang w:val="en-GB"/>
              </w:rPr>
              <w:t>Low</w:t>
            </w:r>
            <w:r w:rsidR="00CC376A">
              <w:rPr>
                <w:rFonts w:ascii="Calibri Light" w:hAnsi="Calibri Light" w:cs="Calibri Light"/>
                <w:lang w:val="en-GB"/>
              </w:rPr>
              <w:t xml:space="preserve"> (1 day) </w:t>
            </w:r>
          </w:p>
          <w:p w14:paraId="01DB113F" w14:textId="77777777" w:rsidR="00CC376A" w:rsidRDefault="00CC376A" w:rsidP="00CC376A">
            <w:pPr>
              <w:rPr>
                <w:rFonts w:ascii="Calibri Light" w:hAnsi="Calibri Light" w:cs="Calibri Light"/>
                <w:lang w:val="en-GB"/>
              </w:rPr>
            </w:pPr>
            <w:r>
              <w:rPr>
                <w:rFonts w:ascii="Segoe UI Symbol" w:hAnsi="Segoe UI Symbol" w:cs="Segoe UI Symbol"/>
                <w:lang w:val="en-GB"/>
              </w:rPr>
              <w:fldChar w:fldCharType="begin">
                <w:ffData>
                  <w:name w:val="Selectievakje10"/>
                  <w:enabled/>
                  <w:calcOnExit w:val="0"/>
                  <w:checkBox>
                    <w:sizeAuto/>
                    <w:default w:val="0"/>
                  </w:checkBox>
                </w:ffData>
              </w:fldChar>
            </w:r>
            <w:r>
              <w:rPr>
                <w:rFonts w:ascii="Segoe UI Symbol" w:hAnsi="Segoe UI Symbol" w:cs="Segoe UI Symbol"/>
                <w:lang w:val="en-GB"/>
              </w:rPr>
              <w:instrText xml:space="preserve"> FORMCHECKBOX </w:instrText>
            </w:r>
            <w:r>
              <w:rPr>
                <w:rFonts w:ascii="Segoe UI Symbol" w:hAnsi="Segoe UI Symbol" w:cs="Segoe UI Symbol"/>
                <w:lang w:val="en-GB"/>
              </w:rPr>
            </w:r>
            <w:r>
              <w:rPr>
                <w:rFonts w:ascii="Segoe UI Symbol" w:hAnsi="Segoe UI Symbol" w:cs="Segoe UI Symbol"/>
                <w:lang w:val="en-GB"/>
              </w:rPr>
              <w:fldChar w:fldCharType="separate"/>
            </w:r>
            <w:r>
              <w:rPr>
                <w:rFonts w:ascii="Segoe UI Symbol" w:hAnsi="Segoe UI Symbol" w:cs="Segoe UI Symbol"/>
                <w:lang w:val="en-GB"/>
              </w:rPr>
              <w:fldChar w:fldCharType="end"/>
            </w:r>
            <w:r w:rsidRPr="000A3910">
              <w:rPr>
                <w:rFonts w:ascii="Calibri Light" w:hAnsi="Calibri Light" w:cs="Calibri Light"/>
                <w:lang w:val="en-GB"/>
              </w:rPr>
              <w:t xml:space="preserve">Medium </w:t>
            </w:r>
            <w:r>
              <w:rPr>
                <w:rFonts w:ascii="Calibri Light" w:hAnsi="Calibri Light" w:cs="Calibri Light"/>
                <w:lang w:val="en-GB"/>
              </w:rPr>
              <w:t xml:space="preserve">(1 week) </w:t>
            </w:r>
          </w:p>
          <w:p w14:paraId="721182FA" w14:textId="4C314214" w:rsidR="004E0BFC" w:rsidRPr="000A3910" w:rsidRDefault="00CC376A" w:rsidP="00CC376A">
            <w:pPr>
              <w:rPr>
                <w:rFonts w:ascii="Calibri Light" w:hAnsi="Calibri Light" w:cs="Calibri Light"/>
                <w:lang w:val="en-GB"/>
              </w:rPr>
            </w:pPr>
            <w:r>
              <w:rPr>
                <w:rFonts w:ascii="Segoe UI Symbol" w:hAnsi="Segoe UI Symbol" w:cs="Segoe UI Symbol"/>
                <w:lang w:val="en-GB"/>
              </w:rPr>
              <w:fldChar w:fldCharType="begin">
                <w:ffData>
                  <w:name w:val="Selectievakje11"/>
                  <w:enabled/>
                  <w:calcOnExit w:val="0"/>
                  <w:checkBox>
                    <w:sizeAuto/>
                    <w:default w:val="0"/>
                  </w:checkBox>
                </w:ffData>
              </w:fldChar>
            </w:r>
            <w:r>
              <w:rPr>
                <w:rFonts w:ascii="Segoe UI Symbol" w:hAnsi="Segoe UI Symbol" w:cs="Segoe UI Symbol"/>
                <w:lang w:val="en-GB"/>
              </w:rPr>
              <w:instrText xml:space="preserve"> FORMCHECKBOX </w:instrText>
            </w:r>
            <w:r>
              <w:rPr>
                <w:rFonts w:ascii="Segoe UI Symbol" w:hAnsi="Segoe UI Symbol" w:cs="Segoe UI Symbol"/>
                <w:lang w:val="en-GB"/>
              </w:rPr>
            </w:r>
            <w:r>
              <w:rPr>
                <w:rFonts w:ascii="Segoe UI Symbol" w:hAnsi="Segoe UI Symbol" w:cs="Segoe UI Symbol"/>
                <w:lang w:val="en-GB"/>
              </w:rPr>
              <w:fldChar w:fldCharType="separate"/>
            </w:r>
            <w:r>
              <w:rPr>
                <w:rFonts w:ascii="Segoe UI Symbol" w:hAnsi="Segoe UI Symbol" w:cs="Segoe UI Symbol"/>
                <w:lang w:val="en-GB"/>
              </w:rPr>
              <w:fldChar w:fldCharType="end"/>
            </w:r>
            <w:r w:rsidRPr="000A3910">
              <w:rPr>
                <w:rFonts w:ascii="Calibri Light" w:hAnsi="Calibri Light" w:cs="Calibri Light"/>
                <w:lang w:val="en-GB"/>
              </w:rPr>
              <w:t>High</w:t>
            </w:r>
            <w:r>
              <w:rPr>
                <w:rFonts w:ascii="Calibri Light" w:hAnsi="Calibri Light" w:cs="Calibri Light"/>
                <w:lang w:val="en-GB"/>
              </w:rPr>
              <w:t xml:space="preserve"> (1 month or greater)</w:t>
            </w:r>
          </w:p>
        </w:tc>
      </w:tr>
      <w:tr w:rsidR="004E0BFC" w14:paraId="78B5BD83" w14:textId="77777777" w:rsidTr="2AFDC5A1">
        <w:tc>
          <w:tcPr>
            <w:tcW w:w="3823" w:type="dxa"/>
          </w:tcPr>
          <w:p w14:paraId="729B3DF5" w14:textId="1FE978FE" w:rsidR="004E0BFC" w:rsidRPr="000A3910" w:rsidRDefault="004E0BFC" w:rsidP="004E0BFC">
            <w:pPr>
              <w:rPr>
                <w:rFonts w:ascii="Calibri Light" w:hAnsi="Calibri Light" w:cs="Calibri Light"/>
                <w:lang w:val="en-GB"/>
              </w:rPr>
            </w:pPr>
            <w:r w:rsidRPr="124C7894">
              <w:rPr>
                <w:rFonts w:ascii="Calibri Light" w:hAnsi="Calibri Light" w:cs="Calibri Light"/>
                <w:lang w:val="en-GB"/>
              </w:rPr>
              <w:t>Timescale to complete intervention</w:t>
            </w:r>
            <w:r w:rsidR="00CC376A">
              <w:rPr>
                <w:rFonts w:ascii="Calibri Light" w:hAnsi="Calibri Light" w:cs="Calibri Light"/>
                <w:lang w:val="en-GB"/>
              </w:rPr>
              <w:t xml:space="preserve"> (how long the activity lasts)</w:t>
            </w:r>
            <w:r w:rsidRPr="124C7894">
              <w:rPr>
                <w:rFonts w:ascii="Calibri Light" w:hAnsi="Calibri Light" w:cs="Calibri Light"/>
                <w:lang w:val="en-GB"/>
              </w:rPr>
              <w:t>:</w:t>
            </w:r>
          </w:p>
        </w:tc>
        <w:tc>
          <w:tcPr>
            <w:tcW w:w="4961" w:type="dxa"/>
          </w:tcPr>
          <w:p w14:paraId="48A4E36E" w14:textId="1B180322" w:rsidR="00D86E12" w:rsidRPr="000A3910" w:rsidRDefault="00F519A2" w:rsidP="00F519A2">
            <w:pPr>
              <w:rPr>
                <w:rFonts w:ascii="Calibri Light" w:hAnsi="Calibri Light" w:cs="Calibri Light"/>
                <w:lang w:val="en-GB"/>
              </w:rPr>
            </w:pPr>
            <w:r>
              <w:rPr>
                <w:rFonts w:ascii="Calibri Light" w:hAnsi="Calibri Light" w:cs="Calibri Light"/>
                <w:lang w:val="en-GB"/>
              </w:rPr>
              <w:t xml:space="preserve"> 2 weeks</w:t>
            </w:r>
          </w:p>
        </w:tc>
      </w:tr>
      <w:tr w:rsidR="004E0BFC" w14:paraId="01E73A0F" w14:textId="77777777" w:rsidTr="2AFDC5A1">
        <w:tc>
          <w:tcPr>
            <w:tcW w:w="3823" w:type="dxa"/>
          </w:tcPr>
          <w:p w14:paraId="6F344086" w14:textId="765980AB" w:rsidR="004E0BFC" w:rsidRPr="000A3910" w:rsidRDefault="004E0BFC" w:rsidP="004E0BFC">
            <w:pPr>
              <w:rPr>
                <w:rFonts w:ascii="Calibri Light" w:hAnsi="Calibri Light" w:cs="Calibri Light"/>
                <w:lang w:val="en-GB"/>
              </w:rPr>
            </w:pPr>
            <w:r w:rsidRPr="000A3910">
              <w:rPr>
                <w:rFonts w:ascii="Calibri Light" w:hAnsi="Calibri Light" w:cs="Calibri Light"/>
                <w:lang w:val="en-GB"/>
              </w:rPr>
              <w:t>Who is involved in delivering the activity?</w:t>
            </w:r>
          </w:p>
        </w:tc>
        <w:tc>
          <w:tcPr>
            <w:tcW w:w="4961" w:type="dxa"/>
          </w:tcPr>
          <w:p w14:paraId="27B00112" w14:textId="596ADC85" w:rsidR="004E0BFC" w:rsidRPr="00F16179" w:rsidRDefault="00435785" w:rsidP="004E0BFC">
            <w:pPr>
              <w:rPr>
                <w:rFonts w:ascii="Calibri Light" w:hAnsi="Calibri Light" w:cs="Calibri Light"/>
                <w:lang w:val="en-GB"/>
              </w:rPr>
            </w:pPr>
            <w:r>
              <w:rPr>
                <w:rFonts w:ascii="Segoe UI Symbol" w:hAnsi="Segoe UI Symbol" w:cs="Segoe UI Symbol"/>
                <w:lang w:val="en-GB"/>
              </w:rPr>
              <w:fldChar w:fldCharType="begin">
                <w:ffData>
                  <w:name w:val="Selectievakje12"/>
                  <w:enabled/>
                  <w:calcOnExit w:val="0"/>
                  <w:checkBox>
                    <w:sizeAuto/>
                    <w:default w:val="1"/>
                  </w:checkBox>
                </w:ffData>
              </w:fldChar>
            </w:r>
            <w:bookmarkStart w:id="6" w:name="Selectievakje12"/>
            <w:r>
              <w:rPr>
                <w:rFonts w:ascii="Segoe UI Symbol" w:hAnsi="Segoe UI Symbol" w:cs="Segoe UI Symbol"/>
                <w:lang w:val="en-GB"/>
              </w:rPr>
              <w:instrText xml:space="preserve"> FORMCHECKBOX </w:instrText>
            </w:r>
            <w:r>
              <w:rPr>
                <w:rFonts w:ascii="Segoe UI Symbol" w:hAnsi="Segoe UI Symbol" w:cs="Segoe UI Symbol"/>
                <w:lang w:val="en-GB"/>
              </w:rPr>
            </w:r>
            <w:r>
              <w:rPr>
                <w:rFonts w:ascii="Segoe UI Symbol" w:hAnsi="Segoe UI Symbol" w:cs="Segoe UI Symbol"/>
                <w:lang w:val="en-GB"/>
              </w:rPr>
              <w:fldChar w:fldCharType="separate"/>
            </w:r>
            <w:r>
              <w:rPr>
                <w:rFonts w:ascii="Segoe UI Symbol" w:hAnsi="Segoe UI Symbol" w:cs="Segoe UI Symbol"/>
                <w:lang w:val="en-GB"/>
              </w:rPr>
              <w:fldChar w:fldCharType="end"/>
            </w:r>
            <w:bookmarkEnd w:id="6"/>
            <w:r w:rsidR="004E0BFC" w:rsidRPr="00F16179">
              <w:rPr>
                <w:rFonts w:ascii="Calibri Light" w:hAnsi="Calibri Light" w:cs="Calibri Light"/>
                <w:lang w:val="en-GB"/>
              </w:rPr>
              <w:t xml:space="preserve">Teaching staff </w:t>
            </w:r>
            <w:r w:rsidR="004E0BFC" w:rsidRPr="00F16179">
              <w:rPr>
                <w:rFonts w:ascii="Calibri Light" w:hAnsi="Calibri Light" w:cs="Calibri Light"/>
                <w:lang w:val="en-GB"/>
              </w:rPr>
              <w:br/>
            </w:r>
            <w:r w:rsidR="00F519A2">
              <w:rPr>
                <w:rFonts w:ascii="Calibri Light" w:hAnsi="Calibri Light" w:cs="Calibri Light"/>
                <w:lang w:val="en-GB"/>
              </w:rPr>
              <w:fldChar w:fldCharType="begin">
                <w:ffData>
                  <w:name w:val="Selectievakje13"/>
                  <w:enabled/>
                  <w:calcOnExit w:val="0"/>
                  <w:checkBox>
                    <w:sizeAuto/>
                    <w:default w:val="0"/>
                  </w:checkBox>
                </w:ffData>
              </w:fldChar>
            </w:r>
            <w:bookmarkStart w:id="7" w:name="Selectievakje13"/>
            <w:r w:rsidR="00F519A2">
              <w:rPr>
                <w:rFonts w:ascii="Calibri Light" w:hAnsi="Calibri Light" w:cs="Calibri Light"/>
                <w:lang w:val="en-GB"/>
              </w:rPr>
              <w:instrText xml:space="preserve"> FORMCHECKBOX </w:instrText>
            </w:r>
            <w:r w:rsidR="00F519A2">
              <w:rPr>
                <w:rFonts w:ascii="Calibri Light" w:hAnsi="Calibri Light" w:cs="Calibri Light"/>
                <w:lang w:val="en-GB"/>
              </w:rPr>
            </w:r>
            <w:r w:rsidR="00F519A2">
              <w:rPr>
                <w:rFonts w:ascii="Calibri Light" w:hAnsi="Calibri Light" w:cs="Calibri Light"/>
                <w:lang w:val="en-GB"/>
              </w:rPr>
              <w:fldChar w:fldCharType="separate"/>
            </w:r>
            <w:r w:rsidR="00F519A2">
              <w:rPr>
                <w:rFonts w:ascii="Calibri Light" w:hAnsi="Calibri Light" w:cs="Calibri Light"/>
                <w:lang w:val="en-GB"/>
              </w:rPr>
              <w:fldChar w:fldCharType="end"/>
            </w:r>
            <w:bookmarkEnd w:id="7"/>
            <w:r w:rsidR="004E0BFC" w:rsidRPr="00F16179">
              <w:rPr>
                <w:rFonts w:ascii="Calibri Light" w:hAnsi="Calibri Light" w:cs="Calibri Light"/>
                <w:lang w:val="en-GB"/>
              </w:rPr>
              <w:t>S</w:t>
            </w:r>
            <w:r w:rsidR="00896312" w:rsidRPr="00F16179">
              <w:rPr>
                <w:rFonts w:ascii="Calibri Light" w:hAnsi="Calibri Light" w:cs="Calibri Light"/>
                <w:lang w:val="en-GB"/>
              </w:rPr>
              <w:t>tudent S</w:t>
            </w:r>
            <w:r w:rsidR="004E0BFC" w:rsidRPr="00F16179">
              <w:rPr>
                <w:rFonts w:ascii="Calibri Light" w:hAnsi="Calibri Light" w:cs="Calibri Light"/>
                <w:lang w:val="en-GB"/>
              </w:rPr>
              <w:t xml:space="preserve">upport staff </w:t>
            </w:r>
            <w:r w:rsidR="004E0BFC" w:rsidRPr="00F16179">
              <w:rPr>
                <w:rFonts w:ascii="Calibri Light" w:hAnsi="Calibri Light" w:cs="Calibri Light"/>
                <w:lang w:val="en-GB"/>
              </w:rPr>
              <w:br/>
            </w:r>
            <w:r w:rsidR="00390282" w:rsidRPr="00F16179">
              <w:rPr>
                <w:rFonts w:ascii="Calibri Light" w:hAnsi="Calibri Light" w:cs="Calibri Light"/>
                <w:lang w:val="en-GB"/>
              </w:rPr>
              <w:fldChar w:fldCharType="begin">
                <w:ffData>
                  <w:name w:val="Selectievakje14"/>
                  <w:enabled/>
                  <w:calcOnExit w:val="0"/>
                  <w:checkBox>
                    <w:sizeAuto/>
                    <w:default w:val="0"/>
                  </w:checkBox>
                </w:ffData>
              </w:fldChar>
            </w:r>
            <w:bookmarkStart w:id="8" w:name="Selectievakje14"/>
            <w:r w:rsidR="00390282" w:rsidRPr="00F16179">
              <w:rPr>
                <w:rFonts w:ascii="Calibri Light" w:hAnsi="Calibri Light" w:cs="Calibri Light"/>
                <w:lang w:val="en-GB"/>
              </w:rPr>
              <w:instrText xml:space="preserve"> FORMCHECKBOX </w:instrText>
            </w:r>
            <w:r w:rsidR="00390282" w:rsidRPr="00F16179">
              <w:rPr>
                <w:rFonts w:ascii="Calibri Light" w:hAnsi="Calibri Light" w:cs="Calibri Light"/>
                <w:lang w:val="en-GB"/>
              </w:rPr>
            </w:r>
            <w:r w:rsidR="00390282" w:rsidRPr="00F16179">
              <w:rPr>
                <w:rFonts w:ascii="Calibri Light" w:hAnsi="Calibri Light" w:cs="Calibri Light"/>
                <w:lang w:val="en-GB"/>
              </w:rPr>
              <w:fldChar w:fldCharType="separate"/>
            </w:r>
            <w:r w:rsidR="00390282" w:rsidRPr="00F16179">
              <w:rPr>
                <w:rFonts w:ascii="Calibri Light" w:hAnsi="Calibri Light" w:cs="Calibri Light"/>
                <w:lang w:val="en-GB"/>
              </w:rPr>
              <w:fldChar w:fldCharType="end"/>
            </w:r>
            <w:bookmarkEnd w:id="8"/>
            <w:r w:rsidR="00896312" w:rsidRPr="00F16179">
              <w:rPr>
                <w:rFonts w:ascii="Calibri Light" w:hAnsi="Calibri Light" w:cs="Calibri Light"/>
                <w:lang w:val="en-GB"/>
              </w:rPr>
              <w:t>Researcher</w:t>
            </w:r>
            <w:r w:rsidR="00166AFF" w:rsidRPr="00F16179">
              <w:rPr>
                <w:rFonts w:ascii="Calibri Light" w:hAnsi="Calibri Light" w:cs="Calibri Light"/>
                <w:lang w:val="en-GB"/>
              </w:rPr>
              <w:t>s</w:t>
            </w:r>
            <w:r w:rsidR="004E0BFC" w:rsidRPr="00F16179">
              <w:rPr>
                <w:rFonts w:ascii="Calibri Light" w:hAnsi="Calibri Light" w:cs="Calibri Light"/>
                <w:lang w:val="en-GB"/>
              </w:rPr>
              <w:t xml:space="preserve"> </w:t>
            </w:r>
            <w:r w:rsidR="004E0BFC" w:rsidRPr="00F16179">
              <w:rPr>
                <w:rFonts w:ascii="Calibri Light" w:hAnsi="Calibri Light" w:cs="Calibri Light"/>
                <w:lang w:val="en-GB"/>
              </w:rPr>
              <w:br/>
            </w:r>
            <w:r w:rsidR="00D86E12">
              <w:rPr>
                <w:rFonts w:ascii="Calibri Light" w:hAnsi="Calibri Light" w:cs="Calibri Light"/>
                <w:lang w:val="en-GB"/>
              </w:rPr>
              <w:lastRenderedPageBreak/>
              <w:fldChar w:fldCharType="begin">
                <w:ffData>
                  <w:name w:val="Selectievakje15"/>
                  <w:enabled/>
                  <w:calcOnExit w:val="0"/>
                  <w:checkBox>
                    <w:sizeAuto/>
                    <w:default w:val="0"/>
                  </w:checkBox>
                </w:ffData>
              </w:fldChar>
            </w:r>
            <w:bookmarkStart w:id="9" w:name="Selectievakje15"/>
            <w:r w:rsidR="00D86E12">
              <w:rPr>
                <w:rFonts w:ascii="Calibri Light" w:hAnsi="Calibri Light" w:cs="Calibri Light"/>
                <w:lang w:val="en-GB"/>
              </w:rPr>
              <w:instrText xml:space="preserve"> FORMCHECKBOX </w:instrText>
            </w:r>
            <w:r w:rsidR="00D86E12">
              <w:rPr>
                <w:rFonts w:ascii="Calibri Light" w:hAnsi="Calibri Light" w:cs="Calibri Light"/>
                <w:lang w:val="en-GB"/>
              </w:rPr>
            </w:r>
            <w:r w:rsidR="00D86E12">
              <w:rPr>
                <w:rFonts w:ascii="Calibri Light" w:hAnsi="Calibri Light" w:cs="Calibri Light"/>
                <w:lang w:val="en-GB"/>
              </w:rPr>
              <w:fldChar w:fldCharType="separate"/>
            </w:r>
            <w:r w:rsidR="00D86E12">
              <w:rPr>
                <w:rFonts w:ascii="Calibri Light" w:hAnsi="Calibri Light" w:cs="Calibri Light"/>
                <w:lang w:val="en-GB"/>
              </w:rPr>
              <w:fldChar w:fldCharType="end"/>
            </w:r>
            <w:bookmarkEnd w:id="9"/>
            <w:r w:rsidR="00166AFF" w:rsidRPr="00F16179">
              <w:rPr>
                <w:rFonts w:ascii="Calibri Light" w:hAnsi="Calibri Light" w:cs="Calibri Light"/>
                <w:lang w:val="en-GB"/>
              </w:rPr>
              <w:t>Students</w:t>
            </w:r>
            <w:r w:rsidR="004E0BFC" w:rsidRPr="00F16179">
              <w:rPr>
                <w:rFonts w:ascii="Calibri Light" w:hAnsi="Calibri Light" w:cs="Calibri Light"/>
                <w:lang w:val="en-GB"/>
              </w:rPr>
              <w:t xml:space="preserve"> </w:t>
            </w:r>
            <w:r w:rsidR="004E0BFC" w:rsidRPr="00F16179">
              <w:rPr>
                <w:rFonts w:ascii="Calibri Light" w:hAnsi="Calibri Light" w:cs="Calibri Light"/>
                <w:lang w:val="en-GB"/>
              </w:rPr>
              <w:br/>
            </w:r>
            <w:r w:rsidR="00D86E12">
              <w:rPr>
                <w:rFonts w:ascii="Calibri Light" w:hAnsi="Calibri Light" w:cs="Calibri Light"/>
                <w:lang w:val="en-GB"/>
              </w:rPr>
              <w:fldChar w:fldCharType="begin">
                <w:ffData>
                  <w:name w:val="Selectievakje16"/>
                  <w:enabled/>
                  <w:calcOnExit w:val="0"/>
                  <w:checkBox>
                    <w:sizeAuto/>
                    <w:default w:val="0"/>
                  </w:checkBox>
                </w:ffData>
              </w:fldChar>
            </w:r>
            <w:bookmarkStart w:id="10" w:name="Selectievakje16"/>
            <w:r w:rsidR="00D86E12">
              <w:rPr>
                <w:rFonts w:ascii="Calibri Light" w:hAnsi="Calibri Light" w:cs="Calibri Light"/>
                <w:lang w:val="en-GB"/>
              </w:rPr>
              <w:instrText xml:space="preserve"> FORMCHECKBOX </w:instrText>
            </w:r>
            <w:r w:rsidR="00D86E12">
              <w:rPr>
                <w:rFonts w:ascii="Calibri Light" w:hAnsi="Calibri Light" w:cs="Calibri Light"/>
                <w:lang w:val="en-GB"/>
              </w:rPr>
            </w:r>
            <w:r w:rsidR="00D86E12">
              <w:rPr>
                <w:rFonts w:ascii="Calibri Light" w:hAnsi="Calibri Light" w:cs="Calibri Light"/>
                <w:lang w:val="en-GB"/>
              </w:rPr>
              <w:fldChar w:fldCharType="separate"/>
            </w:r>
            <w:r w:rsidR="00D86E12">
              <w:rPr>
                <w:rFonts w:ascii="Calibri Light" w:hAnsi="Calibri Light" w:cs="Calibri Light"/>
                <w:lang w:val="en-GB"/>
              </w:rPr>
              <w:fldChar w:fldCharType="end"/>
            </w:r>
            <w:bookmarkEnd w:id="10"/>
            <w:r w:rsidR="00166AFF" w:rsidRPr="00F16179">
              <w:rPr>
                <w:rFonts w:ascii="Calibri Light" w:hAnsi="Calibri Light" w:cs="Calibri Light"/>
                <w:lang w:val="en-GB"/>
              </w:rPr>
              <w:t>Student Societies/organisations/clubs</w:t>
            </w:r>
          </w:p>
          <w:p w14:paraId="5EC31AAD" w14:textId="7DE3401A" w:rsidR="00896312" w:rsidRPr="00F16179" w:rsidRDefault="00896312" w:rsidP="004E0BFC">
            <w:pPr>
              <w:rPr>
                <w:rFonts w:ascii="Calibri Light" w:hAnsi="Calibri Light" w:cs="Calibri Light"/>
                <w:lang w:val="en-GB"/>
              </w:rPr>
            </w:pPr>
            <w:r w:rsidRPr="00F16179">
              <w:rPr>
                <w:rFonts w:ascii="Calibri Light" w:hAnsi="Calibri Light" w:cs="Calibri Light"/>
                <w:lang w:val="en-GB"/>
              </w:rPr>
              <w:fldChar w:fldCharType="begin">
                <w:ffData>
                  <w:name w:val="Selectievakje16"/>
                  <w:enabled/>
                  <w:calcOnExit w:val="0"/>
                  <w:checkBox>
                    <w:sizeAuto/>
                    <w:default w:val="0"/>
                  </w:checkBox>
                </w:ffData>
              </w:fldChar>
            </w:r>
            <w:r w:rsidRPr="00F16179">
              <w:rPr>
                <w:rFonts w:ascii="Calibri Light" w:hAnsi="Calibri Light" w:cs="Calibri Light"/>
                <w:lang w:val="en-GB"/>
              </w:rPr>
              <w:instrText xml:space="preserve"> FORMCHECKBOX </w:instrText>
            </w:r>
            <w:r w:rsidRPr="00F16179">
              <w:rPr>
                <w:rFonts w:ascii="Calibri Light" w:hAnsi="Calibri Light" w:cs="Calibri Light"/>
                <w:lang w:val="en-GB"/>
              </w:rPr>
            </w:r>
            <w:r w:rsidRPr="00F16179">
              <w:rPr>
                <w:rFonts w:ascii="Calibri Light" w:hAnsi="Calibri Light" w:cs="Calibri Light"/>
                <w:lang w:val="en-GB"/>
              </w:rPr>
              <w:fldChar w:fldCharType="separate"/>
            </w:r>
            <w:r w:rsidRPr="00F16179">
              <w:rPr>
                <w:rFonts w:ascii="Calibri Light" w:hAnsi="Calibri Light" w:cs="Calibri Light"/>
                <w:lang w:val="en-GB"/>
              </w:rPr>
              <w:fldChar w:fldCharType="end"/>
            </w:r>
            <w:r w:rsidRPr="00F16179">
              <w:rPr>
                <w:rFonts w:ascii="Calibri Light" w:hAnsi="Calibri Light" w:cs="Calibri Light"/>
                <w:lang w:val="en-GB"/>
              </w:rPr>
              <w:t>External partners</w:t>
            </w:r>
          </w:p>
          <w:p w14:paraId="2C347E92" w14:textId="124DE9D7" w:rsidR="000A3910" w:rsidRPr="00F16179" w:rsidRDefault="00F519A2" w:rsidP="004E0BFC">
            <w:pPr>
              <w:rPr>
                <w:rFonts w:ascii="Calibri Light" w:hAnsi="Calibri Light" w:cs="Calibri Light"/>
                <w:lang w:val="en-GB"/>
              </w:rPr>
            </w:pPr>
            <w:r>
              <w:rPr>
                <w:rFonts w:ascii="Calibri Light" w:hAnsi="Calibri Light" w:cs="Calibri Light"/>
                <w:lang w:val="en-GB"/>
              </w:rPr>
              <w:fldChar w:fldCharType="begin">
                <w:ffData>
                  <w:name w:val="Selectievakje17"/>
                  <w:enabled/>
                  <w:calcOnExit w:val="0"/>
                  <w:checkBox>
                    <w:sizeAuto/>
                    <w:default w:val="0"/>
                  </w:checkBox>
                </w:ffData>
              </w:fldChar>
            </w:r>
            <w:bookmarkStart w:id="11" w:name="Selectievakje17"/>
            <w:r>
              <w:rPr>
                <w:rFonts w:ascii="Calibri Light" w:hAnsi="Calibri Light" w:cs="Calibri Light"/>
                <w:lang w:val="en-GB"/>
              </w:rPr>
              <w:instrText xml:space="preserve"> FORMCHECKBOX </w:instrText>
            </w:r>
            <w:r>
              <w:rPr>
                <w:rFonts w:ascii="Calibri Light" w:hAnsi="Calibri Light" w:cs="Calibri Light"/>
                <w:lang w:val="en-GB"/>
              </w:rPr>
            </w:r>
            <w:r>
              <w:rPr>
                <w:rFonts w:ascii="Calibri Light" w:hAnsi="Calibri Light" w:cs="Calibri Light"/>
                <w:lang w:val="en-GB"/>
              </w:rPr>
              <w:fldChar w:fldCharType="separate"/>
            </w:r>
            <w:r>
              <w:rPr>
                <w:rFonts w:ascii="Calibri Light" w:hAnsi="Calibri Light" w:cs="Calibri Light"/>
                <w:lang w:val="en-GB"/>
              </w:rPr>
              <w:fldChar w:fldCharType="end"/>
            </w:r>
            <w:bookmarkEnd w:id="11"/>
            <w:r w:rsidR="000A3910" w:rsidRPr="00F16179">
              <w:rPr>
                <w:rFonts w:ascii="Calibri Light" w:hAnsi="Calibri Light" w:cs="Calibri Light"/>
                <w:lang w:val="en-GB"/>
              </w:rPr>
              <w:t xml:space="preserve">Other namely… </w:t>
            </w:r>
            <w:r w:rsidR="00AE0467">
              <w:rPr>
                <w:rFonts w:ascii="Calibri Light" w:hAnsi="Calibri Light" w:cs="Calibri Light"/>
                <w:lang w:val="en-GB"/>
              </w:rPr>
              <w:t>(Counselling/Chaplaincy Support)</w:t>
            </w:r>
          </w:p>
          <w:p w14:paraId="429C5149" w14:textId="40C4310B" w:rsidR="00896312" w:rsidRPr="000A3910" w:rsidRDefault="00896312" w:rsidP="004E0BFC">
            <w:pPr>
              <w:rPr>
                <w:rFonts w:ascii="Calibri Light" w:hAnsi="Calibri Light" w:cs="Calibri Light"/>
                <w:lang w:val="en-GB"/>
              </w:rPr>
            </w:pPr>
          </w:p>
        </w:tc>
      </w:tr>
      <w:tr w:rsidR="004E0BFC" w14:paraId="6A808EB3" w14:textId="77777777" w:rsidTr="2AFDC5A1">
        <w:tc>
          <w:tcPr>
            <w:tcW w:w="3823" w:type="dxa"/>
          </w:tcPr>
          <w:p w14:paraId="1EAB1171" w14:textId="525BD446" w:rsidR="004E0BFC" w:rsidRPr="000A3910" w:rsidRDefault="004E0BFC" w:rsidP="004E0BFC">
            <w:pPr>
              <w:rPr>
                <w:rFonts w:ascii="Calibri Light" w:hAnsi="Calibri Light" w:cs="Calibri Light"/>
                <w:lang w:val="en-GB"/>
              </w:rPr>
            </w:pPr>
            <w:r w:rsidRPr="000A3910">
              <w:rPr>
                <w:rFonts w:ascii="Calibri Light" w:hAnsi="Calibri Light" w:cs="Calibri Light"/>
                <w:lang w:val="en-GB"/>
              </w:rPr>
              <w:lastRenderedPageBreak/>
              <w:t>Is the activity individual or group-based?</w:t>
            </w:r>
          </w:p>
        </w:tc>
        <w:tc>
          <w:tcPr>
            <w:tcW w:w="4961" w:type="dxa"/>
          </w:tcPr>
          <w:p w14:paraId="23C8D42D" w14:textId="58558EE9" w:rsidR="00F82504" w:rsidRPr="000A3910" w:rsidRDefault="00AE0467" w:rsidP="004B1670">
            <w:pPr>
              <w:rPr>
                <w:rFonts w:ascii="Calibri Light" w:hAnsi="Calibri Light" w:cs="Calibri Light"/>
                <w:lang w:val="en-GB"/>
              </w:rPr>
            </w:pPr>
            <w:r>
              <w:rPr>
                <w:rFonts w:ascii="Segoe UI Symbol" w:hAnsi="Segoe UI Symbol" w:cs="Segoe UI Symbol"/>
                <w:lang w:val="en-GB"/>
              </w:rPr>
              <w:fldChar w:fldCharType="begin">
                <w:ffData>
                  <w:name w:val="Selectievakje18"/>
                  <w:enabled/>
                  <w:calcOnExit w:val="0"/>
                  <w:checkBox>
                    <w:sizeAuto/>
                    <w:default w:val="1"/>
                  </w:checkBox>
                </w:ffData>
              </w:fldChar>
            </w:r>
            <w:bookmarkStart w:id="12" w:name="Selectievakje18"/>
            <w:r>
              <w:rPr>
                <w:rFonts w:ascii="Segoe UI Symbol" w:hAnsi="Segoe UI Symbol" w:cs="Segoe UI Symbol"/>
                <w:lang w:val="en-GB"/>
              </w:rPr>
              <w:instrText xml:space="preserve"> FORMCHECKBOX </w:instrText>
            </w:r>
            <w:r>
              <w:rPr>
                <w:rFonts w:ascii="Segoe UI Symbol" w:hAnsi="Segoe UI Symbol" w:cs="Segoe UI Symbol"/>
                <w:lang w:val="en-GB"/>
              </w:rPr>
            </w:r>
            <w:r>
              <w:rPr>
                <w:rFonts w:ascii="Segoe UI Symbol" w:hAnsi="Segoe UI Symbol" w:cs="Segoe UI Symbol"/>
                <w:lang w:val="en-GB"/>
              </w:rPr>
              <w:fldChar w:fldCharType="separate"/>
            </w:r>
            <w:r>
              <w:rPr>
                <w:rFonts w:ascii="Segoe UI Symbol" w:hAnsi="Segoe UI Symbol" w:cs="Segoe UI Symbol"/>
                <w:lang w:val="en-GB"/>
              </w:rPr>
              <w:fldChar w:fldCharType="end"/>
            </w:r>
            <w:bookmarkEnd w:id="12"/>
            <w:r w:rsidR="004E0BFC" w:rsidRPr="000A3910">
              <w:rPr>
                <w:rFonts w:ascii="Calibri Light" w:hAnsi="Calibri Light" w:cs="Calibri Light"/>
                <w:lang w:val="en-GB"/>
              </w:rPr>
              <w:t xml:space="preserve">Individual </w:t>
            </w:r>
            <w:r w:rsidR="00D86E12">
              <w:rPr>
                <w:rFonts w:ascii="Segoe UI Symbol" w:hAnsi="Segoe UI Symbol" w:cs="Segoe UI Symbol"/>
                <w:lang w:val="en-GB"/>
              </w:rPr>
              <w:fldChar w:fldCharType="begin">
                <w:ffData>
                  <w:name w:val=""/>
                  <w:enabled/>
                  <w:calcOnExit w:val="0"/>
                  <w:checkBox>
                    <w:sizeAuto/>
                    <w:default w:val="0"/>
                  </w:checkBox>
                </w:ffData>
              </w:fldChar>
            </w:r>
            <w:r w:rsidR="00D86E12">
              <w:rPr>
                <w:rFonts w:ascii="Segoe UI Symbol" w:hAnsi="Segoe UI Symbol" w:cs="Segoe UI Symbol"/>
                <w:lang w:val="en-GB"/>
              </w:rPr>
              <w:instrText xml:space="preserve"> FORMCHECKBOX </w:instrText>
            </w:r>
            <w:r w:rsidR="00D86E12">
              <w:rPr>
                <w:rFonts w:ascii="Segoe UI Symbol" w:hAnsi="Segoe UI Symbol" w:cs="Segoe UI Symbol"/>
                <w:lang w:val="en-GB"/>
              </w:rPr>
            </w:r>
            <w:r w:rsidR="00D86E12">
              <w:rPr>
                <w:rFonts w:ascii="Segoe UI Symbol" w:hAnsi="Segoe UI Symbol" w:cs="Segoe UI Symbol"/>
                <w:lang w:val="en-GB"/>
              </w:rPr>
              <w:fldChar w:fldCharType="separate"/>
            </w:r>
            <w:r w:rsidR="00D86E12">
              <w:rPr>
                <w:rFonts w:ascii="Segoe UI Symbol" w:hAnsi="Segoe UI Symbol" w:cs="Segoe UI Symbol"/>
                <w:lang w:val="en-GB"/>
              </w:rPr>
              <w:fldChar w:fldCharType="end"/>
            </w:r>
            <w:r w:rsidR="004E0BFC" w:rsidRPr="000A3910">
              <w:rPr>
                <w:rFonts w:ascii="Calibri Light" w:hAnsi="Calibri Light" w:cs="Calibri Light"/>
                <w:lang w:val="en-GB"/>
              </w:rPr>
              <w:t>Group</w:t>
            </w:r>
          </w:p>
        </w:tc>
      </w:tr>
      <w:tr w:rsidR="004E0BFC" w14:paraId="0E9D640B" w14:textId="77777777" w:rsidTr="2AFDC5A1">
        <w:tc>
          <w:tcPr>
            <w:tcW w:w="3823" w:type="dxa"/>
          </w:tcPr>
          <w:p w14:paraId="60EF4663" w14:textId="5ABCED12" w:rsidR="004E0BFC" w:rsidRPr="000A3910" w:rsidRDefault="004E0BFC" w:rsidP="004E0BFC">
            <w:pPr>
              <w:rPr>
                <w:rFonts w:ascii="Calibri Light" w:hAnsi="Calibri Light" w:cs="Calibri Light"/>
                <w:lang w:val="en-GB"/>
              </w:rPr>
            </w:pPr>
            <w:r w:rsidRPr="000A3910">
              <w:rPr>
                <w:rFonts w:ascii="Calibri Light" w:hAnsi="Calibri Light" w:cs="Calibri Light"/>
                <w:lang w:val="en-GB"/>
              </w:rPr>
              <w:t>Is participation voluntary or mandatory?</w:t>
            </w:r>
          </w:p>
        </w:tc>
        <w:tc>
          <w:tcPr>
            <w:tcW w:w="4961" w:type="dxa"/>
          </w:tcPr>
          <w:p w14:paraId="2CBCC424" w14:textId="31A82FE3" w:rsidR="004E0BFC" w:rsidRDefault="00435785" w:rsidP="004E0BFC">
            <w:pPr>
              <w:rPr>
                <w:rFonts w:ascii="Calibri Light" w:hAnsi="Calibri Light" w:cs="Calibri Light"/>
                <w:lang w:val="en-GB"/>
              </w:rPr>
            </w:pPr>
            <w:r>
              <w:rPr>
                <w:rFonts w:ascii="Segoe UI Symbol" w:hAnsi="Segoe UI Symbol" w:cs="Segoe UI Symbol"/>
                <w:lang w:val="en-GB"/>
              </w:rPr>
              <w:fldChar w:fldCharType="begin">
                <w:ffData>
                  <w:name w:val=""/>
                  <w:enabled/>
                  <w:calcOnExit w:val="0"/>
                  <w:checkBox>
                    <w:sizeAuto/>
                    <w:default w:val="1"/>
                  </w:checkBox>
                </w:ffData>
              </w:fldChar>
            </w:r>
            <w:r>
              <w:rPr>
                <w:rFonts w:ascii="Segoe UI Symbol" w:hAnsi="Segoe UI Symbol" w:cs="Segoe UI Symbol"/>
                <w:lang w:val="en-GB"/>
              </w:rPr>
              <w:instrText xml:space="preserve"> FORMCHECKBOX </w:instrText>
            </w:r>
            <w:r>
              <w:rPr>
                <w:rFonts w:ascii="Segoe UI Symbol" w:hAnsi="Segoe UI Symbol" w:cs="Segoe UI Symbol"/>
                <w:lang w:val="en-GB"/>
              </w:rPr>
            </w:r>
            <w:r>
              <w:rPr>
                <w:rFonts w:ascii="Segoe UI Symbol" w:hAnsi="Segoe UI Symbol" w:cs="Segoe UI Symbol"/>
                <w:lang w:val="en-GB"/>
              </w:rPr>
              <w:fldChar w:fldCharType="separate"/>
            </w:r>
            <w:r>
              <w:rPr>
                <w:rFonts w:ascii="Segoe UI Symbol" w:hAnsi="Segoe UI Symbol" w:cs="Segoe UI Symbol"/>
                <w:lang w:val="en-GB"/>
              </w:rPr>
              <w:fldChar w:fldCharType="end"/>
            </w:r>
            <w:r w:rsidR="004E0BFC" w:rsidRPr="000A3910">
              <w:rPr>
                <w:rFonts w:ascii="Calibri Light" w:hAnsi="Calibri Light" w:cs="Calibri Light"/>
                <w:lang w:val="en-GB"/>
              </w:rPr>
              <w:t xml:space="preserve">Voluntary </w:t>
            </w:r>
            <w:r w:rsidR="00390282">
              <w:rPr>
                <w:rFonts w:ascii="Segoe UI Symbol" w:hAnsi="Segoe UI Symbol" w:cs="Segoe UI Symbol"/>
                <w:lang w:val="en-GB"/>
              </w:rPr>
              <w:fldChar w:fldCharType="begin">
                <w:ffData>
                  <w:name w:val="Selectievakje18"/>
                  <w:enabled/>
                  <w:calcOnExit w:val="0"/>
                  <w:checkBox>
                    <w:sizeAuto/>
                    <w:default w:val="0"/>
                  </w:checkBox>
                </w:ffData>
              </w:fldChar>
            </w:r>
            <w:r w:rsidR="00390282">
              <w:rPr>
                <w:rFonts w:ascii="Segoe UI Symbol" w:hAnsi="Segoe UI Symbol" w:cs="Segoe UI Symbol"/>
                <w:lang w:val="en-GB"/>
              </w:rPr>
              <w:instrText xml:space="preserve"> FORMCHECKBOX </w:instrText>
            </w:r>
            <w:r w:rsidR="00390282">
              <w:rPr>
                <w:rFonts w:ascii="Segoe UI Symbol" w:hAnsi="Segoe UI Symbol" w:cs="Segoe UI Symbol"/>
                <w:lang w:val="en-GB"/>
              </w:rPr>
            </w:r>
            <w:r w:rsidR="00390282">
              <w:rPr>
                <w:rFonts w:ascii="Segoe UI Symbol" w:hAnsi="Segoe UI Symbol" w:cs="Segoe UI Symbol"/>
                <w:lang w:val="en-GB"/>
              </w:rPr>
              <w:fldChar w:fldCharType="separate"/>
            </w:r>
            <w:r w:rsidR="00390282">
              <w:rPr>
                <w:rFonts w:ascii="Segoe UI Symbol" w:hAnsi="Segoe UI Symbol" w:cs="Segoe UI Symbol"/>
                <w:lang w:val="en-GB"/>
              </w:rPr>
              <w:fldChar w:fldCharType="end"/>
            </w:r>
            <w:r w:rsidR="004E0BFC" w:rsidRPr="000A3910">
              <w:rPr>
                <w:rFonts w:ascii="Calibri Light" w:hAnsi="Calibri Light" w:cs="Calibri Light"/>
                <w:lang w:val="en-GB"/>
              </w:rPr>
              <w:t>Mandatory</w:t>
            </w:r>
          </w:p>
          <w:p w14:paraId="566C2A3E" w14:textId="11E0091A" w:rsidR="00F82504" w:rsidRPr="000A3910" w:rsidRDefault="00F82504" w:rsidP="004E0BFC">
            <w:pPr>
              <w:rPr>
                <w:rFonts w:ascii="Calibri Light" w:hAnsi="Calibri Light" w:cs="Calibri Light"/>
                <w:lang w:val="en-GB"/>
              </w:rPr>
            </w:pPr>
          </w:p>
        </w:tc>
      </w:tr>
      <w:tr w:rsidR="004E0BFC" w14:paraId="6BA22D21" w14:textId="77777777" w:rsidTr="2AFDC5A1">
        <w:trPr>
          <w:trHeight w:val="300"/>
        </w:trPr>
        <w:tc>
          <w:tcPr>
            <w:tcW w:w="3823" w:type="dxa"/>
          </w:tcPr>
          <w:p w14:paraId="4713B377" w14:textId="0E6651B8" w:rsidR="004E0BFC" w:rsidRPr="000A3910" w:rsidRDefault="004E0BFC" w:rsidP="004E0BFC">
            <w:pPr>
              <w:rPr>
                <w:rFonts w:ascii="Calibri Light" w:hAnsi="Calibri Light" w:cs="Calibri Light"/>
                <w:lang w:val="en-GB"/>
              </w:rPr>
            </w:pPr>
            <w:r w:rsidRPr="11939C16">
              <w:rPr>
                <w:rFonts w:ascii="Calibri Light" w:hAnsi="Calibri Light" w:cs="Calibri Light"/>
                <w:lang w:val="en-GB"/>
              </w:rPr>
              <w:t xml:space="preserve">Is the activity </w:t>
            </w:r>
            <w:proofErr w:type="spellStart"/>
            <w:r w:rsidRPr="11939C16">
              <w:rPr>
                <w:rFonts w:ascii="Calibri Light" w:hAnsi="Calibri Light" w:cs="Calibri Light"/>
                <w:lang w:val="en-GB"/>
              </w:rPr>
              <w:t>intracurricular</w:t>
            </w:r>
            <w:proofErr w:type="spellEnd"/>
            <w:r w:rsidRPr="11939C16">
              <w:rPr>
                <w:rFonts w:ascii="Calibri Light" w:hAnsi="Calibri Light" w:cs="Calibri Light"/>
                <w:lang w:val="en-GB"/>
              </w:rPr>
              <w:t xml:space="preserve"> or extracurricular?</w:t>
            </w:r>
          </w:p>
        </w:tc>
        <w:tc>
          <w:tcPr>
            <w:tcW w:w="4961" w:type="dxa"/>
          </w:tcPr>
          <w:p w14:paraId="356CEF65" w14:textId="77777777" w:rsidR="00F82504" w:rsidRDefault="00390282" w:rsidP="004E0BFC">
            <w:pPr>
              <w:rPr>
                <w:rFonts w:ascii="Calibri Light" w:hAnsi="Calibri Light" w:cs="Calibri Light"/>
                <w:lang w:val="en-GB"/>
              </w:rPr>
            </w:pPr>
            <w:r>
              <w:rPr>
                <w:rFonts w:ascii="Segoe UI Symbol" w:hAnsi="Segoe UI Symbol" w:cs="Segoe UI Symbol"/>
                <w:lang w:val="en-GB"/>
              </w:rPr>
              <w:fldChar w:fldCharType="begin">
                <w:ffData>
                  <w:name w:val="Selectievakje18"/>
                  <w:enabled/>
                  <w:calcOnExit w:val="0"/>
                  <w:checkBox>
                    <w:sizeAuto/>
                    <w:default w:val="0"/>
                  </w:checkBox>
                </w:ffData>
              </w:fldChar>
            </w:r>
            <w:r>
              <w:rPr>
                <w:rFonts w:ascii="Segoe UI Symbol" w:hAnsi="Segoe UI Symbol" w:cs="Segoe UI Symbol"/>
                <w:lang w:val="en-GB"/>
              </w:rPr>
              <w:instrText xml:space="preserve"> FORMCHECKBOX </w:instrText>
            </w:r>
            <w:r>
              <w:rPr>
                <w:rFonts w:ascii="Segoe UI Symbol" w:hAnsi="Segoe UI Symbol" w:cs="Segoe UI Symbol"/>
                <w:lang w:val="en-GB"/>
              </w:rPr>
            </w:r>
            <w:r>
              <w:rPr>
                <w:rFonts w:ascii="Segoe UI Symbol" w:hAnsi="Segoe UI Symbol" w:cs="Segoe UI Symbol"/>
                <w:lang w:val="en-GB"/>
              </w:rPr>
              <w:fldChar w:fldCharType="separate"/>
            </w:r>
            <w:r>
              <w:rPr>
                <w:rFonts w:ascii="Segoe UI Symbol" w:hAnsi="Segoe UI Symbol" w:cs="Segoe UI Symbol"/>
                <w:lang w:val="en-GB"/>
              </w:rPr>
              <w:fldChar w:fldCharType="end"/>
            </w:r>
            <w:proofErr w:type="spellStart"/>
            <w:r w:rsidR="004E0BFC" w:rsidRPr="000A3910">
              <w:rPr>
                <w:rFonts w:ascii="Calibri Light" w:hAnsi="Calibri Light" w:cs="Calibri Light"/>
                <w:lang w:val="en-GB"/>
              </w:rPr>
              <w:t>Intracurricular</w:t>
            </w:r>
            <w:proofErr w:type="spellEnd"/>
            <w:r w:rsidR="00F82504">
              <w:rPr>
                <w:rFonts w:ascii="Calibri Light" w:hAnsi="Calibri Light" w:cs="Calibri Light"/>
                <w:lang w:val="en-GB"/>
              </w:rPr>
              <w:t xml:space="preserve"> (with ECTS credits)</w:t>
            </w:r>
          </w:p>
          <w:p w14:paraId="3FA776F7" w14:textId="51C75163" w:rsidR="00F82504" w:rsidRDefault="00435785" w:rsidP="004E0BFC">
            <w:pPr>
              <w:rPr>
                <w:rFonts w:ascii="Calibri Light" w:hAnsi="Calibri Light" w:cs="Calibri Light"/>
                <w:lang w:val="en-GB"/>
              </w:rPr>
            </w:pPr>
            <w:r>
              <w:rPr>
                <w:rFonts w:ascii="Segoe UI Symbol" w:hAnsi="Segoe UI Symbol" w:cs="Segoe UI Symbol"/>
                <w:lang w:val="en-GB"/>
              </w:rPr>
              <w:fldChar w:fldCharType="begin">
                <w:ffData>
                  <w:name w:val=""/>
                  <w:enabled/>
                  <w:calcOnExit w:val="0"/>
                  <w:checkBox>
                    <w:sizeAuto/>
                    <w:default w:val="1"/>
                  </w:checkBox>
                </w:ffData>
              </w:fldChar>
            </w:r>
            <w:r>
              <w:rPr>
                <w:rFonts w:ascii="Segoe UI Symbol" w:hAnsi="Segoe UI Symbol" w:cs="Segoe UI Symbol"/>
                <w:lang w:val="en-GB"/>
              </w:rPr>
              <w:instrText xml:space="preserve"> FORMCHECKBOX </w:instrText>
            </w:r>
            <w:r>
              <w:rPr>
                <w:rFonts w:ascii="Segoe UI Symbol" w:hAnsi="Segoe UI Symbol" w:cs="Segoe UI Symbol"/>
                <w:lang w:val="en-GB"/>
              </w:rPr>
            </w:r>
            <w:r>
              <w:rPr>
                <w:rFonts w:ascii="Segoe UI Symbol" w:hAnsi="Segoe UI Symbol" w:cs="Segoe UI Symbol"/>
                <w:lang w:val="en-GB"/>
              </w:rPr>
              <w:fldChar w:fldCharType="separate"/>
            </w:r>
            <w:r>
              <w:rPr>
                <w:rFonts w:ascii="Segoe UI Symbol" w:hAnsi="Segoe UI Symbol" w:cs="Segoe UI Symbol"/>
                <w:lang w:val="en-GB"/>
              </w:rPr>
              <w:fldChar w:fldCharType="end"/>
            </w:r>
            <w:r w:rsidR="004E0BFC" w:rsidRPr="000A3910">
              <w:rPr>
                <w:rFonts w:ascii="Calibri Light" w:hAnsi="Calibri Light" w:cs="Calibri Light"/>
                <w:lang w:val="en-GB"/>
              </w:rPr>
              <w:t xml:space="preserve">Extracurricular </w:t>
            </w:r>
          </w:p>
          <w:p w14:paraId="59D8C248" w14:textId="52109693" w:rsidR="00F82504" w:rsidRPr="000A3910" w:rsidRDefault="00390282" w:rsidP="00F519A2">
            <w:pPr>
              <w:rPr>
                <w:rFonts w:ascii="Calibri Light" w:hAnsi="Calibri Light" w:cs="Calibri Light"/>
                <w:lang w:val="en-GB"/>
              </w:rPr>
            </w:pPr>
            <w:r>
              <w:rPr>
                <w:rFonts w:ascii="Segoe UI Symbol" w:hAnsi="Segoe UI Symbol" w:cs="Segoe UI Symbol"/>
                <w:lang w:val="en-GB"/>
              </w:rPr>
              <w:fldChar w:fldCharType="begin">
                <w:ffData>
                  <w:name w:val="Selectievakje18"/>
                  <w:enabled/>
                  <w:calcOnExit w:val="0"/>
                  <w:checkBox>
                    <w:sizeAuto/>
                    <w:default w:val="0"/>
                  </w:checkBox>
                </w:ffData>
              </w:fldChar>
            </w:r>
            <w:r>
              <w:rPr>
                <w:rFonts w:ascii="Segoe UI Symbol" w:hAnsi="Segoe UI Symbol" w:cs="Segoe UI Symbol"/>
                <w:lang w:val="en-GB"/>
              </w:rPr>
              <w:instrText xml:space="preserve"> FORMCHECKBOX </w:instrText>
            </w:r>
            <w:r>
              <w:rPr>
                <w:rFonts w:ascii="Segoe UI Symbol" w:hAnsi="Segoe UI Symbol" w:cs="Segoe UI Symbol"/>
                <w:lang w:val="en-GB"/>
              </w:rPr>
            </w:r>
            <w:r>
              <w:rPr>
                <w:rFonts w:ascii="Segoe UI Symbol" w:hAnsi="Segoe UI Symbol" w:cs="Segoe UI Symbol"/>
                <w:lang w:val="en-GB"/>
              </w:rPr>
              <w:fldChar w:fldCharType="separate"/>
            </w:r>
            <w:r>
              <w:rPr>
                <w:rFonts w:ascii="Segoe UI Symbol" w:hAnsi="Segoe UI Symbol" w:cs="Segoe UI Symbol"/>
                <w:lang w:val="en-GB"/>
              </w:rPr>
              <w:fldChar w:fldCharType="end"/>
            </w:r>
            <w:r w:rsidR="004E0BFC" w:rsidRPr="000A3910">
              <w:rPr>
                <w:rFonts w:ascii="Calibri Light" w:hAnsi="Calibri Light" w:cs="Calibri Light"/>
                <w:lang w:val="en-GB"/>
              </w:rPr>
              <w:t>Both</w:t>
            </w:r>
          </w:p>
        </w:tc>
      </w:tr>
      <w:tr w:rsidR="004E0BFC" w14:paraId="5F2B528A" w14:textId="77777777" w:rsidTr="2AFDC5A1">
        <w:tc>
          <w:tcPr>
            <w:tcW w:w="3823" w:type="dxa"/>
          </w:tcPr>
          <w:p w14:paraId="47AA372F" w14:textId="14F15CBF" w:rsidR="004E0BFC" w:rsidRPr="000A3910" w:rsidRDefault="004E0BFC" w:rsidP="004E0BFC">
            <w:pPr>
              <w:rPr>
                <w:rFonts w:ascii="Calibri Light" w:hAnsi="Calibri Light" w:cs="Calibri Light"/>
                <w:lang w:val="en-GB"/>
              </w:rPr>
            </w:pPr>
            <w:r w:rsidRPr="000A3910">
              <w:rPr>
                <w:rFonts w:ascii="Calibri Light" w:hAnsi="Calibri Light" w:cs="Calibri Light"/>
                <w:lang w:val="en-GB"/>
              </w:rPr>
              <w:t>In what format is the activity delivered?</w:t>
            </w:r>
          </w:p>
        </w:tc>
        <w:tc>
          <w:tcPr>
            <w:tcW w:w="4961" w:type="dxa"/>
          </w:tcPr>
          <w:p w14:paraId="4A52E302" w14:textId="0A08B1E5" w:rsidR="004E0BFC" w:rsidRPr="00F82504" w:rsidRDefault="00435785" w:rsidP="5ED244E1">
            <w:pPr>
              <w:rPr>
                <w:rFonts w:ascii="Calibri Light" w:hAnsi="Calibri Light" w:cs="Calibri Light"/>
                <w:lang w:val="en-GB"/>
              </w:rPr>
            </w:pPr>
            <w:r>
              <w:rPr>
                <w:rFonts w:ascii="Calibri Light" w:hAnsi="Calibri Light" w:cs="Calibri Light"/>
                <w:lang w:val="en-GB"/>
              </w:rPr>
              <w:fldChar w:fldCharType="begin">
                <w:ffData>
                  <w:name w:val=""/>
                  <w:enabled/>
                  <w:calcOnExit w:val="0"/>
                  <w:checkBox>
                    <w:sizeAuto/>
                    <w:default w:val="1"/>
                  </w:checkBox>
                </w:ffData>
              </w:fldChar>
            </w:r>
            <w:r>
              <w:rPr>
                <w:rFonts w:ascii="Calibri Light" w:hAnsi="Calibri Light" w:cs="Calibri Light"/>
                <w:lang w:val="en-GB"/>
              </w:rPr>
              <w:instrText xml:space="preserve"> FORMCHECKBOX </w:instrText>
            </w:r>
            <w:r>
              <w:rPr>
                <w:rFonts w:ascii="Calibri Light" w:hAnsi="Calibri Light" w:cs="Calibri Light"/>
                <w:lang w:val="en-GB"/>
              </w:rPr>
            </w:r>
            <w:r>
              <w:rPr>
                <w:rFonts w:ascii="Calibri Light" w:hAnsi="Calibri Light" w:cs="Calibri Light"/>
                <w:lang w:val="en-GB"/>
              </w:rPr>
              <w:fldChar w:fldCharType="separate"/>
            </w:r>
            <w:r>
              <w:rPr>
                <w:rFonts w:ascii="Calibri Light" w:hAnsi="Calibri Light" w:cs="Calibri Light"/>
                <w:lang w:val="en-GB"/>
              </w:rPr>
              <w:fldChar w:fldCharType="end"/>
            </w:r>
            <w:r w:rsidR="578BCC71" w:rsidRPr="00F82504">
              <w:rPr>
                <w:rFonts w:ascii="Calibri Light" w:hAnsi="Calibri Light" w:cs="Calibri Light"/>
                <w:lang w:val="en-GB"/>
              </w:rPr>
              <w:t>On campus (live)</w:t>
            </w:r>
            <w:r w:rsidR="004E0BFC" w:rsidRPr="00F82504">
              <w:rPr>
                <w:rFonts w:ascii="Calibri Light" w:hAnsi="Calibri Light" w:cs="Calibri Light"/>
                <w:lang w:val="en-GB"/>
              </w:rPr>
              <w:t xml:space="preserve"> </w:t>
            </w:r>
            <w:r w:rsidR="000A3910" w:rsidRPr="00F82504">
              <w:rPr>
                <w:rFonts w:ascii="Calibri Light" w:hAnsi="Calibri Light" w:cs="Calibri Light"/>
                <w:lang w:val="en-GB"/>
              </w:rPr>
              <w:br/>
            </w:r>
            <w:r w:rsidR="002D2D4C">
              <w:rPr>
                <w:rFonts w:ascii="Calibri Light" w:hAnsi="Calibri Light" w:cs="Calibri Light"/>
                <w:lang w:val="en-GB"/>
              </w:rPr>
              <w:fldChar w:fldCharType="begin">
                <w:ffData>
                  <w:name w:val=""/>
                  <w:enabled/>
                  <w:calcOnExit w:val="0"/>
                  <w:checkBox>
                    <w:sizeAuto/>
                    <w:default w:val="1"/>
                  </w:checkBox>
                </w:ffData>
              </w:fldChar>
            </w:r>
            <w:r w:rsidR="002D2D4C">
              <w:rPr>
                <w:rFonts w:ascii="Calibri Light" w:hAnsi="Calibri Light" w:cs="Calibri Light"/>
                <w:lang w:val="en-GB"/>
              </w:rPr>
              <w:instrText xml:space="preserve"> FORMCHECKBOX </w:instrText>
            </w:r>
            <w:r w:rsidR="002D2D4C">
              <w:rPr>
                <w:rFonts w:ascii="Calibri Light" w:hAnsi="Calibri Light" w:cs="Calibri Light"/>
                <w:lang w:val="en-GB"/>
              </w:rPr>
            </w:r>
            <w:r w:rsidR="002D2D4C">
              <w:rPr>
                <w:rFonts w:ascii="Calibri Light" w:hAnsi="Calibri Light" w:cs="Calibri Light"/>
                <w:lang w:val="en-GB"/>
              </w:rPr>
              <w:fldChar w:fldCharType="separate"/>
            </w:r>
            <w:r w:rsidR="002D2D4C">
              <w:rPr>
                <w:rFonts w:ascii="Calibri Light" w:hAnsi="Calibri Light" w:cs="Calibri Light"/>
                <w:lang w:val="en-GB"/>
              </w:rPr>
              <w:fldChar w:fldCharType="end"/>
            </w:r>
            <w:r w:rsidR="004E0BFC" w:rsidRPr="00F82504">
              <w:rPr>
                <w:rFonts w:ascii="Calibri Light" w:hAnsi="Calibri Light" w:cs="Calibri Light"/>
                <w:lang w:val="en-GB"/>
              </w:rPr>
              <w:t xml:space="preserve">Online </w:t>
            </w:r>
            <w:r w:rsidR="000A3910" w:rsidRPr="00F82504">
              <w:rPr>
                <w:rFonts w:ascii="Calibri Light" w:hAnsi="Calibri Light" w:cs="Calibri Light"/>
                <w:lang w:val="en-GB"/>
              </w:rPr>
              <w:br/>
            </w:r>
            <w:r w:rsidR="00D86E12">
              <w:rPr>
                <w:rFonts w:ascii="Calibri Light" w:hAnsi="Calibri Light" w:cs="Calibri Light"/>
                <w:lang w:val="en-GB"/>
              </w:rPr>
              <w:fldChar w:fldCharType="begin">
                <w:ffData>
                  <w:name w:val=""/>
                  <w:enabled/>
                  <w:calcOnExit w:val="0"/>
                  <w:checkBox>
                    <w:sizeAuto/>
                    <w:default w:val="1"/>
                  </w:checkBox>
                </w:ffData>
              </w:fldChar>
            </w:r>
            <w:r w:rsidR="00D86E12">
              <w:rPr>
                <w:rFonts w:ascii="Calibri Light" w:hAnsi="Calibri Light" w:cs="Calibri Light"/>
                <w:lang w:val="en-GB"/>
              </w:rPr>
              <w:instrText xml:space="preserve"> FORMCHECKBOX </w:instrText>
            </w:r>
            <w:r w:rsidR="00D86E12">
              <w:rPr>
                <w:rFonts w:ascii="Calibri Light" w:hAnsi="Calibri Light" w:cs="Calibri Light"/>
                <w:lang w:val="en-GB"/>
              </w:rPr>
            </w:r>
            <w:r w:rsidR="00D86E12">
              <w:rPr>
                <w:rFonts w:ascii="Calibri Light" w:hAnsi="Calibri Light" w:cs="Calibri Light"/>
                <w:lang w:val="en-GB"/>
              </w:rPr>
              <w:fldChar w:fldCharType="separate"/>
            </w:r>
            <w:r w:rsidR="00D86E12">
              <w:rPr>
                <w:rFonts w:ascii="Calibri Light" w:hAnsi="Calibri Light" w:cs="Calibri Light"/>
                <w:lang w:val="en-GB"/>
              </w:rPr>
              <w:fldChar w:fldCharType="end"/>
            </w:r>
            <w:r w:rsidR="004E0BFC" w:rsidRPr="00F82504">
              <w:rPr>
                <w:rFonts w:ascii="Calibri Light" w:hAnsi="Calibri Light" w:cs="Calibri Light"/>
                <w:lang w:val="en-GB"/>
              </w:rPr>
              <w:t xml:space="preserve">Blended </w:t>
            </w:r>
            <w:r w:rsidR="000A3910" w:rsidRPr="00F82504">
              <w:rPr>
                <w:rFonts w:ascii="Calibri Light" w:hAnsi="Calibri Light" w:cs="Calibri Light"/>
                <w:lang w:val="en-GB"/>
              </w:rPr>
              <w:br/>
            </w:r>
            <w:r w:rsidR="00D86E12">
              <w:rPr>
                <w:rFonts w:ascii="Calibri Light" w:hAnsi="Calibri Light" w:cs="Calibri Light"/>
                <w:lang w:val="en-GB"/>
              </w:rPr>
              <w:fldChar w:fldCharType="begin">
                <w:ffData>
                  <w:name w:val=""/>
                  <w:enabled/>
                  <w:calcOnExit w:val="0"/>
                  <w:checkBox>
                    <w:sizeAuto/>
                    <w:default w:val="1"/>
                  </w:checkBox>
                </w:ffData>
              </w:fldChar>
            </w:r>
            <w:r w:rsidR="00D86E12">
              <w:rPr>
                <w:rFonts w:ascii="Calibri Light" w:hAnsi="Calibri Light" w:cs="Calibri Light"/>
                <w:lang w:val="en-GB"/>
              </w:rPr>
              <w:instrText xml:space="preserve"> FORMCHECKBOX </w:instrText>
            </w:r>
            <w:r w:rsidR="00D86E12">
              <w:rPr>
                <w:rFonts w:ascii="Calibri Light" w:hAnsi="Calibri Light" w:cs="Calibri Light"/>
                <w:lang w:val="en-GB"/>
              </w:rPr>
            </w:r>
            <w:r w:rsidR="00D86E12">
              <w:rPr>
                <w:rFonts w:ascii="Calibri Light" w:hAnsi="Calibri Light" w:cs="Calibri Light"/>
                <w:lang w:val="en-GB"/>
              </w:rPr>
              <w:fldChar w:fldCharType="separate"/>
            </w:r>
            <w:r w:rsidR="00D86E12">
              <w:rPr>
                <w:rFonts w:ascii="Calibri Light" w:hAnsi="Calibri Light" w:cs="Calibri Light"/>
                <w:lang w:val="en-GB"/>
              </w:rPr>
              <w:fldChar w:fldCharType="end"/>
            </w:r>
            <w:r w:rsidR="004E0BFC" w:rsidRPr="00F82504">
              <w:rPr>
                <w:rFonts w:ascii="Calibri Light" w:hAnsi="Calibri Light" w:cs="Calibri Light"/>
                <w:lang w:val="en-GB"/>
              </w:rPr>
              <w:t>Asynchronous</w:t>
            </w:r>
            <w:r w:rsidR="1EAAAAD6" w:rsidRPr="00F82504">
              <w:rPr>
                <w:rFonts w:ascii="Calibri Light" w:hAnsi="Calibri Light" w:cs="Calibri Light"/>
                <w:lang w:val="en-GB"/>
              </w:rPr>
              <w:t xml:space="preserve"> (e.g. self-paced module)</w:t>
            </w:r>
          </w:p>
          <w:p w14:paraId="6883D052" w14:textId="1337C735" w:rsidR="00F82504" w:rsidRPr="00F82504" w:rsidRDefault="00AA4C42" w:rsidP="5ED244E1">
            <w:pPr>
              <w:rPr>
                <w:rFonts w:ascii="Calibri Light" w:hAnsi="Calibri Light" w:cs="Calibri Light"/>
                <w:lang w:val="en-GB"/>
              </w:rPr>
            </w:pPr>
            <w:r>
              <w:rPr>
                <w:rFonts w:ascii="Calibri Light" w:hAnsi="Calibri Light" w:cs="Calibri Light"/>
                <w:lang w:val="en-GB"/>
              </w:rPr>
              <w:fldChar w:fldCharType="begin">
                <w:ffData>
                  <w:name w:val=""/>
                  <w:enabled/>
                  <w:calcOnExit w:val="0"/>
                  <w:checkBox>
                    <w:sizeAuto/>
                    <w:default w:val="1"/>
                  </w:checkBox>
                </w:ffData>
              </w:fldChar>
            </w:r>
            <w:r>
              <w:rPr>
                <w:rFonts w:ascii="Calibri Light" w:hAnsi="Calibri Light" w:cs="Calibri Light"/>
                <w:lang w:val="en-GB"/>
              </w:rPr>
              <w:instrText xml:space="preserve"> FORMCHECKBOX </w:instrText>
            </w:r>
            <w:r>
              <w:rPr>
                <w:rFonts w:ascii="Calibri Light" w:hAnsi="Calibri Light" w:cs="Calibri Light"/>
                <w:lang w:val="en-GB"/>
              </w:rPr>
            </w:r>
            <w:r>
              <w:rPr>
                <w:rFonts w:ascii="Calibri Light" w:hAnsi="Calibri Light" w:cs="Calibri Light"/>
                <w:lang w:val="en-GB"/>
              </w:rPr>
              <w:fldChar w:fldCharType="separate"/>
            </w:r>
            <w:r>
              <w:rPr>
                <w:rFonts w:ascii="Calibri Light" w:hAnsi="Calibri Light" w:cs="Calibri Light"/>
                <w:lang w:val="en-GB"/>
              </w:rPr>
              <w:fldChar w:fldCharType="end"/>
            </w:r>
            <w:r w:rsidR="00F82504" w:rsidRPr="00F82504">
              <w:rPr>
                <w:rFonts w:ascii="Calibri Light" w:hAnsi="Calibri Light" w:cs="Calibri Light"/>
                <w:lang w:val="en-GB"/>
              </w:rPr>
              <w:t>Other</w:t>
            </w:r>
          </w:p>
          <w:p w14:paraId="6813EB00" w14:textId="610C0E4B" w:rsidR="004E0BFC" w:rsidRPr="000A3910" w:rsidRDefault="004E0BFC" w:rsidP="5ED244E1">
            <w:pPr>
              <w:rPr>
                <w:rFonts w:ascii="Calibri Light" w:hAnsi="Calibri Light" w:cs="Calibri Light"/>
                <w:color w:val="548DD4" w:themeColor="text2" w:themeTint="99"/>
                <w:lang w:val="en-GB"/>
              </w:rPr>
            </w:pPr>
          </w:p>
        </w:tc>
      </w:tr>
      <w:tr w:rsidR="004E0BFC" w14:paraId="57BCA10D" w14:textId="77777777" w:rsidTr="2AFDC5A1">
        <w:tc>
          <w:tcPr>
            <w:tcW w:w="3823" w:type="dxa"/>
          </w:tcPr>
          <w:p w14:paraId="4514E64D" w14:textId="7203DBC2" w:rsidR="004E0BFC" w:rsidRPr="000A3910" w:rsidRDefault="004E0BFC" w:rsidP="004E0BFC">
            <w:pPr>
              <w:rPr>
                <w:rFonts w:ascii="Calibri Light" w:hAnsi="Calibri Light" w:cs="Calibri Light"/>
                <w:lang w:val="en-GB"/>
              </w:rPr>
            </w:pPr>
            <w:r w:rsidRPr="5ED244E1">
              <w:rPr>
                <w:rFonts w:ascii="Calibri Light" w:hAnsi="Calibri Light" w:cs="Calibri Light"/>
                <w:lang w:val="en-GB"/>
              </w:rPr>
              <w:t xml:space="preserve">Physical </w:t>
            </w:r>
            <w:r w:rsidR="000A3910" w:rsidRPr="5ED244E1">
              <w:rPr>
                <w:rFonts w:ascii="Calibri Light" w:hAnsi="Calibri Light" w:cs="Calibri Light"/>
                <w:lang w:val="en-GB"/>
              </w:rPr>
              <w:t>r</w:t>
            </w:r>
            <w:r w:rsidRPr="5ED244E1">
              <w:rPr>
                <w:rFonts w:ascii="Calibri Light" w:hAnsi="Calibri Light" w:cs="Calibri Light"/>
                <w:lang w:val="en-GB"/>
              </w:rPr>
              <w:t xml:space="preserve">esources </w:t>
            </w:r>
            <w:r w:rsidR="000A3910" w:rsidRPr="5ED244E1">
              <w:rPr>
                <w:rFonts w:ascii="Calibri Light" w:hAnsi="Calibri Light" w:cs="Calibri Light"/>
                <w:lang w:val="en-GB"/>
              </w:rPr>
              <w:t>r</w:t>
            </w:r>
            <w:r w:rsidRPr="5ED244E1">
              <w:rPr>
                <w:rFonts w:ascii="Calibri Light" w:hAnsi="Calibri Light" w:cs="Calibri Light"/>
                <w:lang w:val="en-GB"/>
              </w:rPr>
              <w:t>equired</w:t>
            </w:r>
            <w:r w:rsidR="00BA645E">
              <w:rPr>
                <w:rFonts w:ascii="Calibri Light" w:hAnsi="Calibri Light" w:cs="Calibri Light"/>
                <w:lang w:val="en-GB"/>
              </w:rPr>
              <w:t xml:space="preserve"> (rooms, equipment, software, materials, prizes)</w:t>
            </w:r>
            <w:r w:rsidRPr="5ED244E1">
              <w:rPr>
                <w:rFonts w:ascii="Calibri Light" w:hAnsi="Calibri Light" w:cs="Calibri Light"/>
                <w:lang w:val="en-GB"/>
              </w:rPr>
              <w:t>:</w:t>
            </w:r>
          </w:p>
        </w:tc>
        <w:tc>
          <w:tcPr>
            <w:tcW w:w="4961" w:type="dxa"/>
          </w:tcPr>
          <w:p w14:paraId="7AA91B3D" w14:textId="0FBD86E9" w:rsidR="00F50AEF" w:rsidRDefault="00D86E12" w:rsidP="00F519A2">
            <w:pPr>
              <w:rPr>
                <w:rFonts w:ascii="Calibri Light" w:hAnsi="Calibri Light" w:cs="Calibri Light"/>
              </w:rPr>
            </w:pPr>
            <w:r w:rsidRPr="00F519A2">
              <w:rPr>
                <w:rFonts w:ascii="Calibri Light" w:hAnsi="Calibri Light" w:cs="Calibri Light"/>
              </w:rPr>
              <w:t xml:space="preserve">The </w:t>
            </w:r>
            <w:r w:rsidR="00F519A2">
              <w:rPr>
                <w:rFonts w:ascii="Calibri Light" w:hAnsi="Calibri Light" w:cs="Calibri Light"/>
              </w:rPr>
              <w:t xml:space="preserve">Guide can be printed to give to students physically on the first day. </w:t>
            </w:r>
            <w:r w:rsidR="004B1670">
              <w:rPr>
                <w:rFonts w:ascii="Calibri Light" w:hAnsi="Calibri Light" w:cs="Calibri Light"/>
              </w:rPr>
              <w:t>It can also be emailed to students</w:t>
            </w:r>
          </w:p>
          <w:p w14:paraId="4DD3F722" w14:textId="3A5DB9E3" w:rsidR="00F519A2" w:rsidRPr="00F519A2" w:rsidRDefault="00F519A2" w:rsidP="00F519A2">
            <w:pPr>
              <w:rPr>
                <w:rFonts w:ascii="Calibri Light" w:hAnsi="Calibri Light" w:cs="Calibri Light"/>
              </w:rPr>
            </w:pPr>
          </w:p>
        </w:tc>
      </w:tr>
      <w:tr w:rsidR="5ED244E1" w14:paraId="25D19F17" w14:textId="77777777" w:rsidTr="2AFDC5A1">
        <w:trPr>
          <w:trHeight w:val="300"/>
        </w:trPr>
        <w:tc>
          <w:tcPr>
            <w:tcW w:w="3823" w:type="dxa"/>
          </w:tcPr>
          <w:p w14:paraId="75659019" w14:textId="1A057ABA" w:rsidR="39AF69AD" w:rsidRDefault="39AF69AD" w:rsidP="5ED244E1">
            <w:pPr>
              <w:rPr>
                <w:rFonts w:ascii="Calibri Light" w:hAnsi="Calibri Light" w:cs="Calibri Light"/>
                <w:color w:val="548DD4" w:themeColor="text2" w:themeTint="99"/>
                <w:lang w:val="en-GB"/>
              </w:rPr>
            </w:pPr>
            <w:r w:rsidRPr="00BA645E">
              <w:rPr>
                <w:rFonts w:ascii="Calibri Light" w:hAnsi="Calibri Light" w:cs="Calibri Light"/>
                <w:lang w:val="en-GB"/>
              </w:rPr>
              <w:t>Human resources required?</w:t>
            </w:r>
          </w:p>
        </w:tc>
        <w:tc>
          <w:tcPr>
            <w:tcW w:w="4961" w:type="dxa"/>
          </w:tcPr>
          <w:p w14:paraId="744FEC87" w14:textId="074E7C22" w:rsidR="00F519A2" w:rsidRDefault="004B1670" w:rsidP="004B1670">
            <w:pPr>
              <w:rPr>
                <w:rFonts w:ascii="Calibri Light" w:hAnsi="Calibri Light" w:cs="Calibri Light"/>
              </w:rPr>
            </w:pPr>
            <w:r>
              <w:rPr>
                <w:rFonts w:ascii="Calibri Light" w:hAnsi="Calibri Light" w:cs="Calibri Light"/>
              </w:rPr>
              <w:t>Work will be required to set up the written guide (approx. 1 day) and then to update the guide each year (approx. 1 day).</w:t>
            </w:r>
          </w:p>
          <w:p w14:paraId="4804A546" w14:textId="33DF4DB4" w:rsidR="004B1670" w:rsidRDefault="004B1670" w:rsidP="004B1670">
            <w:pPr>
              <w:rPr>
                <w:rFonts w:ascii="Calibri Light" w:hAnsi="Calibri Light" w:cs="Calibri Light"/>
              </w:rPr>
            </w:pPr>
            <w:r>
              <w:rPr>
                <w:rFonts w:ascii="Calibri Light" w:hAnsi="Calibri Light" w:cs="Calibri Light"/>
              </w:rPr>
              <w:t>Additional time required if videos and podcast materials are to be created each year</w:t>
            </w:r>
          </w:p>
          <w:p w14:paraId="6D7D168B" w14:textId="4EB9DA2A" w:rsidR="004B1670" w:rsidRPr="00F519A2" w:rsidRDefault="004B1670" w:rsidP="004B1670">
            <w:pPr>
              <w:rPr>
                <w:rFonts w:ascii="Calibri Light" w:hAnsi="Calibri Light" w:cs="Calibri Light"/>
              </w:rPr>
            </w:pPr>
          </w:p>
        </w:tc>
      </w:tr>
      <w:tr w:rsidR="004E0BFC" w14:paraId="6A3C4B9D" w14:textId="77777777" w:rsidTr="2AFDC5A1">
        <w:tc>
          <w:tcPr>
            <w:tcW w:w="3823" w:type="dxa"/>
          </w:tcPr>
          <w:p w14:paraId="421BF537" w14:textId="3ECC1992" w:rsidR="004E0BFC" w:rsidRPr="000A3910" w:rsidRDefault="004E0BFC" w:rsidP="004E0BFC">
            <w:pPr>
              <w:rPr>
                <w:rFonts w:ascii="Calibri Light" w:hAnsi="Calibri Light" w:cs="Calibri Light"/>
                <w:lang w:val="en-GB"/>
              </w:rPr>
            </w:pPr>
            <w:r w:rsidRPr="000A3910">
              <w:rPr>
                <w:rFonts w:ascii="Calibri Light" w:hAnsi="Calibri Light" w:cs="Calibri Light"/>
                <w:lang w:val="en-GB"/>
              </w:rPr>
              <w:t xml:space="preserve">Financial </w:t>
            </w:r>
            <w:r w:rsidR="000A3910" w:rsidRPr="000A3910">
              <w:rPr>
                <w:rFonts w:ascii="Calibri Light" w:hAnsi="Calibri Light" w:cs="Calibri Light"/>
                <w:lang w:val="en-GB"/>
              </w:rPr>
              <w:t>r</w:t>
            </w:r>
            <w:r w:rsidRPr="000A3910">
              <w:rPr>
                <w:rFonts w:ascii="Calibri Light" w:hAnsi="Calibri Light" w:cs="Calibri Light"/>
                <w:lang w:val="en-GB"/>
              </w:rPr>
              <w:t xml:space="preserve">esources </w:t>
            </w:r>
            <w:r w:rsidR="000A3910" w:rsidRPr="000A3910">
              <w:rPr>
                <w:rFonts w:ascii="Calibri Light" w:hAnsi="Calibri Light" w:cs="Calibri Light"/>
                <w:lang w:val="en-GB"/>
              </w:rPr>
              <w:t>r</w:t>
            </w:r>
            <w:r w:rsidRPr="000A3910">
              <w:rPr>
                <w:rFonts w:ascii="Calibri Light" w:hAnsi="Calibri Light" w:cs="Calibri Light"/>
                <w:lang w:val="en-GB"/>
              </w:rPr>
              <w:t>equired:</w:t>
            </w:r>
          </w:p>
        </w:tc>
        <w:tc>
          <w:tcPr>
            <w:tcW w:w="4961" w:type="dxa"/>
          </w:tcPr>
          <w:p w14:paraId="288A1414" w14:textId="04403823" w:rsidR="00435785" w:rsidRPr="00F519A2" w:rsidRDefault="00F519A2" w:rsidP="004E0BFC">
            <w:pPr>
              <w:rPr>
                <w:rFonts w:ascii="Calibri Light" w:hAnsi="Calibri Light" w:cs="Calibri Light"/>
              </w:rPr>
            </w:pPr>
            <w:r>
              <w:rPr>
                <w:rFonts w:ascii="Calibri Light" w:hAnsi="Calibri Light" w:cs="Calibri Light"/>
              </w:rPr>
              <w:t>Printing of Getting Started Guide</w:t>
            </w:r>
          </w:p>
          <w:p w14:paraId="459B19DF" w14:textId="5FEBE961" w:rsidR="00AA4C42" w:rsidRPr="00F519A2" w:rsidRDefault="00AA4C42" w:rsidP="004E0BFC">
            <w:pPr>
              <w:rPr>
                <w:rFonts w:ascii="Calibri Light" w:hAnsi="Calibri Light" w:cs="Calibri Light"/>
              </w:rPr>
            </w:pPr>
          </w:p>
        </w:tc>
      </w:tr>
      <w:tr w:rsidR="004E0BFC" w14:paraId="21945131" w14:textId="77777777" w:rsidTr="2AFDC5A1">
        <w:tc>
          <w:tcPr>
            <w:tcW w:w="3823" w:type="dxa"/>
          </w:tcPr>
          <w:p w14:paraId="50A08791" w14:textId="4198825C" w:rsidR="004E0BFC" w:rsidRPr="000A3910" w:rsidRDefault="004E0BFC" w:rsidP="004E0BFC">
            <w:pPr>
              <w:rPr>
                <w:rFonts w:ascii="Calibri Light" w:hAnsi="Calibri Light" w:cs="Calibri Light"/>
                <w:lang w:val="en-GB"/>
              </w:rPr>
            </w:pPr>
            <w:r w:rsidRPr="000A3910">
              <w:rPr>
                <w:rFonts w:ascii="Calibri Light" w:hAnsi="Calibri Light" w:cs="Calibri Light"/>
                <w:lang w:val="en-GB"/>
              </w:rPr>
              <w:t xml:space="preserve">Online </w:t>
            </w:r>
            <w:r w:rsidR="000A3910" w:rsidRPr="000A3910">
              <w:rPr>
                <w:rFonts w:ascii="Calibri Light" w:hAnsi="Calibri Light" w:cs="Calibri Light"/>
                <w:lang w:val="en-GB"/>
              </w:rPr>
              <w:t>r</w:t>
            </w:r>
            <w:r w:rsidRPr="000A3910">
              <w:rPr>
                <w:rFonts w:ascii="Calibri Light" w:hAnsi="Calibri Light" w:cs="Calibri Light"/>
                <w:lang w:val="en-GB"/>
              </w:rPr>
              <w:t>esources</w:t>
            </w:r>
          </w:p>
        </w:tc>
        <w:tc>
          <w:tcPr>
            <w:tcW w:w="4961" w:type="dxa"/>
          </w:tcPr>
          <w:p w14:paraId="320E6C57" w14:textId="18B4B1EF" w:rsidR="004E0BFC" w:rsidRDefault="00F519A2" w:rsidP="004E0BFC">
            <w:pPr>
              <w:rPr>
                <w:rFonts w:ascii="Calibri Light" w:hAnsi="Calibri Light" w:cs="Calibri Light"/>
              </w:rPr>
            </w:pPr>
            <w:r w:rsidRPr="191F98DF">
              <w:rPr>
                <w:rFonts w:ascii="Calibri Light" w:hAnsi="Calibri Light" w:cs="Calibri Light"/>
              </w:rPr>
              <w:t xml:space="preserve">The guide should be made available on the Virtual Learning Environment in the following forms to </w:t>
            </w:r>
            <w:r w:rsidR="5E9862F3" w:rsidRPr="191F98DF">
              <w:rPr>
                <w:rFonts w:ascii="Calibri Light" w:hAnsi="Calibri Light" w:cs="Calibri Light"/>
              </w:rPr>
              <w:t>align</w:t>
            </w:r>
            <w:r w:rsidRPr="191F98DF">
              <w:rPr>
                <w:rFonts w:ascii="Calibri Light" w:hAnsi="Calibri Light" w:cs="Calibri Light"/>
              </w:rPr>
              <w:t xml:space="preserve"> with UDL principles:</w:t>
            </w:r>
          </w:p>
          <w:p w14:paraId="26C10145" w14:textId="097F3065" w:rsidR="00F519A2" w:rsidRDefault="004B1670">
            <w:pPr>
              <w:pStyle w:val="ListParagraph"/>
              <w:numPr>
                <w:ilvl w:val="0"/>
                <w:numId w:val="13"/>
              </w:numPr>
              <w:rPr>
                <w:rFonts w:ascii="Calibri Light" w:hAnsi="Calibri Light" w:cs="Calibri Light"/>
              </w:rPr>
            </w:pPr>
            <w:proofErr w:type="spellStart"/>
            <w:r>
              <w:rPr>
                <w:rFonts w:ascii="Calibri Light" w:hAnsi="Calibri Light" w:cs="Calibri Light"/>
              </w:rPr>
              <w:t>Powerpoint</w:t>
            </w:r>
            <w:proofErr w:type="spellEnd"/>
            <w:r>
              <w:rPr>
                <w:rFonts w:ascii="Calibri Light" w:hAnsi="Calibri Light" w:cs="Calibri Light"/>
              </w:rPr>
              <w:t xml:space="preserve"> or </w:t>
            </w:r>
            <w:r w:rsidR="00F519A2">
              <w:rPr>
                <w:rFonts w:ascii="Calibri Light" w:hAnsi="Calibri Light" w:cs="Calibri Light"/>
              </w:rPr>
              <w:t xml:space="preserve">Word document which can be manipulated re text size, font </w:t>
            </w:r>
            <w:proofErr w:type="spellStart"/>
            <w:r w:rsidR="00F519A2">
              <w:rPr>
                <w:rFonts w:ascii="Calibri Light" w:hAnsi="Calibri Light" w:cs="Calibri Light"/>
              </w:rPr>
              <w:t>etc</w:t>
            </w:r>
            <w:proofErr w:type="spellEnd"/>
          </w:p>
          <w:p w14:paraId="62D48002" w14:textId="7E73DCD6" w:rsidR="00F519A2" w:rsidRDefault="00F519A2">
            <w:pPr>
              <w:pStyle w:val="ListParagraph"/>
              <w:numPr>
                <w:ilvl w:val="0"/>
                <w:numId w:val="13"/>
              </w:numPr>
              <w:rPr>
                <w:rFonts w:ascii="Calibri Light" w:hAnsi="Calibri Light" w:cs="Calibri Light"/>
              </w:rPr>
            </w:pPr>
            <w:r>
              <w:rPr>
                <w:rFonts w:ascii="Calibri Light" w:hAnsi="Calibri Light" w:cs="Calibri Light"/>
              </w:rPr>
              <w:t>PDF to facilitate reader pens</w:t>
            </w:r>
          </w:p>
          <w:p w14:paraId="20DEC5A6" w14:textId="4387B9A1" w:rsidR="00F519A2" w:rsidRDefault="00F519A2">
            <w:pPr>
              <w:pStyle w:val="ListParagraph"/>
              <w:numPr>
                <w:ilvl w:val="0"/>
                <w:numId w:val="13"/>
              </w:numPr>
              <w:rPr>
                <w:rFonts w:ascii="Calibri Light" w:hAnsi="Calibri Light" w:cs="Calibri Light"/>
              </w:rPr>
            </w:pPr>
            <w:r>
              <w:rPr>
                <w:rFonts w:ascii="Calibri Light" w:hAnsi="Calibri Light" w:cs="Calibri Light"/>
              </w:rPr>
              <w:t xml:space="preserve">A video explanation with </w:t>
            </w:r>
            <w:r w:rsidR="00224A9B">
              <w:rPr>
                <w:rFonts w:ascii="Calibri Light" w:hAnsi="Calibri Light" w:cs="Calibri Light"/>
              </w:rPr>
              <w:t xml:space="preserve">closed </w:t>
            </w:r>
            <w:r>
              <w:rPr>
                <w:rFonts w:ascii="Calibri Light" w:hAnsi="Calibri Light" w:cs="Calibri Light"/>
              </w:rPr>
              <w:t>captions</w:t>
            </w:r>
            <w:r w:rsidR="00224A9B">
              <w:rPr>
                <w:rFonts w:ascii="Calibri Light" w:hAnsi="Calibri Light" w:cs="Calibri Light"/>
              </w:rPr>
              <w:t xml:space="preserve"> for the deaf community</w:t>
            </w:r>
          </w:p>
          <w:p w14:paraId="46E152B5" w14:textId="34D8B3C0" w:rsidR="00AA4C42" w:rsidRPr="00224A9B" w:rsidRDefault="00224A9B">
            <w:pPr>
              <w:pStyle w:val="ListParagraph"/>
              <w:numPr>
                <w:ilvl w:val="0"/>
                <w:numId w:val="13"/>
              </w:numPr>
              <w:rPr>
                <w:rFonts w:ascii="Calibri Light" w:hAnsi="Calibri Light" w:cs="Calibri Light"/>
              </w:rPr>
            </w:pPr>
            <w:r w:rsidRPr="00224A9B">
              <w:rPr>
                <w:rFonts w:ascii="Calibri Light" w:hAnsi="Calibri Light" w:cs="Calibri Light"/>
              </w:rPr>
              <w:t>A podcast which may suit auditory learners</w:t>
            </w:r>
            <w:r>
              <w:rPr>
                <w:rFonts w:ascii="Calibri Light" w:hAnsi="Calibri Light" w:cs="Calibri Light"/>
              </w:rPr>
              <w:t xml:space="preserve"> (Suggested that AI can be used to create this from the word document)</w:t>
            </w:r>
          </w:p>
          <w:p w14:paraId="397D939A" w14:textId="0F30D38A" w:rsidR="00435785" w:rsidRPr="00F519A2" w:rsidRDefault="00435785" w:rsidP="004E0BFC">
            <w:pPr>
              <w:rPr>
                <w:rFonts w:ascii="Calibri Light" w:hAnsi="Calibri Light" w:cs="Calibri Light"/>
              </w:rPr>
            </w:pPr>
          </w:p>
        </w:tc>
      </w:tr>
    </w:tbl>
    <w:p w14:paraId="17795457" w14:textId="77777777" w:rsidR="0086050C" w:rsidRDefault="0086050C"/>
    <w:p w14:paraId="24A55D8E" w14:textId="62FFB33A" w:rsidR="0086050C" w:rsidRDefault="00A53F55">
      <w:r>
        <w:rPr>
          <w:b/>
          <w:color w:val="0F6576"/>
          <w:sz w:val="28"/>
        </w:rPr>
        <w:t>Outline of Activity</w:t>
      </w:r>
    </w:p>
    <w:p w14:paraId="7AC84622" w14:textId="36CC7268" w:rsidR="00224A9B" w:rsidRDefault="007F6237" w:rsidP="00D86E12">
      <w:pPr>
        <w:rPr>
          <w:rFonts w:ascii="Calibri Light" w:hAnsi="Calibri Light" w:cs="Calibri Light"/>
          <w:lang w:val="en-GB"/>
        </w:rPr>
      </w:pPr>
      <w:r w:rsidRPr="00D86E12">
        <w:rPr>
          <w:rFonts w:ascii="Calibri Light" w:hAnsi="Calibri Light" w:cs="Calibri Light"/>
          <w:lang w:val="en-GB"/>
        </w:rPr>
        <w:lastRenderedPageBreak/>
        <w:t>Th</w:t>
      </w:r>
      <w:r w:rsidR="00224A9B">
        <w:rPr>
          <w:rFonts w:ascii="Calibri Light" w:hAnsi="Calibri Light" w:cs="Calibri Light"/>
          <w:lang w:val="en-GB"/>
        </w:rPr>
        <w:t xml:space="preserve">e guide will be prepared before term starts and distributed both physically and online to students. The guide should focus only on getting through the first two weeks with a day to day diary and to do list. General University information should be signposted to the University website for example, but not included in the guide. A suggested table of contents is included in this intervention and a sample Getting Started Guide </w:t>
      </w:r>
      <w:r w:rsidR="004B1670">
        <w:rPr>
          <w:rFonts w:ascii="Calibri Light" w:hAnsi="Calibri Light" w:cs="Calibri Light"/>
          <w:lang w:val="en-GB"/>
        </w:rPr>
        <w:t>is</w:t>
      </w:r>
      <w:r w:rsidR="00224A9B">
        <w:rPr>
          <w:rFonts w:ascii="Calibri Light" w:hAnsi="Calibri Light" w:cs="Calibri Light"/>
          <w:lang w:val="en-GB"/>
        </w:rPr>
        <w:t xml:space="preserve"> be provided. </w:t>
      </w:r>
    </w:p>
    <w:p w14:paraId="32EA2BB1" w14:textId="77777777" w:rsidR="004B1670" w:rsidRDefault="004B1670" w:rsidP="001041A5">
      <w:pPr>
        <w:rPr>
          <w:b/>
          <w:color w:val="0F6576"/>
          <w:sz w:val="28"/>
        </w:rPr>
      </w:pPr>
    </w:p>
    <w:p w14:paraId="4B73BFCC" w14:textId="5C4DE229" w:rsidR="001041A5" w:rsidRDefault="001041A5" w:rsidP="001041A5">
      <w:pPr>
        <w:rPr>
          <w:b/>
          <w:color w:val="0F6576"/>
          <w:sz w:val="28"/>
        </w:rPr>
      </w:pPr>
      <w:r>
        <w:rPr>
          <w:b/>
          <w:color w:val="0F6576"/>
          <w:sz w:val="28"/>
        </w:rPr>
        <w:t xml:space="preserve">Detailed Plan </w:t>
      </w:r>
    </w:p>
    <w:p w14:paraId="67D307B5" w14:textId="33F97310" w:rsidR="00224A9B" w:rsidRDefault="00224A9B" w:rsidP="0068263C">
      <w:pPr>
        <w:rPr>
          <w:rFonts w:ascii="Calibri Light" w:hAnsi="Calibri Light" w:cs="Calibri Light"/>
        </w:rPr>
      </w:pPr>
      <w:r w:rsidRPr="2AFDC5A1">
        <w:rPr>
          <w:rFonts w:ascii="Calibri Light" w:hAnsi="Calibri Light" w:cs="Calibri Light"/>
        </w:rPr>
        <w:t>The contents of the guide</w:t>
      </w:r>
      <w:r w:rsidR="005267D2">
        <w:rPr>
          <w:rFonts w:ascii="Calibri Light" w:hAnsi="Calibri Light" w:cs="Calibri Light"/>
        </w:rPr>
        <w:t xml:space="preserve"> can</w:t>
      </w:r>
      <w:r w:rsidRPr="2AFDC5A1">
        <w:rPr>
          <w:rFonts w:ascii="Calibri Light" w:hAnsi="Calibri Light" w:cs="Calibri Light"/>
        </w:rPr>
        <w:t xml:space="preserve"> include:</w:t>
      </w:r>
    </w:p>
    <w:p w14:paraId="47F043A4" w14:textId="4F270697" w:rsidR="00224A9B" w:rsidRPr="00743DC1" w:rsidRDefault="00224A9B">
      <w:pPr>
        <w:pStyle w:val="ListParagraph"/>
        <w:numPr>
          <w:ilvl w:val="0"/>
          <w:numId w:val="14"/>
        </w:numPr>
        <w:rPr>
          <w:rFonts w:ascii="Calibri Light" w:hAnsi="Calibri Light" w:cs="Calibri Light"/>
        </w:rPr>
      </w:pPr>
      <w:r w:rsidRPr="46A33156">
        <w:rPr>
          <w:rFonts w:ascii="Calibri Light" w:hAnsi="Calibri Light" w:cs="Calibri Light"/>
        </w:rPr>
        <w:t>A friendly welcome from the Programme Chair with an explanation of the aim of the Getting Started guide and a description of the contents.</w:t>
      </w:r>
    </w:p>
    <w:p w14:paraId="2C29CFF7" w14:textId="706261BB" w:rsidR="00224A9B" w:rsidRPr="00743DC1" w:rsidRDefault="00224A9B">
      <w:pPr>
        <w:pStyle w:val="ListParagraph"/>
        <w:numPr>
          <w:ilvl w:val="0"/>
          <w:numId w:val="14"/>
        </w:numPr>
        <w:rPr>
          <w:rFonts w:ascii="Calibri Light" w:hAnsi="Calibri Light" w:cs="Calibri Light"/>
        </w:rPr>
      </w:pPr>
      <w:r w:rsidRPr="00743DC1">
        <w:rPr>
          <w:rFonts w:ascii="Calibri Light" w:hAnsi="Calibri Light" w:cs="Calibri Light"/>
        </w:rPr>
        <w:t>A daily diary for the first two weeks with a detailed description of the timetable for the students. The module name, the lecturer name, the room number and any specific equipment required (such as lab coats and goggles for chemistry labs)</w:t>
      </w:r>
      <w:r w:rsidR="00743DC1" w:rsidRPr="00743DC1">
        <w:rPr>
          <w:rFonts w:ascii="Calibri Light" w:hAnsi="Calibri Light" w:cs="Calibri Light"/>
        </w:rPr>
        <w:t xml:space="preserve">. </w:t>
      </w:r>
    </w:p>
    <w:p w14:paraId="23B813B5" w14:textId="1E0E7EF1" w:rsidR="00224A9B" w:rsidRPr="00743DC1" w:rsidRDefault="00224A9B">
      <w:pPr>
        <w:pStyle w:val="ListParagraph"/>
        <w:numPr>
          <w:ilvl w:val="0"/>
          <w:numId w:val="14"/>
        </w:numPr>
        <w:rPr>
          <w:rFonts w:ascii="Calibri Light" w:hAnsi="Calibri Light" w:cs="Calibri Light"/>
        </w:rPr>
      </w:pPr>
      <w:r w:rsidRPr="00743DC1">
        <w:rPr>
          <w:rFonts w:ascii="Calibri Light" w:hAnsi="Calibri Light" w:cs="Calibri Light"/>
        </w:rPr>
        <w:t>A to do list for each day and an overall to do list for the 2 week period</w:t>
      </w:r>
    </w:p>
    <w:p w14:paraId="2FD1E2C6" w14:textId="686D7979" w:rsidR="00743DC1" w:rsidRPr="00743DC1" w:rsidRDefault="00743DC1">
      <w:pPr>
        <w:pStyle w:val="ListParagraph"/>
        <w:numPr>
          <w:ilvl w:val="0"/>
          <w:numId w:val="14"/>
        </w:numPr>
        <w:rPr>
          <w:rFonts w:ascii="Calibri Light" w:hAnsi="Calibri Light" w:cs="Calibri Light"/>
        </w:rPr>
      </w:pPr>
      <w:r w:rsidRPr="00743DC1">
        <w:rPr>
          <w:rFonts w:ascii="Calibri Light" w:hAnsi="Calibri Light" w:cs="Calibri Light"/>
        </w:rPr>
        <w:t>A map of the campus or building</w:t>
      </w:r>
    </w:p>
    <w:p w14:paraId="0B1103E1" w14:textId="18685D59" w:rsidR="00224A9B" w:rsidRPr="00743DC1" w:rsidRDefault="00224A9B">
      <w:pPr>
        <w:pStyle w:val="ListParagraph"/>
        <w:numPr>
          <w:ilvl w:val="0"/>
          <w:numId w:val="14"/>
        </w:numPr>
        <w:rPr>
          <w:rFonts w:ascii="Calibri Light" w:hAnsi="Calibri Light" w:cs="Calibri Light"/>
        </w:rPr>
      </w:pPr>
      <w:r w:rsidRPr="00743DC1">
        <w:rPr>
          <w:rFonts w:ascii="Calibri Light" w:hAnsi="Calibri Light" w:cs="Calibri Light"/>
        </w:rPr>
        <w:t xml:space="preserve">FAQs, but </w:t>
      </w:r>
      <w:r w:rsidR="00743DC1">
        <w:rPr>
          <w:rFonts w:ascii="Calibri Light" w:hAnsi="Calibri Light" w:cs="Calibri Light"/>
        </w:rPr>
        <w:t xml:space="preserve">keep to FAQs relevant to first two weeks and for others, </w:t>
      </w:r>
      <w:r w:rsidRPr="00743DC1">
        <w:rPr>
          <w:rFonts w:ascii="Calibri Light" w:hAnsi="Calibri Light" w:cs="Calibri Light"/>
        </w:rPr>
        <w:t>direct students to information on the University website.</w:t>
      </w:r>
    </w:p>
    <w:p w14:paraId="1B4067E4" w14:textId="57DB0A13" w:rsidR="00224A9B" w:rsidRPr="00743DC1" w:rsidRDefault="00224A9B">
      <w:pPr>
        <w:pStyle w:val="ListParagraph"/>
        <w:numPr>
          <w:ilvl w:val="0"/>
          <w:numId w:val="14"/>
        </w:numPr>
        <w:rPr>
          <w:rFonts w:ascii="Calibri Light" w:hAnsi="Calibri Light" w:cs="Calibri Light"/>
        </w:rPr>
      </w:pPr>
      <w:r w:rsidRPr="152CB7BE">
        <w:rPr>
          <w:rFonts w:ascii="Calibri Light" w:hAnsi="Calibri Light" w:cs="Calibri Light"/>
        </w:rPr>
        <w:t xml:space="preserve">The </w:t>
      </w:r>
      <w:r w:rsidR="004B1670">
        <w:rPr>
          <w:rFonts w:ascii="Calibri Light" w:hAnsi="Calibri Light" w:cs="Calibri Light"/>
        </w:rPr>
        <w:t xml:space="preserve">written </w:t>
      </w:r>
      <w:r w:rsidRPr="152CB7BE">
        <w:rPr>
          <w:rFonts w:ascii="Calibri Light" w:hAnsi="Calibri Light" w:cs="Calibri Light"/>
        </w:rPr>
        <w:t>guide should be written in simple text, with</w:t>
      </w:r>
      <w:r w:rsidR="004B1670">
        <w:rPr>
          <w:rFonts w:ascii="Calibri Light" w:hAnsi="Calibri Light" w:cs="Calibri Light"/>
        </w:rPr>
        <w:t xml:space="preserve"> limited distractions of images to</w:t>
      </w:r>
      <w:r w:rsidRPr="152CB7BE">
        <w:rPr>
          <w:rFonts w:ascii="Calibri Light" w:hAnsi="Calibri Light" w:cs="Calibri Light"/>
        </w:rPr>
        <w:t xml:space="preserve"> reduce overwhelm.  </w:t>
      </w:r>
      <w:r w:rsidR="00743DC1" w:rsidRPr="152CB7BE">
        <w:rPr>
          <w:rFonts w:ascii="Calibri Light" w:hAnsi="Calibri Light" w:cs="Calibri Light"/>
        </w:rPr>
        <w:t xml:space="preserve">An E Book design may be appropriate. </w:t>
      </w:r>
      <w:r w:rsidRPr="152CB7BE">
        <w:rPr>
          <w:rFonts w:ascii="Calibri Light" w:hAnsi="Calibri Light" w:cs="Calibri Light"/>
        </w:rPr>
        <w:t xml:space="preserve">AI tools may </w:t>
      </w:r>
      <w:r w:rsidR="00743DC1" w:rsidRPr="152CB7BE">
        <w:rPr>
          <w:rFonts w:ascii="Calibri Light" w:hAnsi="Calibri Light" w:cs="Calibri Light"/>
        </w:rPr>
        <w:t xml:space="preserve">also </w:t>
      </w:r>
      <w:r w:rsidRPr="152CB7BE">
        <w:rPr>
          <w:rFonts w:ascii="Calibri Light" w:hAnsi="Calibri Light" w:cs="Calibri Light"/>
        </w:rPr>
        <w:t xml:space="preserve">be useful in this regard to make the word document more engaging </w:t>
      </w:r>
      <w:r w:rsidR="0053006E">
        <w:rPr>
          <w:rFonts w:ascii="Calibri Light" w:hAnsi="Calibri Light" w:cs="Calibri Light"/>
        </w:rPr>
        <w:t>and</w:t>
      </w:r>
      <w:r w:rsidRPr="152CB7BE">
        <w:rPr>
          <w:rFonts w:ascii="Calibri Light" w:hAnsi="Calibri Light" w:cs="Calibri Light"/>
        </w:rPr>
        <w:t xml:space="preserve"> to create videos or podcasts to accompany the word document.  </w:t>
      </w:r>
    </w:p>
    <w:p w14:paraId="045073EF" w14:textId="25DB9EE5" w:rsidR="0086050C" w:rsidRDefault="00A53F55" w:rsidP="0068263C">
      <w:r w:rsidRPr="0068263C">
        <w:rPr>
          <w:b/>
          <w:color w:val="0F6576"/>
          <w:sz w:val="28"/>
        </w:rPr>
        <w:t>Evaluation &amp; Impact</w:t>
      </w:r>
    </w:p>
    <w:tbl>
      <w:tblPr>
        <w:tblStyle w:val="TableGrid"/>
        <w:tblW w:w="0" w:type="auto"/>
        <w:tblLook w:val="04A0" w:firstRow="1" w:lastRow="0" w:firstColumn="1" w:lastColumn="0" w:noHBand="0" w:noVBand="1"/>
      </w:tblPr>
      <w:tblGrid>
        <w:gridCol w:w="4343"/>
        <w:gridCol w:w="4287"/>
      </w:tblGrid>
      <w:tr w:rsidR="00B4666F" w:rsidRPr="000A3910" w14:paraId="54B3A32C" w14:textId="77777777" w:rsidTr="152CB7BE">
        <w:tc>
          <w:tcPr>
            <w:tcW w:w="4508" w:type="dxa"/>
          </w:tcPr>
          <w:p w14:paraId="11D80CA0" w14:textId="77777777" w:rsidR="004E0BFC" w:rsidRDefault="004E0BFC" w:rsidP="00484942">
            <w:pPr>
              <w:rPr>
                <w:rFonts w:ascii="Calibri Light" w:hAnsi="Calibri Light" w:cs="Calibri Light"/>
                <w:lang w:val="en-GB"/>
              </w:rPr>
            </w:pPr>
            <w:r w:rsidRPr="11939C16">
              <w:rPr>
                <w:rFonts w:ascii="Calibri Light" w:hAnsi="Calibri Light" w:cs="Calibri Light"/>
                <w:lang w:val="en-GB"/>
              </w:rPr>
              <w:t>(How) is this activity evaluated?</w:t>
            </w:r>
          </w:p>
          <w:p w14:paraId="636B0A8B" w14:textId="77777777" w:rsidR="00632F35" w:rsidRDefault="00632F35" w:rsidP="00484942">
            <w:pPr>
              <w:rPr>
                <w:rFonts w:ascii="Calibri Light" w:hAnsi="Calibri Light" w:cs="Calibri Light"/>
                <w:lang w:val="en-GB"/>
              </w:rPr>
            </w:pPr>
          </w:p>
          <w:p w14:paraId="1C805DAD" w14:textId="77777777" w:rsidR="00632F35" w:rsidRPr="000A3910" w:rsidRDefault="68806B7A">
            <w:pPr>
              <w:numPr>
                <w:ilvl w:val="0"/>
                <w:numId w:val="7"/>
              </w:numPr>
              <w:rPr>
                <w:rFonts w:ascii="Calibri Light" w:hAnsi="Calibri Light" w:cs="Calibri Light"/>
                <w:lang w:val="en-GB"/>
              </w:rPr>
            </w:pPr>
            <w:r w:rsidRPr="5ED244E1">
              <w:rPr>
                <w:rFonts w:ascii="Calibri Light" w:hAnsi="Calibri Light" w:cs="Calibri Light"/>
                <w:lang w:val="en-GB"/>
              </w:rPr>
              <w:t>How (forms, questions, follow data…), with who (participants, organizers…), about what (reaching of goals, content, organizational aspect…)?</w:t>
            </w:r>
          </w:p>
          <w:p w14:paraId="03966DE6" w14:textId="77777777" w:rsidR="00632F35" w:rsidRPr="000A3910" w:rsidRDefault="00632F35">
            <w:pPr>
              <w:numPr>
                <w:ilvl w:val="0"/>
                <w:numId w:val="8"/>
              </w:numPr>
              <w:rPr>
                <w:rFonts w:ascii="Calibri Light" w:hAnsi="Calibri Light" w:cs="Calibri Light"/>
                <w:lang w:val="en-GB"/>
              </w:rPr>
            </w:pPr>
            <w:r w:rsidRPr="000A3910">
              <w:rPr>
                <w:rFonts w:ascii="Calibri Light" w:hAnsi="Calibri Light" w:cs="Calibri Light"/>
                <w:lang w:val="en-GB"/>
              </w:rPr>
              <w:t>What are the results? </w:t>
            </w:r>
          </w:p>
          <w:p w14:paraId="3D02BEF0" w14:textId="71BBC33D" w:rsidR="00632F35" w:rsidRPr="000A3910" w:rsidRDefault="68806B7A">
            <w:pPr>
              <w:numPr>
                <w:ilvl w:val="0"/>
                <w:numId w:val="9"/>
              </w:numPr>
              <w:rPr>
                <w:rFonts w:ascii="Calibri Light" w:hAnsi="Calibri Light" w:cs="Calibri Light"/>
                <w:lang w:val="en-GB"/>
              </w:rPr>
            </w:pPr>
            <w:r w:rsidRPr="5ED244E1">
              <w:rPr>
                <w:rFonts w:ascii="Calibri Light" w:hAnsi="Calibri Light" w:cs="Calibri Light"/>
                <w:lang w:val="en-GB"/>
              </w:rPr>
              <w:t>What do you do with the results? </w:t>
            </w:r>
            <w:r w:rsidR="00A72973">
              <w:rPr>
                <w:rFonts w:ascii="Calibri Light" w:hAnsi="Calibri Light" w:cs="Calibri Light"/>
                <w:lang w:val="en-GB"/>
              </w:rPr>
              <w:t xml:space="preserve">(Inform the next iteration, feedback for students, </w:t>
            </w:r>
            <w:r w:rsidR="00060EC2">
              <w:rPr>
                <w:rFonts w:ascii="Calibri Light" w:hAnsi="Calibri Light" w:cs="Calibri Light"/>
                <w:lang w:val="en-GB"/>
              </w:rPr>
              <w:t>policy changes at University?)</w:t>
            </w:r>
            <w:r w:rsidRPr="5ED244E1">
              <w:rPr>
                <w:rFonts w:ascii="Calibri Light" w:hAnsi="Calibri Light" w:cs="Calibri Light"/>
                <w:lang w:val="en-GB"/>
              </w:rPr>
              <w:t> </w:t>
            </w:r>
          </w:p>
          <w:p w14:paraId="120B8BBE" w14:textId="77777777" w:rsidR="00632F35" w:rsidRPr="000A3910" w:rsidRDefault="00632F35" w:rsidP="00484942">
            <w:pPr>
              <w:rPr>
                <w:rFonts w:ascii="Calibri Light" w:hAnsi="Calibri Light" w:cs="Calibri Light"/>
                <w:lang w:val="en-GB"/>
              </w:rPr>
            </w:pPr>
          </w:p>
        </w:tc>
        <w:tc>
          <w:tcPr>
            <w:tcW w:w="4508" w:type="dxa"/>
          </w:tcPr>
          <w:p w14:paraId="399DA2AE" w14:textId="7CE425AA" w:rsidR="00224A9B" w:rsidRDefault="00B4666F" w:rsidP="00224A9B">
            <w:pPr>
              <w:rPr>
                <w:rFonts w:ascii="Calibri Light" w:hAnsi="Calibri Light" w:cs="Calibri Light"/>
                <w:lang w:val="en-GB"/>
              </w:rPr>
            </w:pPr>
            <w:r>
              <w:rPr>
                <w:rFonts w:ascii="Calibri Light" w:hAnsi="Calibri Light" w:cs="Calibri Light"/>
                <w:lang w:val="en-GB"/>
              </w:rPr>
              <w:t xml:space="preserve">Evaluation 1: </w:t>
            </w:r>
            <w:r w:rsidR="0068263C">
              <w:rPr>
                <w:rFonts w:ascii="Calibri Light" w:hAnsi="Calibri Light" w:cs="Calibri Light"/>
                <w:lang w:val="en-GB"/>
              </w:rPr>
              <w:t>After three weeks, the</w:t>
            </w:r>
            <w:r w:rsidR="00224A9B">
              <w:rPr>
                <w:rFonts w:ascii="Calibri Light" w:hAnsi="Calibri Light" w:cs="Calibri Light"/>
                <w:lang w:val="en-GB"/>
              </w:rPr>
              <w:t xml:space="preserve"> students are asked to provide feedback on </w:t>
            </w:r>
            <w:r w:rsidR="00743DC1">
              <w:rPr>
                <w:rFonts w:ascii="Calibri Light" w:hAnsi="Calibri Light" w:cs="Calibri Light"/>
                <w:lang w:val="en-GB"/>
              </w:rPr>
              <w:t xml:space="preserve">what they used and whether </w:t>
            </w:r>
            <w:r w:rsidR="00224A9B">
              <w:rPr>
                <w:rFonts w:ascii="Calibri Light" w:hAnsi="Calibri Light" w:cs="Calibri Light"/>
                <w:lang w:val="en-GB"/>
              </w:rPr>
              <w:t xml:space="preserve">the guide </w:t>
            </w:r>
            <w:r w:rsidR="00743DC1">
              <w:rPr>
                <w:rFonts w:ascii="Calibri Light" w:hAnsi="Calibri Light" w:cs="Calibri Light"/>
                <w:lang w:val="en-GB"/>
              </w:rPr>
              <w:t>was helpful.</w:t>
            </w:r>
            <w:r w:rsidR="0053006E">
              <w:rPr>
                <w:rFonts w:ascii="Calibri Light" w:hAnsi="Calibri Light" w:cs="Calibri Light"/>
                <w:lang w:val="en-GB"/>
              </w:rPr>
              <w:t xml:space="preserve"> (Survey or in class </w:t>
            </w:r>
            <w:proofErr w:type="spellStart"/>
            <w:r w:rsidR="0053006E">
              <w:rPr>
                <w:rFonts w:ascii="Calibri Light" w:hAnsi="Calibri Light" w:cs="Calibri Light"/>
                <w:lang w:val="en-GB"/>
              </w:rPr>
              <w:t>padlet</w:t>
            </w:r>
            <w:proofErr w:type="spellEnd"/>
            <w:r w:rsidR="0053006E">
              <w:rPr>
                <w:rFonts w:ascii="Calibri Light" w:hAnsi="Calibri Light" w:cs="Calibri Light"/>
                <w:lang w:val="en-GB"/>
              </w:rPr>
              <w:t>) with the first year students</w:t>
            </w:r>
          </w:p>
          <w:p w14:paraId="21917567" w14:textId="77777777" w:rsidR="00743DC1" w:rsidRDefault="00743DC1" w:rsidP="00224A9B">
            <w:pPr>
              <w:rPr>
                <w:rFonts w:ascii="Calibri Light" w:hAnsi="Calibri Light" w:cs="Calibri Light"/>
                <w:lang w:val="en-GB"/>
              </w:rPr>
            </w:pPr>
          </w:p>
          <w:p w14:paraId="3701B9AB" w14:textId="17B57B71" w:rsidR="00743DC1" w:rsidRDefault="00224A9B" w:rsidP="00224A9B">
            <w:pPr>
              <w:rPr>
                <w:rFonts w:ascii="Calibri Light" w:hAnsi="Calibri Light" w:cs="Calibri Light"/>
                <w:lang w:val="en-GB"/>
              </w:rPr>
            </w:pPr>
            <w:r w:rsidRPr="152CB7BE">
              <w:rPr>
                <w:rFonts w:ascii="Calibri Light" w:hAnsi="Calibri Light" w:cs="Calibri Light"/>
                <w:lang w:val="en-GB"/>
              </w:rPr>
              <w:t xml:space="preserve">Evaluation 2: </w:t>
            </w:r>
            <w:r w:rsidR="003C3ED4">
              <w:rPr>
                <w:rFonts w:ascii="Calibri Light" w:hAnsi="Calibri Light" w:cs="Calibri Light"/>
                <w:lang w:val="en-GB"/>
              </w:rPr>
              <w:t>T</w:t>
            </w:r>
            <w:r w:rsidRPr="152CB7BE">
              <w:rPr>
                <w:rFonts w:ascii="Calibri Light" w:hAnsi="Calibri Light" w:cs="Calibri Light"/>
                <w:lang w:val="en-GB"/>
              </w:rPr>
              <w:t xml:space="preserve">he number of times it was accessed on the VLE including </w:t>
            </w:r>
            <w:r w:rsidR="00743DC1" w:rsidRPr="152CB7BE">
              <w:rPr>
                <w:rFonts w:ascii="Calibri Light" w:hAnsi="Calibri Light" w:cs="Calibri Light"/>
                <w:lang w:val="en-GB"/>
              </w:rPr>
              <w:t>which form of communication was accessed</w:t>
            </w:r>
            <w:r w:rsidR="003C3ED4">
              <w:rPr>
                <w:rFonts w:ascii="Calibri Light" w:hAnsi="Calibri Light" w:cs="Calibri Light"/>
                <w:lang w:val="en-GB"/>
              </w:rPr>
              <w:t xml:space="preserve"> can be recorded</w:t>
            </w:r>
            <w:r w:rsidR="00743DC1" w:rsidRPr="152CB7BE">
              <w:rPr>
                <w:rFonts w:ascii="Calibri Light" w:hAnsi="Calibri Light" w:cs="Calibri Light"/>
                <w:lang w:val="en-GB"/>
              </w:rPr>
              <w:t xml:space="preserve">. </w:t>
            </w:r>
          </w:p>
          <w:p w14:paraId="2848051D" w14:textId="77777777" w:rsidR="00743DC1" w:rsidRDefault="00743DC1" w:rsidP="00224A9B">
            <w:pPr>
              <w:rPr>
                <w:rFonts w:ascii="Calibri Light" w:hAnsi="Calibri Light" w:cs="Calibri Light"/>
                <w:lang w:val="en-GB"/>
              </w:rPr>
            </w:pPr>
          </w:p>
          <w:p w14:paraId="232F7DFD" w14:textId="162A1748" w:rsidR="0053006E" w:rsidRDefault="0053006E" w:rsidP="00224A9B">
            <w:pPr>
              <w:rPr>
                <w:rFonts w:ascii="Calibri Light" w:hAnsi="Calibri Light" w:cs="Calibri Light"/>
                <w:lang w:val="en-GB"/>
              </w:rPr>
            </w:pPr>
            <w:r>
              <w:rPr>
                <w:rFonts w:ascii="Calibri Light" w:hAnsi="Calibri Light" w:cs="Calibri Light"/>
                <w:lang w:val="en-GB"/>
              </w:rPr>
              <w:t>Results: how many people accessed it, how useful did they find it, which parts did they find useful, what was missing.</w:t>
            </w:r>
          </w:p>
          <w:p w14:paraId="7D372B48" w14:textId="156F5114" w:rsidR="00B4666F" w:rsidRDefault="00B4666F" w:rsidP="00B4666F">
            <w:pPr>
              <w:rPr>
                <w:rFonts w:ascii="Calibri Light" w:hAnsi="Calibri Light" w:cs="Calibri Light"/>
                <w:lang w:val="en-GB"/>
              </w:rPr>
            </w:pPr>
          </w:p>
          <w:p w14:paraId="299DCADA" w14:textId="77777777" w:rsidR="00B4666F" w:rsidRDefault="00B4666F" w:rsidP="00B4666F">
            <w:pPr>
              <w:rPr>
                <w:rFonts w:ascii="Calibri Light" w:hAnsi="Calibri Light" w:cs="Calibri Light"/>
                <w:lang w:val="en-GB"/>
              </w:rPr>
            </w:pPr>
            <w:r>
              <w:rPr>
                <w:rFonts w:ascii="Calibri Light" w:hAnsi="Calibri Light" w:cs="Calibri Light"/>
                <w:lang w:val="en-GB"/>
              </w:rPr>
              <w:lastRenderedPageBreak/>
              <w:t>What do you do with the results:</w:t>
            </w:r>
          </w:p>
          <w:p w14:paraId="34E494CD" w14:textId="259D1503" w:rsidR="00B4666F" w:rsidRDefault="00743DC1" w:rsidP="00743DC1">
            <w:pPr>
              <w:ind w:left="224"/>
              <w:rPr>
                <w:rFonts w:ascii="Calibri Light" w:hAnsi="Calibri Light" w:cs="Calibri Light"/>
                <w:lang w:val="en-GB"/>
              </w:rPr>
            </w:pPr>
            <w:r>
              <w:rPr>
                <w:rFonts w:ascii="Calibri Light" w:hAnsi="Calibri Light" w:cs="Calibri Light"/>
                <w:lang w:val="en-GB"/>
              </w:rPr>
              <w:t xml:space="preserve">Improve the guide for the next year. </w:t>
            </w:r>
          </w:p>
          <w:p w14:paraId="305F57AF" w14:textId="6A57840C" w:rsidR="00743DC1" w:rsidRPr="000A3910" w:rsidRDefault="00743DC1" w:rsidP="00743DC1">
            <w:pPr>
              <w:ind w:left="224"/>
              <w:rPr>
                <w:rFonts w:ascii="Calibri Light" w:hAnsi="Calibri Light" w:cs="Calibri Light"/>
                <w:lang w:val="en-GB"/>
              </w:rPr>
            </w:pPr>
          </w:p>
        </w:tc>
      </w:tr>
      <w:tr w:rsidR="00B4666F" w:rsidRPr="000A3910" w14:paraId="65FE996D" w14:textId="77777777" w:rsidTr="152CB7BE">
        <w:tc>
          <w:tcPr>
            <w:tcW w:w="4508" w:type="dxa"/>
          </w:tcPr>
          <w:p w14:paraId="5F72F992" w14:textId="77777777" w:rsidR="004E0BFC" w:rsidRDefault="004E0BFC" w:rsidP="00484942">
            <w:pPr>
              <w:rPr>
                <w:rFonts w:ascii="Calibri Light" w:hAnsi="Calibri Light" w:cs="Calibri Light"/>
                <w:lang w:val="en-GB"/>
              </w:rPr>
            </w:pPr>
            <w:r w:rsidRPr="000A3910">
              <w:rPr>
                <w:rFonts w:ascii="Calibri Light" w:hAnsi="Calibri Light" w:cs="Calibri Light"/>
                <w:lang w:val="en-GB"/>
              </w:rPr>
              <w:lastRenderedPageBreak/>
              <w:t>(How) is the effectiveness tracked? </w:t>
            </w:r>
          </w:p>
          <w:p w14:paraId="58DD4ED3" w14:textId="77777777" w:rsidR="00632F35" w:rsidRPr="000A3910" w:rsidRDefault="00632F35">
            <w:pPr>
              <w:numPr>
                <w:ilvl w:val="0"/>
                <w:numId w:val="10"/>
              </w:numPr>
              <w:rPr>
                <w:rFonts w:ascii="Calibri Light" w:hAnsi="Calibri Light" w:cs="Calibri Light"/>
                <w:lang w:val="en-GB"/>
              </w:rPr>
            </w:pPr>
            <w:r w:rsidRPr="000A3910">
              <w:rPr>
                <w:rFonts w:ascii="Calibri Light" w:hAnsi="Calibri Light" w:cs="Calibri Light"/>
                <w:lang w:val="en-GB"/>
              </w:rPr>
              <w:t>How?  </w:t>
            </w:r>
          </w:p>
          <w:p w14:paraId="3D25C700" w14:textId="77777777" w:rsidR="00632F35" w:rsidRPr="000A3910" w:rsidRDefault="00632F35">
            <w:pPr>
              <w:numPr>
                <w:ilvl w:val="0"/>
                <w:numId w:val="11"/>
              </w:numPr>
              <w:rPr>
                <w:rFonts w:ascii="Calibri Light" w:hAnsi="Calibri Light" w:cs="Calibri Light"/>
                <w:lang w:val="en-GB"/>
              </w:rPr>
            </w:pPr>
            <w:r w:rsidRPr="000A3910">
              <w:rPr>
                <w:rFonts w:ascii="Calibri Light" w:hAnsi="Calibri Light" w:cs="Calibri Light"/>
                <w:lang w:val="en-GB"/>
              </w:rPr>
              <w:t>What are the results? </w:t>
            </w:r>
          </w:p>
          <w:p w14:paraId="6D501660" w14:textId="54E21202" w:rsidR="00632F35" w:rsidRPr="000A3910" w:rsidRDefault="68806B7A">
            <w:pPr>
              <w:numPr>
                <w:ilvl w:val="0"/>
                <w:numId w:val="12"/>
              </w:numPr>
              <w:rPr>
                <w:rFonts w:ascii="Calibri Light" w:hAnsi="Calibri Light" w:cs="Calibri Light"/>
                <w:lang w:val="en-GB"/>
              </w:rPr>
            </w:pPr>
            <w:r w:rsidRPr="5ED244E1">
              <w:rPr>
                <w:rFonts w:ascii="Calibri Light" w:hAnsi="Calibri Light" w:cs="Calibri Light"/>
                <w:lang w:val="en-GB"/>
              </w:rPr>
              <w:t xml:space="preserve">What </w:t>
            </w:r>
            <w:r w:rsidR="00060EC2">
              <w:rPr>
                <w:rFonts w:ascii="Calibri Light" w:hAnsi="Calibri Light" w:cs="Calibri Light"/>
                <w:lang w:val="en-GB"/>
              </w:rPr>
              <w:t xml:space="preserve">is the purpose of collecting the </w:t>
            </w:r>
            <w:r w:rsidRPr="5ED244E1">
              <w:rPr>
                <w:rFonts w:ascii="Calibri Light" w:hAnsi="Calibri Light" w:cs="Calibri Light"/>
                <w:lang w:val="en-GB"/>
              </w:rPr>
              <w:t>results</w:t>
            </w:r>
            <w:r w:rsidR="00060EC2">
              <w:rPr>
                <w:rFonts w:ascii="Calibri Light" w:hAnsi="Calibri Light" w:cs="Calibri Light"/>
                <w:lang w:val="en-GB"/>
              </w:rPr>
              <w:t>, how will they be used</w:t>
            </w:r>
            <w:r w:rsidRPr="5ED244E1">
              <w:rPr>
                <w:rFonts w:ascii="Calibri Light" w:hAnsi="Calibri Light" w:cs="Calibri Light"/>
                <w:lang w:val="en-GB"/>
              </w:rPr>
              <w:t>?  </w:t>
            </w:r>
          </w:p>
          <w:p w14:paraId="0A87BD95" w14:textId="77777777" w:rsidR="00632F35" w:rsidRPr="000A3910" w:rsidRDefault="00632F35" w:rsidP="00484942">
            <w:pPr>
              <w:rPr>
                <w:rFonts w:ascii="Calibri Light" w:hAnsi="Calibri Light" w:cs="Calibri Light"/>
                <w:lang w:val="en-GB"/>
              </w:rPr>
            </w:pPr>
          </w:p>
        </w:tc>
        <w:tc>
          <w:tcPr>
            <w:tcW w:w="4508" w:type="dxa"/>
          </w:tcPr>
          <w:p w14:paraId="36BF12DB" w14:textId="77777777" w:rsidR="004E0BFC" w:rsidRDefault="004E0BFC" w:rsidP="00632F35">
            <w:pPr>
              <w:rPr>
                <w:rFonts w:ascii="Calibri Light" w:hAnsi="Calibri Light" w:cs="Calibri Light"/>
                <w:lang w:val="en-GB"/>
              </w:rPr>
            </w:pPr>
          </w:p>
          <w:p w14:paraId="0CA4D4B0" w14:textId="02B3DF12" w:rsidR="001C0B2B" w:rsidRDefault="00743DC1" w:rsidP="00632F35">
            <w:pPr>
              <w:rPr>
                <w:rFonts w:ascii="Calibri Light" w:hAnsi="Calibri Light" w:cs="Calibri Light"/>
                <w:lang w:val="en-GB"/>
              </w:rPr>
            </w:pPr>
            <w:r w:rsidRPr="152CB7BE">
              <w:rPr>
                <w:rFonts w:ascii="Calibri Light" w:hAnsi="Calibri Light" w:cs="Calibri Light"/>
                <w:lang w:val="en-GB"/>
              </w:rPr>
              <w:t xml:space="preserve">Assess the number of emails sent to lecturers in the first 2 weeks. </w:t>
            </w:r>
          </w:p>
          <w:p w14:paraId="45EB112C" w14:textId="76A445EB" w:rsidR="0053006E" w:rsidRPr="000A3910" w:rsidRDefault="0053006E" w:rsidP="00632F35">
            <w:pPr>
              <w:rPr>
                <w:rFonts w:ascii="Calibri Light" w:hAnsi="Calibri Light" w:cs="Calibri Light"/>
                <w:lang w:val="en-GB"/>
              </w:rPr>
            </w:pPr>
            <w:r>
              <w:rPr>
                <w:rFonts w:ascii="Calibri Light" w:hAnsi="Calibri Light" w:cs="Calibri Light"/>
                <w:lang w:val="en-GB"/>
              </w:rPr>
              <w:t>Send a survey to lecturers to see if they noticed an impact</w:t>
            </w:r>
          </w:p>
        </w:tc>
      </w:tr>
      <w:tr w:rsidR="00B4666F" w:rsidRPr="000A3910" w14:paraId="1EAD9F33" w14:textId="77777777" w:rsidTr="152CB7BE">
        <w:trPr>
          <w:trHeight w:val="401"/>
        </w:trPr>
        <w:tc>
          <w:tcPr>
            <w:tcW w:w="4508" w:type="dxa"/>
          </w:tcPr>
          <w:p w14:paraId="3F03C461" w14:textId="77777777" w:rsidR="004E0BFC" w:rsidRDefault="004E0BFC" w:rsidP="00484942">
            <w:pPr>
              <w:rPr>
                <w:rFonts w:ascii="Calibri Light" w:hAnsi="Calibri Light" w:cs="Calibri Light"/>
                <w:lang w:val="en-GB"/>
              </w:rPr>
            </w:pPr>
            <w:r w:rsidRPr="000A3910">
              <w:rPr>
                <w:rFonts w:ascii="Calibri Light" w:hAnsi="Calibri Light" w:cs="Calibri Light"/>
                <w:lang w:val="en-GB"/>
              </w:rPr>
              <w:t xml:space="preserve">Any further notes: </w:t>
            </w:r>
          </w:p>
          <w:p w14:paraId="7350DFA2" w14:textId="4F8E95F9" w:rsidR="00F370E7" w:rsidRPr="000A3910" w:rsidRDefault="00F370E7" w:rsidP="00484942">
            <w:pPr>
              <w:rPr>
                <w:rFonts w:ascii="Calibri Light" w:hAnsi="Calibri Light" w:cs="Calibri Light"/>
                <w:lang w:val="en-GB"/>
              </w:rPr>
            </w:pPr>
          </w:p>
        </w:tc>
        <w:tc>
          <w:tcPr>
            <w:tcW w:w="4508" w:type="dxa"/>
          </w:tcPr>
          <w:p w14:paraId="5EEBAF7D" w14:textId="77777777" w:rsidR="00F370E7" w:rsidRDefault="00F370E7" w:rsidP="00484942">
            <w:pPr>
              <w:rPr>
                <w:rFonts w:ascii="Calibri Light" w:hAnsi="Calibri Light" w:cs="Calibri Light"/>
                <w:lang w:val="en-GB"/>
              </w:rPr>
            </w:pPr>
          </w:p>
          <w:p w14:paraId="00A03F6B" w14:textId="77777777" w:rsidR="00F370E7" w:rsidRPr="000A3910" w:rsidRDefault="00F370E7" w:rsidP="00484942">
            <w:pPr>
              <w:rPr>
                <w:rFonts w:ascii="Calibri Light" w:hAnsi="Calibri Light" w:cs="Calibri Light"/>
                <w:lang w:val="en-GB"/>
              </w:rPr>
            </w:pPr>
          </w:p>
        </w:tc>
      </w:tr>
    </w:tbl>
    <w:p w14:paraId="33F98547" w14:textId="6EBE3531" w:rsidR="0086050C" w:rsidRPr="000A3910" w:rsidRDefault="0086050C" w:rsidP="004E0BFC">
      <w:pPr>
        <w:rPr>
          <w:rFonts w:ascii="Calibri Light" w:hAnsi="Calibri Light" w:cs="Calibri Light"/>
          <w:lang w:val="en-GB"/>
        </w:rPr>
      </w:pPr>
    </w:p>
    <w:p w14:paraId="687B5F24" w14:textId="2FFA162A" w:rsidR="432CB9EB" w:rsidRDefault="432CB9EB" w:rsidP="68E03FF7">
      <w:pPr>
        <w:rPr>
          <w:b/>
          <w:bCs/>
          <w:color w:val="0F6576"/>
          <w:sz w:val="28"/>
          <w:szCs w:val="28"/>
        </w:rPr>
      </w:pPr>
      <w:r w:rsidRPr="68E03FF7">
        <w:rPr>
          <w:b/>
          <w:bCs/>
          <w:color w:val="0F6576"/>
          <w:sz w:val="28"/>
          <w:szCs w:val="28"/>
        </w:rPr>
        <w:t>References or inspiration used to design intervention:</w:t>
      </w:r>
    </w:p>
    <w:p w14:paraId="692C294E" w14:textId="78261596" w:rsidR="00743DC1" w:rsidRDefault="00B4666F" w:rsidP="00743DC1">
      <w:pPr>
        <w:rPr>
          <w:lang w:val="en-GB"/>
        </w:rPr>
      </w:pPr>
      <w:r>
        <w:t xml:space="preserve">Inspiration for this intervention came from </w:t>
      </w:r>
      <w:r w:rsidR="00743DC1">
        <w:t xml:space="preserve">the </w:t>
      </w:r>
      <w:r w:rsidR="00743DC1" w:rsidRPr="00743DC1">
        <w:rPr>
          <w:lang w:val="en-GB"/>
        </w:rPr>
        <w:t>Inclusive Teaching Guide ©2024</w:t>
      </w:r>
      <w:r w:rsidR="00743DC1">
        <w:rPr>
          <w:lang w:val="en-GB"/>
        </w:rPr>
        <w:t xml:space="preserve"> produced by Universities in Australia.  Available at: </w:t>
      </w:r>
      <w:hyperlink r:id="rId11" w:history="1">
        <w:r w:rsidR="00743DC1" w:rsidRPr="008828C8">
          <w:rPr>
            <w:rStyle w:val="Hyperlink"/>
            <w:lang w:val="en-GB"/>
          </w:rPr>
          <w:t>https://unireadytoolkit.com.au/sdm_downloads/inclusive-teaching-guide/</w:t>
        </w:r>
      </w:hyperlink>
    </w:p>
    <w:p w14:paraId="7D0FEDAB" w14:textId="0997E67D" w:rsidR="00871BF1" w:rsidRDefault="008E5E92" w:rsidP="68E03FF7">
      <w:pPr>
        <w:rPr>
          <w:b/>
          <w:bCs/>
          <w:color w:val="0F6576"/>
          <w:sz w:val="28"/>
          <w:szCs w:val="28"/>
        </w:rPr>
      </w:pPr>
      <w:r>
        <w:rPr>
          <w:b/>
          <w:bCs/>
          <w:color w:val="0F6576"/>
          <w:sz w:val="28"/>
          <w:szCs w:val="28"/>
        </w:rPr>
        <w:t xml:space="preserve">Appendix A – </w:t>
      </w:r>
      <w:r w:rsidR="00871BF1">
        <w:rPr>
          <w:b/>
          <w:bCs/>
          <w:color w:val="0F6576"/>
          <w:sz w:val="28"/>
          <w:szCs w:val="28"/>
        </w:rPr>
        <w:t xml:space="preserve">Use of Gen AI in preparing </w:t>
      </w:r>
      <w:r w:rsidR="006B16D5">
        <w:rPr>
          <w:b/>
          <w:bCs/>
          <w:color w:val="0F6576"/>
          <w:sz w:val="28"/>
          <w:szCs w:val="28"/>
        </w:rPr>
        <w:t>interventions</w:t>
      </w:r>
    </w:p>
    <w:p w14:paraId="12770E74" w14:textId="4AE10AB5" w:rsidR="001C0B2B" w:rsidRDefault="001C0B2B" w:rsidP="00871BF1">
      <w:pPr>
        <w:rPr>
          <w:rFonts w:ascii="Calibri Light" w:hAnsi="Calibri Light" w:cs="Calibri Light"/>
        </w:rPr>
      </w:pPr>
      <w:r>
        <w:rPr>
          <w:rFonts w:ascii="Calibri Light" w:hAnsi="Calibri Light" w:cs="Calibri Light"/>
        </w:rPr>
        <w:t xml:space="preserve">Gen AI </w:t>
      </w:r>
      <w:r w:rsidR="00743DC1">
        <w:rPr>
          <w:rFonts w:ascii="Calibri Light" w:hAnsi="Calibri Light" w:cs="Calibri Light"/>
        </w:rPr>
        <w:t>can be used to create the videos and podcasts to support the visual and auditory representations of the Getting Started Guide</w:t>
      </w:r>
      <w:r w:rsidR="00980B51">
        <w:rPr>
          <w:rFonts w:ascii="Calibri Light" w:hAnsi="Calibri Light" w:cs="Calibri Light"/>
        </w:rPr>
        <w:t xml:space="preserve">. </w:t>
      </w:r>
    </w:p>
    <w:sectPr w:rsidR="001C0B2B" w:rsidSect="00DF3B8E">
      <w:headerReference w:type="default" r:id="rId12"/>
      <w:footerReference w:type="defaul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48E16" w14:textId="77777777" w:rsidR="0034423E" w:rsidRDefault="0034423E" w:rsidP="004E0BFC">
      <w:pPr>
        <w:spacing w:after="0" w:line="240" w:lineRule="auto"/>
      </w:pPr>
      <w:r>
        <w:separator/>
      </w:r>
    </w:p>
  </w:endnote>
  <w:endnote w:type="continuationSeparator" w:id="0">
    <w:p w14:paraId="5141CD28" w14:textId="77777777" w:rsidR="0034423E" w:rsidRDefault="0034423E" w:rsidP="004E0B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1A323" w14:textId="1C99C8B3" w:rsidR="00072F81" w:rsidRPr="00B47B90" w:rsidRDefault="00072F81">
    <w:pPr>
      <w:pStyle w:val="Footer"/>
    </w:pPr>
    <w:r w:rsidRPr="00B47B90">
      <w:t xml:space="preserve">Innovative interventions to improve social &amp; academic integration of STEM university students  © 2026 by In-4-STEM project is licensed under Creative Commons Attribution-NonCommercial-ShareAlike 4.0 International (CC BY-NC-SA 4.0) . To view a copy of this license, visit </w:t>
    </w:r>
    <w:hyperlink r:id="rId1" w:tgtFrame="_blank" w:tooltip="https://creativecommons.org/licenses/by-nc-sa/4.0/" w:history="1">
      <w:r w:rsidRPr="00B47B90">
        <w:rPr>
          <w:rStyle w:val="Hyperlink"/>
          <w:color w:val="auto"/>
        </w:rPr>
        <w:t>https://creativecommons.org/licenses/by-nc-sa/4.0/</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E7BE0" w14:textId="77777777" w:rsidR="0034423E" w:rsidRDefault="0034423E" w:rsidP="004E0BFC">
      <w:pPr>
        <w:spacing w:after="0" w:line="240" w:lineRule="auto"/>
      </w:pPr>
      <w:r>
        <w:separator/>
      </w:r>
    </w:p>
  </w:footnote>
  <w:footnote w:type="continuationSeparator" w:id="0">
    <w:p w14:paraId="206C6FF4" w14:textId="77777777" w:rsidR="0034423E" w:rsidRDefault="0034423E" w:rsidP="004E0B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51308" w14:textId="446AE7D0" w:rsidR="00E804BF" w:rsidRDefault="00B47B90">
    <w:pPr>
      <w:pStyle w:val="Header"/>
    </w:pPr>
    <w:r w:rsidRPr="00ED392D">
      <w:rPr>
        <w:b/>
        <w:noProof/>
        <w:color w:val="0F6576"/>
        <w:sz w:val="40"/>
        <w:szCs w:val="32"/>
      </w:rPr>
      <w:drawing>
        <wp:anchor distT="0" distB="0" distL="114300" distR="114300" simplePos="0" relativeHeight="251659264" behindDoc="0" locked="0" layoutInCell="1" allowOverlap="1" wp14:anchorId="544C01A2" wp14:editId="538920BC">
          <wp:simplePos x="0" y="0"/>
          <wp:positionH relativeFrom="column">
            <wp:posOffset>-815340</wp:posOffset>
          </wp:positionH>
          <wp:positionV relativeFrom="paragraph">
            <wp:posOffset>-228600</wp:posOffset>
          </wp:positionV>
          <wp:extent cx="548640" cy="548640"/>
          <wp:effectExtent l="0" t="0" r="0" b="0"/>
          <wp:wrapThrough wrapText="bothSides">
            <wp:wrapPolygon edited="0">
              <wp:start x="6000" y="0"/>
              <wp:lineTo x="0" y="4000"/>
              <wp:lineTo x="0" y="16500"/>
              <wp:lineTo x="5500" y="21000"/>
              <wp:lineTo x="6000" y="21000"/>
              <wp:lineTo x="15000" y="21000"/>
              <wp:lineTo x="15500" y="21000"/>
              <wp:lineTo x="21000" y="16500"/>
              <wp:lineTo x="21000" y="4000"/>
              <wp:lineTo x="15000" y="0"/>
              <wp:lineTo x="6000" y="0"/>
            </wp:wrapPolygon>
          </wp:wrapThrough>
          <wp:docPr id="2109538620" name="Afbeelding 1" descr="Afbeelding met tekst, Graphics, Lettertype,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538620" name="Afbeelding 1" descr="Afbeelding met tekst, Graphics, Lettertype, grafische vormgeving&#10;&#10;Door AI gegenereerde inhoud is mogelijk onjuist."/>
                  <pic:cNvPicPr/>
                </pic:nvPicPr>
                <pic:blipFill>
                  <a:blip r:embed="rId1"/>
                  <a:stretch>
                    <a:fillRect/>
                  </a:stretch>
                </pic:blipFill>
                <pic:spPr>
                  <a:xfrm>
                    <a:off x="0" y="0"/>
                    <a:ext cx="548640" cy="548640"/>
                  </a:xfrm>
                  <a:prstGeom prst="rect">
                    <a:avLst/>
                  </a:prstGeom>
                </pic:spPr>
              </pic:pic>
            </a:graphicData>
          </a:graphic>
          <wp14:sizeRelH relativeFrom="page">
            <wp14:pctWidth>0</wp14:pctWidth>
          </wp14:sizeRelH>
          <wp14:sizeRelV relativeFrom="page">
            <wp14:pctHeight>0</wp14:pctHeight>
          </wp14:sizeRelV>
        </wp:anchor>
      </w:drawing>
    </w:r>
    <w:r w:rsidR="00E804BF" w:rsidRPr="00ED392D">
      <w:rPr>
        <w:b/>
        <w:color w:val="0F6576"/>
        <w:sz w:val="40"/>
        <w:szCs w:val="32"/>
      </w:rPr>
      <w:t>Universal Intervention Design 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B4464C5"/>
    <w:multiLevelType w:val="multilevel"/>
    <w:tmpl w:val="4CA23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FB6E94"/>
    <w:multiLevelType w:val="hybridMultilevel"/>
    <w:tmpl w:val="D8920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3525D1"/>
    <w:multiLevelType w:val="multilevel"/>
    <w:tmpl w:val="D7546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DD2EAB"/>
    <w:multiLevelType w:val="multilevel"/>
    <w:tmpl w:val="3BC20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654120"/>
    <w:multiLevelType w:val="hybridMultilevel"/>
    <w:tmpl w:val="376C9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B32618"/>
    <w:multiLevelType w:val="multilevel"/>
    <w:tmpl w:val="6442B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83468B"/>
    <w:multiLevelType w:val="multilevel"/>
    <w:tmpl w:val="E8EAE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1F4E57"/>
    <w:multiLevelType w:val="multilevel"/>
    <w:tmpl w:val="4FC0D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6976018">
    <w:abstractNumId w:val="5"/>
  </w:num>
  <w:num w:numId="2" w16cid:durableId="1035421766">
    <w:abstractNumId w:val="3"/>
  </w:num>
  <w:num w:numId="3" w16cid:durableId="17435021">
    <w:abstractNumId w:val="2"/>
  </w:num>
  <w:num w:numId="4" w16cid:durableId="1365327847">
    <w:abstractNumId w:val="4"/>
  </w:num>
  <w:num w:numId="5" w16cid:durableId="275061777">
    <w:abstractNumId w:val="1"/>
  </w:num>
  <w:num w:numId="6" w16cid:durableId="935866172">
    <w:abstractNumId w:val="0"/>
  </w:num>
  <w:num w:numId="7" w16cid:durableId="1957516962">
    <w:abstractNumId w:val="12"/>
  </w:num>
  <w:num w:numId="8" w16cid:durableId="1526362397">
    <w:abstractNumId w:val="11"/>
  </w:num>
  <w:num w:numId="9" w16cid:durableId="1146123835">
    <w:abstractNumId w:val="8"/>
  </w:num>
  <w:num w:numId="10" w16cid:durableId="1050374691">
    <w:abstractNumId w:val="9"/>
  </w:num>
  <w:num w:numId="11" w16cid:durableId="1067142085">
    <w:abstractNumId w:val="13"/>
  </w:num>
  <w:num w:numId="12" w16cid:durableId="706611043">
    <w:abstractNumId w:val="6"/>
  </w:num>
  <w:num w:numId="13" w16cid:durableId="1744372509">
    <w:abstractNumId w:val="7"/>
  </w:num>
  <w:num w:numId="14" w16cid:durableId="838354186">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AFE"/>
    <w:rsid w:val="00034616"/>
    <w:rsid w:val="0006063C"/>
    <w:rsid w:val="00060EC2"/>
    <w:rsid w:val="00072F81"/>
    <w:rsid w:val="00083682"/>
    <w:rsid w:val="000A3910"/>
    <w:rsid w:val="000A4688"/>
    <w:rsid w:val="000E716D"/>
    <w:rsid w:val="000F2C23"/>
    <w:rsid w:val="001041A5"/>
    <w:rsid w:val="00104E08"/>
    <w:rsid w:val="0015074B"/>
    <w:rsid w:val="00166AFF"/>
    <w:rsid w:val="001B4399"/>
    <w:rsid w:val="001B46A5"/>
    <w:rsid w:val="001C0B2B"/>
    <w:rsid w:val="001E4707"/>
    <w:rsid w:val="00211138"/>
    <w:rsid w:val="002202CB"/>
    <w:rsid w:val="002247A9"/>
    <w:rsid w:val="00224A9B"/>
    <w:rsid w:val="0022749E"/>
    <w:rsid w:val="002335D4"/>
    <w:rsid w:val="00274293"/>
    <w:rsid w:val="0029639D"/>
    <w:rsid w:val="002B175D"/>
    <w:rsid w:val="002D2D4C"/>
    <w:rsid w:val="00300FED"/>
    <w:rsid w:val="00326F90"/>
    <w:rsid w:val="0034423E"/>
    <w:rsid w:val="003522F9"/>
    <w:rsid w:val="0036383E"/>
    <w:rsid w:val="00390282"/>
    <w:rsid w:val="003A6011"/>
    <w:rsid w:val="003C3ED4"/>
    <w:rsid w:val="003D384F"/>
    <w:rsid w:val="003E4EE2"/>
    <w:rsid w:val="00416005"/>
    <w:rsid w:val="00422611"/>
    <w:rsid w:val="00435785"/>
    <w:rsid w:val="004462A9"/>
    <w:rsid w:val="00456A0B"/>
    <w:rsid w:val="00471D4F"/>
    <w:rsid w:val="00472B63"/>
    <w:rsid w:val="00497B8F"/>
    <w:rsid w:val="004B1670"/>
    <w:rsid w:val="004E0A16"/>
    <w:rsid w:val="004E0BFC"/>
    <w:rsid w:val="005123C6"/>
    <w:rsid w:val="00521542"/>
    <w:rsid w:val="005267D2"/>
    <w:rsid w:val="0053006E"/>
    <w:rsid w:val="005414CD"/>
    <w:rsid w:val="005576FC"/>
    <w:rsid w:val="00562C99"/>
    <w:rsid w:val="00571F7D"/>
    <w:rsid w:val="00590643"/>
    <w:rsid w:val="005A1993"/>
    <w:rsid w:val="005C49FD"/>
    <w:rsid w:val="0062506B"/>
    <w:rsid w:val="006327A8"/>
    <w:rsid w:val="00632F35"/>
    <w:rsid w:val="0067654A"/>
    <w:rsid w:val="0068263C"/>
    <w:rsid w:val="006A1968"/>
    <w:rsid w:val="006B16D5"/>
    <w:rsid w:val="00742F27"/>
    <w:rsid w:val="00743DC1"/>
    <w:rsid w:val="00764394"/>
    <w:rsid w:val="007C08D4"/>
    <w:rsid w:val="007C361B"/>
    <w:rsid w:val="007F6237"/>
    <w:rsid w:val="00812194"/>
    <w:rsid w:val="008235EF"/>
    <w:rsid w:val="00824382"/>
    <w:rsid w:val="0085435F"/>
    <w:rsid w:val="0086050C"/>
    <w:rsid w:val="00871BF1"/>
    <w:rsid w:val="00871D78"/>
    <w:rsid w:val="00882906"/>
    <w:rsid w:val="00896312"/>
    <w:rsid w:val="008B2AFF"/>
    <w:rsid w:val="008E5E92"/>
    <w:rsid w:val="00967BBD"/>
    <w:rsid w:val="00977903"/>
    <w:rsid w:val="00980B51"/>
    <w:rsid w:val="00980D34"/>
    <w:rsid w:val="009B6D17"/>
    <w:rsid w:val="00A36357"/>
    <w:rsid w:val="00A53F55"/>
    <w:rsid w:val="00A72973"/>
    <w:rsid w:val="00AA1D8D"/>
    <w:rsid w:val="00AA4C42"/>
    <w:rsid w:val="00AA6682"/>
    <w:rsid w:val="00AD37CD"/>
    <w:rsid w:val="00AE0467"/>
    <w:rsid w:val="00AE7A07"/>
    <w:rsid w:val="00AF6E44"/>
    <w:rsid w:val="00B20B89"/>
    <w:rsid w:val="00B2788D"/>
    <w:rsid w:val="00B3219D"/>
    <w:rsid w:val="00B33831"/>
    <w:rsid w:val="00B349B2"/>
    <w:rsid w:val="00B4184B"/>
    <w:rsid w:val="00B4222B"/>
    <w:rsid w:val="00B43D14"/>
    <w:rsid w:val="00B4666F"/>
    <w:rsid w:val="00B47730"/>
    <w:rsid w:val="00B47B90"/>
    <w:rsid w:val="00BA645E"/>
    <w:rsid w:val="00BE59D8"/>
    <w:rsid w:val="00C05C8B"/>
    <w:rsid w:val="00C535A7"/>
    <w:rsid w:val="00C928C2"/>
    <w:rsid w:val="00CB0664"/>
    <w:rsid w:val="00CC376A"/>
    <w:rsid w:val="00CD644C"/>
    <w:rsid w:val="00CD7C73"/>
    <w:rsid w:val="00CF433C"/>
    <w:rsid w:val="00CF43DC"/>
    <w:rsid w:val="00D545E9"/>
    <w:rsid w:val="00D70B71"/>
    <w:rsid w:val="00D86E12"/>
    <w:rsid w:val="00DA3A55"/>
    <w:rsid w:val="00DD2264"/>
    <w:rsid w:val="00DF3B8E"/>
    <w:rsid w:val="00E03AFB"/>
    <w:rsid w:val="00E43699"/>
    <w:rsid w:val="00E54B27"/>
    <w:rsid w:val="00E54CE1"/>
    <w:rsid w:val="00E55E07"/>
    <w:rsid w:val="00E65FE8"/>
    <w:rsid w:val="00E804BF"/>
    <w:rsid w:val="00E83637"/>
    <w:rsid w:val="00ED392D"/>
    <w:rsid w:val="00EE49AC"/>
    <w:rsid w:val="00F16179"/>
    <w:rsid w:val="00F370E7"/>
    <w:rsid w:val="00F40F37"/>
    <w:rsid w:val="00F50AEF"/>
    <w:rsid w:val="00F519A2"/>
    <w:rsid w:val="00F53467"/>
    <w:rsid w:val="00F543D5"/>
    <w:rsid w:val="00F73FE9"/>
    <w:rsid w:val="00F82504"/>
    <w:rsid w:val="00FC693F"/>
    <w:rsid w:val="00FD2211"/>
    <w:rsid w:val="04FF0B25"/>
    <w:rsid w:val="0995762F"/>
    <w:rsid w:val="0A8FFF54"/>
    <w:rsid w:val="0EBEE6DD"/>
    <w:rsid w:val="108BFCCD"/>
    <w:rsid w:val="11939C16"/>
    <w:rsid w:val="11A64929"/>
    <w:rsid w:val="124C7894"/>
    <w:rsid w:val="152CB7BE"/>
    <w:rsid w:val="15C61BD4"/>
    <w:rsid w:val="18590F20"/>
    <w:rsid w:val="191F98DF"/>
    <w:rsid w:val="1EAAAAD6"/>
    <w:rsid w:val="266882D2"/>
    <w:rsid w:val="2775CC4D"/>
    <w:rsid w:val="28748EB1"/>
    <w:rsid w:val="2ADB2C16"/>
    <w:rsid w:val="2AFDC5A1"/>
    <w:rsid w:val="2B378797"/>
    <w:rsid w:val="2B8480C6"/>
    <w:rsid w:val="2CC46551"/>
    <w:rsid w:val="33D867F6"/>
    <w:rsid w:val="388651C2"/>
    <w:rsid w:val="38FD1300"/>
    <w:rsid w:val="39AF69AD"/>
    <w:rsid w:val="3C04100F"/>
    <w:rsid w:val="41E1B06E"/>
    <w:rsid w:val="432CB9EB"/>
    <w:rsid w:val="44D1369E"/>
    <w:rsid w:val="46A33156"/>
    <w:rsid w:val="4BD6AA28"/>
    <w:rsid w:val="50CFB4D1"/>
    <w:rsid w:val="530772B9"/>
    <w:rsid w:val="5535AC41"/>
    <w:rsid w:val="578BCC71"/>
    <w:rsid w:val="5DC8FB06"/>
    <w:rsid w:val="5DE3F11A"/>
    <w:rsid w:val="5E9862F3"/>
    <w:rsid w:val="5ED244E1"/>
    <w:rsid w:val="644AAD47"/>
    <w:rsid w:val="6606D01A"/>
    <w:rsid w:val="68806B7A"/>
    <w:rsid w:val="68E03FF7"/>
    <w:rsid w:val="69249785"/>
    <w:rsid w:val="6AFD6AE5"/>
    <w:rsid w:val="6B05B6E6"/>
    <w:rsid w:val="713A74C0"/>
    <w:rsid w:val="7B4EEBE3"/>
    <w:rsid w:val="7C45A189"/>
    <w:rsid w:val="7CF5F05F"/>
    <w:rsid w:val="7D7F6DFB"/>
    <w:rsid w:val="7FA437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FB14BF"/>
  <w14:defaultImageDpi w14:val="330"/>
  <w15:docId w15:val="{8671F30C-69AD-3540-8AE5-C81D7C76C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Calibri" w:hAnsi="Calibri"/>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5435F"/>
    <w:rPr>
      <w:b/>
      <w:bCs/>
    </w:rPr>
  </w:style>
  <w:style w:type="character" w:customStyle="1" w:styleId="CommentSubjectChar">
    <w:name w:val="Comment Subject Char"/>
    <w:basedOn w:val="CommentTextChar"/>
    <w:link w:val="CommentSubject"/>
    <w:uiPriority w:val="99"/>
    <w:semiHidden/>
    <w:rsid w:val="0085435F"/>
    <w:rPr>
      <w:rFonts w:ascii="Calibri" w:hAnsi="Calibri"/>
      <w:b/>
      <w:bCs/>
      <w:sz w:val="20"/>
      <w:szCs w:val="20"/>
    </w:rPr>
  </w:style>
  <w:style w:type="character" w:styleId="Hyperlink">
    <w:name w:val="Hyperlink"/>
    <w:basedOn w:val="DefaultParagraphFont"/>
    <w:uiPriority w:val="99"/>
    <w:unhideWhenUsed/>
    <w:rsid w:val="00871BF1"/>
    <w:rPr>
      <w:color w:val="0000FF" w:themeColor="hyperlink"/>
      <w:u w:val="single"/>
    </w:rPr>
  </w:style>
  <w:style w:type="paragraph" w:styleId="NormalWeb">
    <w:name w:val="Normal (Web)"/>
    <w:basedOn w:val="Normal"/>
    <w:uiPriority w:val="99"/>
    <w:semiHidden/>
    <w:unhideWhenUsed/>
    <w:rsid w:val="007C08D4"/>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E0467"/>
    <w:rPr>
      <w:color w:val="605E5C"/>
      <w:shd w:val="clear" w:color="auto" w:fill="E1DFDD"/>
    </w:rPr>
  </w:style>
  <w:style w:type="paragraph" w:styleId="Revision">
    <w:name w:val="Revision"/>
    <w:hidden/>
    <w:uiPriority w:val="99"/>
    <w:semiHidden/>
    <w:rsid w:val="006327A8"/>
    <w:pPr>
      <w:spacing w:after="0" w:line="240" w:lineRule="auto"/>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205256">
      <w:bodyDiv w:val="1"/>
      <w:marLeft w:val="0"/>
      <w:marRight w:val="0"/>
      <w:marTop w:val="0"/>
      <w:marBottom w:val="0"/>
      <w:divBdr>
        <w:top w:val="none" w:sz="0" w:space="0" w:color="auto"/>
        <w:left w:val="none" w:sz="0" w:space="0" w:color="auto"/>
        <w:bottom w:val="none" w:sz="0" w:space="0" w:color="auto"/>
        <w:right w:val="none" w:sz="0" w:space="0" w:color="auto"/>
      </w:divBdr>
      <w:divsChild>
        <w:div w:id="883178929">
          <w:marLeft w:val="0"/>
          <w:marRight w:val="0"/>
          <w:marTop w:val="0"/>
          <w:marBottom w:val="0"/>
          <w:divBdr>
            <w:top w:val="none" w:sz="0" w:space="0" w:color="auto"/>
            <w:left w:val="none" w:sz="0" w:space="0" w:color="auto"/>
            <w:bottom w:val="none" w:sz="0" w:space="0" w:color="auto"/>
            <w:right w:val="none" w:sz="0" w:space="0" w:color="auto"/>
          </w:divBdr>
          <w:divsChild>
            <w:div w:id="2076468789">
              <w:marLeft w:val="0"/>
              <w:marRight w:val="0"/>
              <w:marTop w:val="0"/>
              <w:marBottom w:val="0"/>
              <w:divBdr>
                <w:top w:val="none" w:sz="0" w:space="0" w:color="auto"/>
                <w:left w:val="none" w:sz="0" w:space="0" w:color="auto"/>
                <w:bottom w:val="none" w:sz="0" w:space="0" w:color="auto"/>
                <w:right w:val="none" w:sz="0" w:space="0" w:color="auto"/>
              </w:divBdr>
            </w:div>
          </w:divsChild>
        </w:div>
        <w:div w:id="1583300379">
          <w:marLeft w:val="0"/>
          <w:marRight w:val="0"/>
          <w:marTop w:val="0"/>
          <w:marBottom w:val="0"/>
          <w:divBdr>
            <w:top w:val="single" w:sz="6" w:space="15" w:color="E8E8E8"/>
            <w:left w:val="none" w:sz="0" w:space="0" w:color="auto"/>
            <w:bottom w:val="none" w:sz="0" w:space="0" w:color="auto"/>
            <w:right w:val="none" w:sz="0" w:space="0" w:color="auto"/>
          </w:divBdr>
          <w:divsChild>
            <w:div w:id="2072456017">
              <w:marLeft w:val="0"/>
              <w:marRight w:val="0"/>
              <w:marTop w:val="0"/>
              <w:marBottom w:val="0"/>
              <w:divBdr>
                <w:top w:val="none" w:sz="0" w:space="0" w:color="auto"/>
                <w:left w:val="none" w:sz="0" w:space="0" w:color="auto"/>
                <w:bottom w:val="none" w:sz="0" w:space="0" w:color="auto"/>
                <w:right w:val="none" w:sz="0" w:space="0" w:color="auto"/>
              </w:divBdr>
              <w:divsChild>
                <w:div w:id="1673995590">
                  <w:marLeft w:val="0"/>
                  <w:marRight w:val="0"/>
                  <w:marTop w:val="0"/>
                  <w:marBottom w:val="0"/>
                  <w:divBdr>
                    <w:top w:val="none" w:sz="0" w:space="0" w:color="auto"/>
                    <w:left w:val="none" w:sz="0" w:space="0" w:color="auto"/>
                    <w:bottom w:val="none" w:sz="0" w:space="0" w:color="auto"/>
                    <w:right w:val="none" w:sz="0" w:space="0" w:color="auto"/>
                  </w:divBdr>
                  <w:divsChild>
                    <w:div w:id="1115559538">
                      <w:marLeft w:val="0"/>
                      <w:marRight w:val="0"/>
                      <w:marTop w:val="0"/>
                      <w:marBottom w:val="0"/>
                      <w:divBdr>
                        <w:top w:val="none" w:sz="0" w:space="0" w:color="auto"/>
                        <w:left w:val="none" w:sz="0" w:space="0" w:color="auto"/>
                        <w:bottom w:val="none" w:sz="0" w:space="0" w:color="auto"/>
                        <w:right w:val="none" w:sz="0" w:space="0" w:color="auto"/>
                      </w:divBdr>
                      <w:divsChild>
                        <w:div w:id="1257054555">
                          <w:marLeft w:val="0"/>
                          <w:marRight w:val="0"/>
                          <w:marTop w:val="0"/>
                          <w:marBottom w:val="0"/>
                          <w:divBdr>
                            <w:top w:val="none" w:sz="0" w:space="0" w:color="auto"/>
                            <w:left w:val="none" w:sz="0" w:space="0" w:color="auto"/>
                            <w:bottom w:val="none" w:sz="0" w:space="0" w:color="auto"/>
                            <w:right w:val="none" w:sz="0" w:space="0" w:color="auto"/>
                          </w:divBdr>
                        </w:div>
                      </w:divsChild>
                    </w:div>
                    <w:div w:id="774979126">
                      <w:marLeft w:val="0"/>
                      <w:marRight w:val="0"/>
                      <w:marTop w:val="0"/>
                      <w:marBottom w:val="0"/>
                      <w:divBdr>
                        <w:top w:val="none" w:sz="0" w:space="0" w:color="auto"/>
                        <w:left w:val="none" w:sz="0" w:space="0" w:color="auto"/>
                        <w:bottom w:val="none" w:sz="0" w:space="0" w:color="auto"/>
                        <w:right w:val="none" w:sz="0" w:space="0" w:color="auto"/>
                      </w:divBdr>
                      <w:divsChild>
                        <w:div w:id="495803139">
                          <w:marLeft w:val="0"/>
                          <w:marRight w:val="0"/>
                          <w:marTop w:val="0"/>
                          <w:marBottom w:val="0"/>
                          <w:divBdr>
                            <w:top w:val="none" w:sz="0" w:space="0" w:color="auto"/>
                            <w:left w:val="none" w:sz="0" w:space="0" w:color="auto"/>
                            <w:bottom w:val="none" w:sz="0" w:space="0" w:color="auto"/>
                            <w:right w:val="none" w:sz="0" w:space="0" w:color="auto"/>
                          </w:divBdr>
                        </w:div>
                      </w:divsChild>
                    </w:div>
                    <w:div w:id="322130225">
                      <w:marLeft w:val="0"/>
                      <w:marRight w:val="0"/>
                      <w:marTop w:val="0"/>
                      <w:marBottom w:val="0"/>
                      <w:divBdr>
                        <w:top w:val="none" w:sz="0" w:space="0" w:color="auto"/>
                        <w:left w:val="none" w:sz="0" w:space="0" w:color="auto"/>
                        <w:bottom w:val="none" w:sz="0" w:space="0" w:color="auto"/>
                        <w:right w:val="none" w:sz="0" w:space="0" w:color="auto"/>
                      </w:divBdr>
                      <w:divsChild>
                        <w:div w:id="746270150">
                          <w:marLeft w:val="0"/>
                          <w:marRight w:val="0"/>
                          <w:marTop w:val="150"/>
                          <w:marBottom w:val="0"/>
                          <w:divBdr>
                            <w:top w:val="none" w:sz="0" w:space="0" w:color="auto"/>
                            <w:left w:val="none" w:sz="0" w:space="0" w:color="auto"/>
                            <w:bottom w:val="none" w:sz="0" w:space="0" w:color="auto"/>
                            <w:right w:val="none" w:sz="0" w:space="0" w:color="auto"/>
                          </w:divBdr>
                        </w:div>
                      </w:divsChild>
                    </w:div>
                    <w:div w:id="456292109">
                      <w:marLeft w:val="0"/>
                      <w:marRight w:val="0"/>
                      <w:marTop w:val="0"/>
                      <w:marBottom w:val="0"/>
                      <w:divBdr>
                        <w:top w:val="none" w:sz="0" w:space="0" w:color="auto"/>
                        <w:left w:val="none" w:sz="0" w:space="0" w:color="auto"/>
                        <w:bottom w:val="none" w:sz="0" w:space="0" w:color="auto"/>
                        <w:right w:val="none" w:sz="0" w:space="0" w:color="auto"/>
                      </w:divBdr>
                      <w:divsChild>
                        <w:div w:id="138433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023793">
      <w:bodyDiv w:val="1"/>
      <w:marLeft w:val="0"/>
      <w:marRight w:val="0"/>
      <w:marTop w:val="0"/>
      <w:marBottom w:val="0"/>
      <w:divBdr>
        <w:top w:val="none" w:sz="0" w:space="0" w:color="auto"/>
        <w:left w:val="none" w:sz="0" w:space="0" w:color="auto"/>
        <w:bottom w:val="none" w:sz="0" w:space="0" w:color="auto"/>
        <w:right w:val="none" w:sz="0" w:space="0" w:color="auto"/>
      </w:divBdr>
      <w:divsChild>
        <w:div w:id="2136487377">
          <w:marLeft w:val="0"/>
          <w:marRight w:val="0"/>
          <w:marTop w:val="0"/>
          <w:marBottom w:val="0"/>
          <w:divBdr>
            <w:top w:val="none" w:sz="0" w:space="0" w:color="auto"/>
            <w:left w:val="none" w:sz="0" w:space="0" w:color="auto"/>
            <w:bottom w:val="none" w:sz="0" w:space="0" w:color="auto"/>
            <w:right w:val="none" w:sz="0" w:space="0" w:color="auto"/>
          </w:divBdr>
          <w:divsChild>
            <w:div w:id="994456969">
              <w:marLeft w:val="0"/>
              <w:marRight w:val="0"/>
              <w:marTop w:val="0"/>
              <w:marBottom w:val="0"/>
              <w:divBdr>
                <w:top w:val="none" w:sz="0" w:space="0" w:color="auto"/>
                <w:left w:val="none" w:sz="0" w:space="0" w:color="auto"/>
                <w:bottom w:val="none" w:sz="0" w:space="0" w:color="auto"/>
                <w:right w:val="none" w:sz="0" w:space="0" w:color="auto"/>
              </w:divBdr>
              <w:divsChild>
                <w:div w:id="626085007">
                  <w:marLeft w:val="0"/>
                  <w:marRight w:val="0"/>
                  <w:marTop w:val="0"/>
                  <w:marBottom w:val="0"/>
                  <w:divBdr>
                    <w:top w:val="none" w:sz="0" w:space="0" w:color="auto"/>
                    <w:left w:val="none" w:sz="0" w:space="0" w:color="auto"/>
                    <w:bottom w:val="none" w:sz="0" w:space="0" w:color="auto"/>
                    <w:right w:val="none" w:sz="0" w:space="0" w:color="auto"/>
                  </w:divBdr>
                </w:div>
              </w:divsChild>
            </w:div>
            <w:div w:id="283511665">
              <w:marLeft w:val="0"/>
              <w:marRight w:val="0"/>
              <w:marTop w:val="0"/>
              <w:marBottom w:val="0"/>
              <w:divBdr>
                <w:top w:val="single" w:sz="6" w:space="15" w:color="E8E8E8"/>
                <w:left w:val="none" w:sz="0" w:space="0" w:color="auto"/>
                <w:bottom w:val="none" w:sz="0" w:space="0" w:color="auto"/>
                <w:right w:val="none" w:sz="0" w:space="0" w:color="auto"/>
              </w:divBdr>
              <w:divsChild>
                <w:div w:id="868837600">
                  <w:marLeft w:val="0"/>
                  <w:marRight w:val="0"/>
                  <w:marTop w:val="0"/>
                  <w:marBottom w:val="0"/>
                  <w:divBdr>
                    <w:top w:val="none" w:sz="0" w:space="0" w:color="auto"/>
                    <w:left w:val="none" w:sz="0" w:space="0" w:color="auto"/>
                    <w:bottom w:val="none" w:sz="0" w:space="0" w:color="auto"/>
                    <w:right w:val="none" w:sz="0" w:space="0" w:color="auto"/>
                  </w:divBdr>
                  <w:divsChild>
                    <w:div w:id="1216429248">
                      <w:marLeft w:val="0"/>
                      <w:marRight w:val="0"/>
                      <w:marTop w:val="0"/>
                      <w:marBottom w:val="0"/>
                      <w:divBdr>
                        <w:top w:val="none" w:sz="0" w:space="0" w:color="auto"/>
                        <w:left w:val="none" w:sz="0" w:space="0" w:color="auto"/>
                        <w:bottom w:val="none" w:sz="0" w:space="0" w:color="auto"/>
                        <w:right w:val="none" w:sz="0" w:space="0" w:color="auto"/>
                      </w:divBdr>
                      <w:divsChild>
                        <w:div w:id="1459448935">
                          <w:marLeft w:val="0"/>
                          <w:marRight w:val="0"/>
                          <w:marTop w:val="0"/>
                          <w:marBottom w:val="0"/>
                          <w:divBdr>
                            <w:top w:val="none" w:sz="0" w:space="0" w:color="auto"/>
                            <w:left w:val="none" w:sz="0" w:space="0" w:color="auto"/>
                            <w:bottom w:val="none" w:sz="0" w:space="0" w:color="auto"/>
                            <w:right w:val="none" w:sz="0" w:space="0" w:color="auto"/>
                          </w:divBdr>
                        </w:div>
                        <w:div w:id="1265459067">
                          <w:marLeft w:val="0"/>
                          <w:marRight w:val="0"/>
                          <w:marTop w:val="0"/>
                          <w:marBottom w:val="0"/>
                          <w:divBdr>
                            <w:top w:val="none" w:sz="0" w:space="0" w:color="auto"/>
                            <w:left w:val="none" w:sz="0" w:space="0" w:color="auto"/>
                            <w:bottom w:val="none" w:sz="0" w:space="0" w:color="auto"/>
                            <w:right w:val="none" w:sz="0" w:space="0" w:color="auto"/>
                          </w:divBdr>
                          <w:divsChild>
                            <w:div w:id="1274247755">
                              <w:marLeft w:val="0"/>
                              <w:marRight w:val="0"/>
                              <w:marTop w:val="150"/>
                              <w:marBottom w:val="0"/>
                              <w:divBdr>
                                <w:top w:val="none" w:sz="0" w:space="0" w:color="auto"/>
                                <w:left w:val="none" w:sz="0" w:space="0" w:color="auto"/>
                                <w:bottom w:val="none" w:sz="0" w:space="0" w:color="auto"/>
                                <w:right w:val="none" w:sz="0" w:space="0" w:color="auto"/>
                              </w:divBdr>
                            </w:div>
                          </w:divsChild>
                        </w:div>
                        <w:div w:id="552353453">
                          <w:marLeft w:val="0"/>
                          <w:marRight w:val="0"/>
                          <w:marTop w:val="0"/>
                          <w:marBottom w:val="0"/>
                          <w:divBdr>
                            <w:top w:val="none" w:sz="0" w:space="0" w:color="auto"/>
                            <w:left w:val="none" w:sz="0" w:space="0" w:color="auto"/>
                            <w:bottom w:val="none" w:sz="0" w:space="0" w:color="auto"/>
                            <w:right w:val="none" w:sz="0" w:space="0" w:color="auto"/>
                          </w:divBdr>
                          <w:divsChild>
                            <w:div w:id="501434514">
                              <w:marLeft w:val="0"/>
                              <w:marRight w:val="0"/>
                              <w:marTop w:val="0"/>
                              <w:marBottom w:val="0"/>
                              <w:divBdr>
                                <w:top w:val="none" w:sz="0" w:space="0" w:color="auto"/>
                                <w:left w:val="none" w:sz="0" w:space="0" w:color="auto"/>
                                <w:bottom w:val="none" w:sz="0" w:space="0" w:color="auto"/>
                                <w:right w:val="none" w:sz="0" w:space="0" w:color="auto"/>
                              </w:divBdr>
                            </w:div>
                          </w:divsChild>
                        </w:div>
                        <w:div w:id="773214358">
                          <w:marLeft w:val="0"/>
                          <w:marRight w:val="0"/>
                          <w:marTop w:val="0"/>
                          <w:marBottom w:val="0"/>
                          <w:divBdr>
                            <w:top w:val="none" w:sz="0" w:space="0" w:color="auto"/>
                            <w:left w:val="none" w:sz="0" w:space="0" w:color="auto"/>
                            <w:bottom w:val="none" w:sz="0" w:space="0" w:color="auto"/>
                            <w:right w:val="none" w:sz="0" w:space="0" w:color="auto"/>
                          </w:divBdr>
                          <w:divsChild>
                            <w:div w:id="275217127">
                              <w:marLeft w:val="0"/>
                              <w:marRight w:val="0"/>
                              <w:marTop w:val="390"/>
                              <w:marBottom w:val="0"/>
                              <w:divBdr>
                                <w:top w:val="none" w:sz="0" w:space="0" w:color="auto"/>
                                <w:left w:val="none" w:sz="0" w:space="0" w:color="auto"/>
                                <w:bottom w:val="none" w:sz="0" w:space="0" w:color="auto"/>
                                <w:right w:val="none" w:sz="0" w:space="0" w:color="auto"/>
                              </w:divBdr>
                            </w:div>
                          </w:divsChild>
                        </w:div>
                        <w:div w:id="1177616904">
                          <w:marLeft w:val="0"/>
                          <w:marRight w:val="0"/>
                          <w:marTop w:val="0"/>
                          <w:marBottom w:val="0"/>
                          <w:divBdr>
                            <w:top w:val="none" w:sz="0" w:space="0" w:color="auto"/>
                            <w:left w:val="none" w:sz="0" w:space="0" w:color="auto"/>
                            <w:bottom w:val="none" w:sz="0" w:space="0" w:color="auto"/>
                            <w:right w:val="none" w:sz="0" w:space="0" w:color="auto"/>
                          </w:divBdr>
                          <w:divsChild>
                            <w:div w:id="1324163433">
                              <w:marLeft w:val="0"/>
                              <w:marRight w:val="0"/>
                              <w:marTop w:val="0"/>
                              <w:marBottom w:val="0"/>
                              <w:divBdr>
                                <w:top w:val="none" w:sz="0" w:space="0" w:color="auto"/>
                                <w:left w:val="none" w:sz="0" w:space="0" w:color="auto"/>
                                <w:bottom w:val="none" w:sz="0" w:space="0" w:color="auto"/>
                                <w:right w:val="none" w:sz="0" w:space="0" w:color="auto"/>
                              </w:divBdr>
                            </w:div>
                          </w:divsChild>
                        </w:div>
                        <w:div w:id="377707173">
                          <w:marLeft w:val="0"/>
                          <w:marRight w:val="0"/>
                          <w:marTop w:val="0"/>
                          <w:marBottom w:val="0"/>
                          <w:divBdr>
                            <w:top w:val="none" w:sz="0" w:space="0" w:color="auto"/>
                            <w:left w:val="none" w:sz="0" w:space="0" w:color="auto"/>
                            <w:bottom w:val="none" w:sz="0" w:space="0" w:color="auto"/>
                            <w:right w:val="none" w:sz="0" w:space="0" w:color="auto"/>
                          </w:divBdr>
                          <w:divsChild>
                            <w:div w:id="13314935">
                              <w:marLeft w:val="0"/>
                              <w:marRight w:val="0"/>
                              <w:marTop w:val="390"/>
                              <w:marBottom w:val="0"/>
                              <w:divBdr>
                                <w:top w:val="none" w:sz="0" w:space="0" w:color="auto"/>
                                <w:left w:val="none" w:sz="0" w:space="0" w:color="auto"/>
                                <w:bottom w:val="none" w:sz="0" w:space="0" w:color="auto"/>
                                <w:right w:val="none" w:sz="0" w:space="0" w:color="auto"/>
                              </w:divBdr>
                            </w:div>
                          </w:divsChild>
                        </w:div>
                        <w:div w:id="908928745">
                          <w:marLeft w:val="0"/>
                          <w:marRight w:val="0"/>
                          <w:marTop w:val="0"/>
                          <w:marBottom w:val="0"/>
                          <w:divBdr>
                            <w:top w:val="none" w:sz="0" w:space="0" w:color="auto"/>
                            <w:left w:val="none" w:sz="0" w:space="0" w:color="auto"/>
                            <w:bottom w:val="none" w:sz="0" w:space="0" w:color="auto"/>
                            <w:right w:val="none" w:sz="0" w:space="0" w:color="auto"/>
                          </w:divBdr>
                          <w:divsChild>
                            <w:div w:id="189669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96825">
          <w:marLeft w:val="0"/>
          <w:marRight w:val="0"/>
          <w:marTop w:val="0"/>
          <w:marBottom w:val="0"/>
          <w:divBdr>
            <w:top w:val="none" w:sz="0" w:space="0" w:color="auto"/>
            <w:left w:val="none" w:sz="0" w:space="0" w:color="auto"/>
            <w:bottom w:val="none" w:sz="0" w:space="0" w:color="auto"/>
            <w:right w:val="none" w:sz="0" w:space="0" w:color="auto"/>
          </w:divBdr>
          <w:divsChild>
            <w:div w:id="1928805616">
              <w:marLeft w:val="0"/>
              <w:marRight w:val="0"/>
              <w:marTop w:val="0"/>
              <w:marBottom w:val="0"/>
              <w:divBdr>
                <w:top w:val="none" w:sz="0" w:space="0" w:color="auto"/>
                <w:left w:val="none" w:sz="0" w:space="0" w:color="auto"/>
                <w:bottom w:val="none" w:sz="0" w:space="0" w:color="auto"/>
                <w:right w:val="none" w:sz="0" w:space="0" w:color="auto"/>
              </w:divBdr>
              <w:divsChild>
                <w:div w:id="1040938472">
                  <w:marLeft w:val="0"/>
                  <w:marRight w:val="0"/>
                  <w:marTop w:val="0"/>
                  <w:marBottom w:val="0"/>
                  <w:divBdr>
                    <w:top w:val="none" w:sz="0" w:space="0" w:color="auto"/>
                    <w:left w:val="none" w:sz="0" w:space="0" w:color="auto"/>
                    <w:bottom w:val="none" w:sz="0" w:space="0" w:color="auto"/>
                    <w:right w:val="none" w:sz="0" w:space="0" w:color="auto"/>
                  </w:divBdr>
                </w:div>
              </w:divsChild>
            </w:div>
            <w:div w:id="1270090709">
              <w:marLeft w:val="0"/>
              <w:marRight w:val="0"/>
              <w:marTop w:val="0"/>
              <w:marBottom w:val="0"/>
              <w:divBdr>
                <w:top w:val="single" w:sz="6" w:space="15" w:color="E8E8E8"/>
                <w:left w:val="none" w:sz="0" w:space="0" w:color="auto"/>
                <w:bottom w:val="none" w:sz="0" w:space="0" w:color="auto"/>
                <w:right w:val="none" w:sz="0" w:space="0" w:color="auto"/>
              </w:divBdr>
              <w:divsChild>
                <w:div w:id="481312497">
                  <w:marLeft w:val="0"/>
                  <w:marRight w:val="0"/>
                  <w:marTop w:val="0"/>
                  <w:marBottom w:val="0"/>
                  <w:divBdr>
                    <w:top w:val="none" w:sz="0" w:space="0" w:color="auto"/>
                    <w:left w:val="none" w:sz="0" w:space="0" w:color="auto"/>
                    <w:bottom w:val="none" w:sz="0" w:space="0" w:color="auto"/>
                    <w:right w:val="none" w:sz="0" w:space="0" w:color="auto"/>
                  </w:divBdr>
                  <w:divsChild>
                    <w:div w:id="122239468">
                      <w:marLeft w:val="0"/>
                      <w:marRight w:val="0"/>
                      <w:marTop w:val="0"/>
                      <w:marBottom w:val="0"/>
                      <w:divBdr>
                        <w:top w:val="none" w:sz="0" w:space="0" w:color="auto"/>
                        <w:left w:val="none" w:sz="0" w:space="0" w:color="auto"/>
                        <w:bottom w:val="none" w:sz="0" w:space="0" w:color="auto"/>
                        <w:right w:val="none" w:sz="0" w:space="0" w:color="auto"/>
                      </w:divBdr>
                      <w:divsChild>
                        <w:div w:id="1593201117">
                          <w:marLeft w:val="0"/>
                          <w:marRight w:val="0"/>
                          <w:marTop w:val="0"/>
                          <w:marBottom w:val="0"/>
                          <w:divBdr>
                            <w:top w:val="none" w:sz="0" w:space="0" w:color="auto"/>
                            <w:left w:val="none" w:sz="0" w:space="0" w:color="auto"/>
                            <w:bottom w:val="none" w:sz="0" w:space="0" w:color="auto"/>
                            <w:right w:val="none" w:sz="0" w:space="0" w:color="auto"/>
                          </w:divBdr>
                        </w:div>
                        <w:div w:id="371882629">
                          <w:marLeft w:val="0"/>
                          <w:marRight w:val="0"/>
                          <w:marTop w:val="0"/>
                          <w:marBottom w:val="0"/>
                          <w:divBdr>
                            <w:top w:val="none" w:sz="0" w:space="0" w:color="auto"/>
                            <w:left w:val="none" w:sz="0" w:space="0" w:color="auto"/>
                            <w:bottom w:val="none" w:sz="0" w:space="0" w:color="auto"/>
                            <w:right w:val="none" w:sz="0" w:space="0" w:color="auto"/>
                          </w:divBdr>
                          <w:divsChild>
                            <w:div w:id="475268861">
                              <w:marLeft w:val="0"/>
                              <w:marRight w:val="0"/>
                              <w:marTop w:val="150"/>
                              <w:marBottom w:val="0"/>
                              <w:divBdr>
                                <w:top w:val="none" w:sz="0" w:space="0" w:color="auto"/>
                                <w:left w:val="none" w:sz="0" w:space="0" w:color="auto"/>
                                <w:bottom w:val="none" w:sz="0" w:space="0" w:color="auto"/>
                                <w:right w:val="none" w:sz="0" w:space="0" w:color="auto"/>
                              </w:divBdr>
                            </w:div>
                          </w:divsChild>
                        </w:div>
                        <w:div w:id="350034420">
                          <w:marLeft w:val="0"/>
                          <w:marRight w:val="0"/>
                          <w:marTop w:val="0"/>
                          <w:marBottom w:val="0"/>
                          <w:divBdr>
                            <w:top w:val="none" w:sz="0" w:space="0" w:color="auto"/>
                            <w:left w:val="none" w:sz="0" w:space="0" w:color="auto"/>
                            <w:bottom w:val="none" w:sz="0" w:space="0" w:color="auto"/>
                            <w:right w:val="none" w:sz="0" w:space="0" w:color="auto"/>
                          </w:divBdr>
                          <w:divsChild>
                            <w:div w:id="978001249">
                              <w:marLeft w:val="0"/>
                              <w:marRight w:val="0"/>
                              <w:marTop w:val="0"/>
                              <w:marBottom w:val="0"/>
                              <w:divBdr>
                                <w:top w:val="none" w:sz="0" w:space="0" w:color="auto"/>
                                <w:left w:val="none" w:sz="0" w:space="0" w:color="auto"/>
                                <w:bottom w:val="none" w:sz="0" w:space="0" w:color="auto"/>
                                <w:right w:val="none" w:sz="0" w:space="0" w:color="auto"/>
                              </w:divBdr>
                            </w:div>
                          </w:divsChild>
                        </w:div>
                        <w:div w:id="181363989">
                          <w:marLeft w:val="0"/>
                          <w:marRight w:val="0"/>
                          <w:marTop w:val="0"/>
                          <w:marBottom w:val="0"/>
                          <w:divBdr>
                            <w:top w:val="none" w:sz="0" w:space="0" w:color="auto"/>
                            <w:left w:val="none" w:sz="0" w:space="0" w:color="auto"/>
                            <w:bottom w:val="none" w:sz="0" w:space="0" w:color="auto"/>
                            <w:right w:val="none" w:sz="0" w:space="0" w:color="auto"/>
                          </w:divBdr>
                          <w:divsChild>
                            <w:div w:id="1068647245">
                              <w:marLeft w:val="0"/>
                              <w:marRight w:val="0"/>
                              <w:marTop w:val="390"/>
                              <w:marBottom w:val="0"/>
                              <w:divBdr>
                                <w:top w:val="none" w:sz="0" w:space="0" w:color="auto"/>
                                <w:left w:val="none" w:sz="0" w:space="0" w:color="auto"/>
                                <w:bottom w:val="none" w:sz="0" w:space="0" w:color="auto"/>
                                <w:right w:val="none" w:sz="0" w:space="0" w:color="auto"/>
                              </w:divBdr>
                            </w:div>
                          </w:divsChild>
                        </w:div>
                        <w:div w:id="1416243263">
                          <w:marLeft w:val="0"/>
                          <w:marRight w:val="0"/>
                          <w:marTop w:val="0"/>
                          <w:marBottom w:val="0"/>
                          <w:divBdr>
                            <w:top w:val="none" w:sz="0" w:space="0" w:color="auto"/>
                            <w:left w:val="none" w:sz="0" w:space="0" w:color="auto"/>
                            <w:bottom w:val="none" w:sz="0" w:space="0" w:color="auto"/>
                            <w:right w:val="none" w:sz="0" w:space="0" w:color="auto"/>
                          </w:divBdr>
                          <w:divsChild>
                            <w:div w:id="314917404">
                              <w:marLeft w:val="0"/>
                              <w:marRight w:val="0"/>
                              <w:marTop w:val="0"/>
                              <w:marBottom w:val="0"/>
                              <w:divBdr>
                                <w:top w:val="none" w:sz="0" w:space="0" w:color="auto"/>
                                <w:left w:val="none" w:sz="0" w:space="0" w:color="auto"/>
                                <w:bottom w:val="none" w:sz="0" w:space="0" w:color="auto"/>
                                <w:right w:val="none" w:sz="0" w:space="0" w:color="auto"/>
                              </w:divBdr>
                            </w:div>
                          </w:divsChild>
                        </w:div>
                        <w:div w:id="587665103">
                          <w:marLeft w:val="0"/>
                          <w:marRight w:val="0"/>
                          <w:marTop w:val="0"/>
                          <w:marBottom w:val="0"/>
                          <w:divBdr>
                            <w:top w:val="none" w:sz="0" w:space="0" w:color="auto"/>
                            <w:left w:val="none" w:sz="0" w:space="0" w:color="auto"/>
                            <w:bottom w:val="none" w:sz="0" w:space="0" w:color="auto"/>
                            <w:right w:val="none" w:sz="0" w:space="0" w:color="auto"/>
                          </w:divBdr>
                          <w:divsChild>
                            <w:div w:id="2119057293">
                              <w:marLeft w:val="0"/>
                              <w:marRight w:val="0"/>
                              <w:marTop w:val="390"/>
                              <w:marBottom w:val="0"/>
                              <w:divBdr>
                                <w:top w:val="none" w:sz="0" w:space="0" w:color="auto"/>
                                <w:left w:val="none" w:sz="0" w:space="0" w:color="auto"/>
                                <w:bottom w:val="none" w:sz="0" w:space="0" w:color="auto"/>
                                <w:right w:val="none" w:sz="0" w:space="0" w:color="auto"/>
                              </w:divBdr>
                            </w:div>
                          </w:divsChild>
                        </w:div>
                        <w:div w:id="1444107447">
                          <w:marLeft w:val="0"/>
                          <w:marRight w:val="0"/>
                          <w:marTop w:val="0"/>
                          <w:marBottom w:val="0"/>
                          <w:divBdr>
                            <w:top w:val="none" w:sz="0" w:space="0" w:color="auto"/>
                            <w:left w:val="none" w:sz="0" w:space="0" w:color="auto"/>
                            <w:bottom w:val="none" w:sz="0" w:space="0" w:color="auto"/>
                            <w:right w:val="none" w:sz="0" w:space="0" w:color="auto"/>
                          </w:divBdr>
                          <w:divsChild>
                            <w:div w:id="1749881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543198">
          <w:marLeft w:val="0"/>
          <w:marRight w:val="0"/>
          <w:marTop w:val="0"/>
          <w:marBottom w:val="0"/>
          <w:divBdr>
            <w:top w:val="none" w:sz="0" w:space="0" w:color="auto"/>
            <w:left w:val="none" w:sz="0" w:space="0" w:color="auto"/>
            <w:bottom w:val="none" w:sz="0" w:space="0" w:color="auto"/>
            <w:right w:val="none" w:sz="0" w:space="0" w:color="auto"/>
          </w:divBdr>
          <w:divsChild>
            <w:div w:id="1427264882">
              <w:marLeft w:val="0"/>
              <w:marRight w:val="0"/>
              <w:marTop w:val="0"/>
              <w:marBottom w:val="0"/>
              <w:divBdr>
                <w:top w:val="none" w:sz="0" w:space="0" w:color="auto"/>
                <w:left w:val="none" w:sz="0" w:space="0" w:color="auto"/>
                <w:bottom w:val="none" w:sz="0" w:space="0" w:color="auto"/>
                <w:right w:val="none" w:sz="0" w:space="0" w:color="auto"/>
              </w:divBdr>
              <w:divsChild>
                <w:div w:id="1426685770">
                  <w:marLeft w:val="0"/>
                  <w:marRight w:val="0"/>
                  <w:marTop w:val="0"/>
                  <w:marBottom w:val="0"/>
                  <w:divBdr>
                    <w:top w:val="none" w:sz="0" w:space="0" w:color="auto"/>
                    <w:left w:val="none" w:sz="0" w:space="0" w:color="auto"/>
                    <w:bottom w:val="none" w:sz="0" w:space="0" w:color="auto"/>
                    <w:right w:val="none" w:sz="0" w:space="0" w:color="auto"/>
                  </w:divBdr>
                </w:div>
              </w:divsChild>
            </w:div>
            <w:div w:id="1045519360">
              <w:marLeft w:val="0"/>
              <w:marRight w:val="0"/>
              <w:marTop w:val="0"/>
              <w:marBottom w:val="0"/>
              <w:divBdr>
                <w:top w:val="single" w:sz="6" w:space="15" w:color="E8E8E8"/>
                <w:left w:val="none" w:sz="0" w:space="0" w:color="auto"/>
                <w:bottom w:val="none" w:sz="0" w:space="0" w:color="auto"/>
                <w:right w:val="none" w:sz="0" w:space="0" w:color="auto"/>
              </w:divBdr>
              <w:divsChild>
                <w:div w:id="434980894">
                  <w:marLeft w:val="0"/>
                  <w:marRight w:val="0"/>
                  <w:marTop w:val="0"/>
                  <w:marBottom w:val="0"/>
                  <w:divBdr>
                    <w:top w:val="none" w:sz="0" w:space="0" w:color="auto"/>
                    <w:left w:val="none" w:sz="0" w:space="0" w:color="auto"/>
                    <w:bottom w:val="none" w:sz="0" w:space="0" w:color="auto"/>
                    <w:right w:val="none" w:sz="0" w:space="0" w:color="auto"/>
                  </w:divBdr>
                  <w:divsChild>
                    <w:div w:id="2014454667">
                      <w:marLeft w:val="0"/>
                      <w:marRight w:val="0"/>
                      <w:marTop w:val="0"/>
                      <w:marBottom w:val="0"/>
                      <w:divBdr>
                        <w:top w:val="none" w:sz="0" w:space="0" w:color="auto"/>
                        <w:left w:val="none" w:sz="0" w:space="0" w:color="auto"/>
                        <w:bottom w:val="none" w:sz="0" w:space="0" w:color="auto"/>
                        <w:right w:val="none" w:sz="0" w:space="0" w:color="auto"/>
                      </w:divBdr>
                      <w:divsChild>
                        <w:div w:id="666521905">
                          <w:marLeft w:val="0"/>
                          <w:marRight w:val="0"/>
                          <w:marTop w:val="0"/>
                          <w:marBottom w:val="0"/>
                          <w:divBdr>
                            <w:top w:val="none" w:sz="0" w:space="0" w:color="auto"/>
                            <w:left w:val="none" w:sz="0" w:space="0" w:color="auto"/>
                            <w:bottom w:val="none" w:sz="0" w:space="0" w:color="auto"/>
                            <w:right w:val="none" w:sz="0" w:space="0" w:color="auto"/>
                          </w:divBdr>
                        </w:div>
                        <w:div w:id="491944380">
                          <w:marLeft w:val="0"/>
                          <w:marRight w:val="0"/>
                          <w:marTop w:val="0"/>
                          <w:marBottom w:val="0"/>
                          <w:divBdr>
                            <w:top w:val="none" w:sz="0" w:space="0" w:color="auto"/>
                            <w:left w:val="none" w:sz="0" w:space="0" w:color="auto"/>
                            <w:bottom w:val="none" w:sz="0" w:space="0" w:color="auto"/>
                            <w:right w:val="none" w:sz="0" w:space="0" w:color="auto"/>
                          </w:divBdr>
                          <w:divsChild>
                            <w:div w:id="1498881110">
                              <w:marLeft w:val="0"/>
                              <w:marRight w:val="0"/>
                              <w:marTop w:val="150"/>
                              <w:marBottom w:val="0"/>
                              <w:divBdr>
                                <w:top w:val="none" w:sz="0" w:space="0" w:color="auto"/>
                                <w:left w:val="none" w:sz="0" w:space="0" w:color="auto"/>
                                <w:bottom w:val="none" w:sz="0" w:space="0" w:color="auto"/>
                                <w:right w:val="none" w:sz="0" w:space="0" w:color="auto"/>
                              </w:divBdr>
                            </w:div>
                          </w:divsChild>
                        </w:div>
                        <w:div w:id="317659726">
                          <w:marLeft w:val="0"/>
                          <w:marRight w:val="0"/>
                          <w:marTop w:val="0"/>
                          <w:marBottom w:val="0"/>
                          <w:divBdr>
                            <w:top w:val="none" w:sz="0" w:space="0" w:color="auto"/>
                            <w:left w:val="none" w:sz="0" w:space="0" w:color="auto"/>
                            <w:bottom w:val="none" w:sz="0" w:space="0" w:color="auto"/>
                            <w:right w:val="none" w:sz="0" w:space="0" w:color="auto"/>
                          </w:divBdr>
                          <w:divsChild>
                            <w:div w:id="1340739349">
                              <w:marLeft w:val="0"/>
                              <w:marRight w:val="0"/>
                              <w:marTop w:val="0"/>
                              <w:marBottom w:val="0"/>
                              <w:divBdr>
                                <w:top w:val="none" w:sz="0" w:space="0" w:color="auto"/>
                                <w:left w:val="none" w:sz="0" w:space="0" w:color="auto"/>
                                <w:bottom w:val="none" w:sz="0" w:space="0" w:color="auto"/>
                                <w:right w:val="none" w:sz="0" w:space="0" w:color="auto"/>
                              </w:divBdr>
                            </w:div>
                          </w:divsChild>
                        </w:div>
                        <w:div w:id="16737132">
                          <w:marLeft w:val="0"/>
                          <w:marRight w:val="0"/>
                          <w:marTop w:val="0"/>
                          <w:marBottom w:val="0"/>
                          <w:divBdr>
                            <w:top w:val="none" w:sz="0" w:space="0" w:color="auto"/>
                            <w:left w:val="none" w:sz="0" w:space="0" w:color="auto"/>
                            <w:bottom w:val="none" w:sz="0" w:space="0" w:color="auto"/>
                            <w:right w:val="none" w:sz="0" w:space="0" w:color="auto"/>
                          </w:divBdr>
                          <w:divsChild>
                            <w:div w:id="944656837">
                              <w:marLeft w:val="0"/>
                              <w:marRight w:val="0"/>
                              <w:marTop w:val="390"/>
                              <w:marBottom w:val="0"/>
                              <w:divBdr>
                                <w:top w:val="none" w:sz="0" w:space="0" w:color="auto"/>
                                <w:left w:val="none" w:sz="0" w:space="0" w:color="auto"/>
                                <w:bottom w:val="none" w:sz="0" w:space="0" w:color="auto"/>
                                <w:right w:val="none" w:sz="0" w:space="0" w:color="auto"/>
                              </w:divBdr>
                            </w:div>
                          </w:divsChild>
                        </w:div>
                        <w:div w:id="677537307">
                          <w:marLeft w:val="0"/>
                          <w:marRight w:val="0"/>
                          <w:marTop w:val="0"/>
                          <w:marBottom w:val="0"/>
                          <w:divBdr>
                            <w:top w:val="none" w:sz="0" w:space="0" w:color="auto"/>
                            <w:left w:val="none" w:sz="0" w:space="0" w:color="auto"/>
                            <w:bottom w:val="none" w:sz="0" w:space="0" w:color="auto"/>
                            <w:right w:val="none" w:sz="0" w:space="0" w:color="auto"/>
                          </w:divBdr>
                          <w:divsChild>
                            <w:div w:id="13384038">
                              <w:marLeft w:val="0"/>
                              <w:marRight w:val="0"/>
                              <w:marTop w:val="0"/>
                              <w:marBottom w:val="0"/>
                              <w:divBdr>
                                <w:top w:val="none" w:sz="0" w:space="0" w:color="auto"/>
                                <w:left w:val="none" w:sz="0" w:space="0" w:color="auto"/>
                                <w:bottom w:val="none" w:sz="0" w:space="0" w:color="auto"/>
                                <w:right w:val="none" w:sz="0" w:space="0" w:color="auto"/>
                              </w:divBdr>
                            </w:div>
                          </w:divsChild>
                        </w:div>
                        <w:div w:id="489979073">
                          <w:marLeft w:val="0"/>
                          <w:marRight w:val="0"/>
                          <w:marTop w:val="0"/>
                          <w:marBottom w:val="0"/>
                          <w:divBdr>
                            <w:top w:val="none" w:sz="0" w:space="0" w:color="auto"/>
                            <w:left w:val="none" w:sz="0" w:space="0" w:color="auto"/>
                            <w:bottom w:val="none" w:sz="0" w:space="0" w:color="auto"/>
                            <w:right w:val="none" w:sz="0" w:space="0" w:color="auto"/>
                          </w:divBdr>
                          <w:divsChild>
                            <w:div w:id="1314599226">
                              <w:marLeft w:val="0"/>
                              <w:marRight w:val="0"/>
                              <w:marTop w:val="390"/>
                              <w:marBottom w:val="0"/>
                              <w:divBdr>
                                <w:top w:val="none" w:sz="0" w:space="0" w:color="auto"/>
                                <w:left w:val="none" w:sz="0" w:space="0" w:color="auto"/>
                                <w:bottom w:val="none" w:sz="0" w:space="0" w:color="auto"/>
                                <w:right w:val="none" w:sz="0" w:space="0" w:color="auto"/>
                              </w:divBdr>
                            </w:div>
                          </w:divsChild>
                        </w:div>
                        <w:div w:id="1804733824">
                          <w:marLeft w:val="0"/>
                          <w:marRight w:val="0"/>
                          <w:marTop w:val="0"/>
                          <w:marBottom w:val="0"/>
                          <w:divBdr>
                            <w:top w:val="none" w:sz="0" w:space="0" w:color="auto"/>
                            <w:left w:val="none" w:sz="0" w:space="0" w:color="auto"/>
                            <w:bottom w:val="none" w:sz="0" w:space="0" w:color="auto"/>
                            <w:right w:val="none" w:sz="0" w:space="0" w:color="auto"/>
                          </w:divBdr>
                          <w:divsChild>
                            <w:div w:id="69877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81929">
          <w:marLeft w:val="0"/>
          <w:marRight w:val="0"/>
          <w:marTop w:val="0"/>
          <w:marBottom w:val="0"/>
          <w:divBdr>
            <w:top w:val="none" w:sz="0" w:space="0" w:color="auto"/>
            <w:left w:val="none" w:sz="0" w:space="0" w:color="auto"/>
            <w:bottom w:val="none" w:sz="0" w:space="0" w:color="auto"/>
            <w:right w:val="none" w:sz="0" w:space="0" w:color="auto"/>
          </w:divBdr>
          <w:divsChild>
            <w:div w:id="697660501">
              <w:marLeft w:val="0"/>
              <w:marRight w:val="0"/>
              <w:marTop w:val="0"/>
              <w:marBottom w:val="0"/>
              <w:divBdr>
                <w:top w:val="none" w:sz="0" w:space="0" w:color="auto"/>
                <w:left w:val="none" w:sz="0" w:space="0" w:color="auto"/>
                <w:bottom w:val="none" w:sz="0" w:space="0" w:color="auto"/>
                <w:right w:val="none" w:sz="0" w:space="0" w:color="auto"/>
              </w:divBdr>
              <w:divsChild>
                <w:div w:id="2130732070">
                  <w:marLeft w:val="0"/>
                  <w:marRight w:val="0"/>
                  <w:marTop w:val="0"/>
                  <w:marBottom w:val="0"/>
                  <w:divBdr>
                    <w:top w:val="none" w:sz="0" w:space="0" w:color="auto"/>
                    <w:left w:val="none" w:sz="0" w:space="0" w:color="auto"/>
                    <w:bottom w:val="none" w:sz="0" w:space="0" w:color="auto"/>
                    <w:right w:val="none" w:sz="0" w:space="0" w:color="auto"/>
                  </w:divBdr>
                </w:div>
              </w:divsChild>
            </w:div>
            <w:div w:id="656960582">
              <w:marLeft w:val="0"/>
              <w:marRight w:val="0"/>
              <w:marTop w:val="0"/>
              <w:marBottom w:val="0"/>
              <w:divBdr>
                <w:top w:val="single" w:sz="6" w:space="15" w:color="E8E8E8"/>
                <w:left w:val="none" w:sz="0" w:space="0" w:color="auto"/>
                <w:bottom w:val="none" w:sz="0" w:space="0" w:color="auto"/>
                <w:right w:val="none" w:sz="0" w:space="0" w:color="auto"/>
              </w:divBdr>
              <w:divsChild>
                <w:div w:id="2040929456">
                  <w:marLeft w:val="0"/>
                  <w:marRight w:val="0"/>
                  <w:marTop w:val="0"/>
                  <w:marBottom w:val="0"/>
                  <w:divBdr>
                    <w:top w:val="none" w:sz="0" w:space="0" w:color="auto"/>
                    <w:left w:val="none" w:sz="0" w:space="0" w:color="auto"/>
                    <w:bottom w:val="none" w:sz="0" w:space="0" w:color="auto"/>
                    <w:right w:val="none" w:sz="0" w:space="0" w:color="auto"/>
                  </w:divBdr>
                  <w:divsChild>
                    <w:div w:id="292563233">
                      <w:marLeft w:val="0"/>
                      <w:marRight w:val="0"/>
                      <w:marTop w:val="0"/>
                      <w:marBottom w:val="0"/>
                      <w:divBdr>
                        <w:top w:val="none" w:sz="0" w:space="0" w:color="auto"/>
                        <w:left w:val="none" w:sz="0" w:space="0" w:color="auto"/>
                        <w:bottom w:val="none" w:sz="0" w:space="0" w:color="auto"/>
                        <w:right w:val="none" w:sz="0" w:space="0" w:color="auto"/>
                      </w:divBdr>
                      <w:divsChild>
                        <w:div w:id="2106683020">
                          <w:marLeft w:val="0"/>
                          <w:marRight w:val="0"/>
                          <w:marTop w:val="0"/>
                          <w:marBottom w:val="0"/>
                          <w:divBdr>
                            <w:top w:val="none" w:sz="0" w:space="0" w:color="auto"/>
                            <w:left w:val="none" w:sz="0" w:space="0" w:color="auto"/>
                            <w:bottom w:val="none" w:sz="0" w:space="0" w:color="auto"/>
                            <w:right w:val="none" w:sz="0" w:space="0" w:color="auto"/>
                          </w:divBdr>
                        </w:div>
                        <w:div w:id="784546706">
                          <w:marLeft w:val="0"/>
                          <w:marRight w:val="0"/>
                          <w:marTop w:val="0"/>
                          <w:marBottom w:val="0"/>
                          <w:divBdr>
                            <w:top w:val="none" w:sz="0" w:space="0" w:color="auto"/>
                            <w:left w:val="none" w:sz="0" w:space="0" w:color="auto"/>
                            <w:bottom w:val="none" w:sz="0" w:space="0" w:color="auto"/>
                            <w:right w:val="none" w:sz="0" w:space="0" w:color="auto"/>
                          </w:divBdr>
                          <w:divsChild>
                            <w:div w:id="695080182">
                              <w:marLeft w:val="0"/>
                              <w:marRight w:val="0"/>
                              <w:marTop w:val="150"/>
                              <w:marBottom w:val="0"/>
                              <w:divBdr>
                                <w:top w:val="none" w:sz="0" w:space="0" w:color="auto"/>
                                <w:left w:val="none" w:sz="0" w:space="0" w:color="auto"/>
                                <w:bottom w:val="none" w:sz="0" w:space="0" w:color="auto"/>
                                <w:right w:val="none" w:sz="0" w:space="0" w:color="auto"/>
                              </w:divBdr>
                            </w:div>
                          </w:divsChild>
                        </w:div>
                        <w:div w:id="371852914">
                          <w:marLeft w:val="0"/>
                          <w:marRight w:val="0"/>
                          <w:marTop w:val="0"/>
                          <w:marBottom w:val="0"/>
                          <w:divBdr>
                            <w:top w:val="none" w:sz="0" w:space="0" w:color="auto"/>
                            <w:left w:val="none" w:sz="0" w:space="0" w:color="auto"/>
                            <w:bottom w:val="none" w:sz="0" w:space="0" w:color="auto"/>
                            <w:right w:val="none" w:sz="0" w:space="0" w:color="auto"/>
                          </w:divBdr>
                          <w:divsChild>
                            <w:div w:id="1495493560">
                              <w:marLeft w:val="0"/>
                              <w:marRight w:val="0"/>
                              <w:marTop w:val="0"/>
                              <w:marBottom w:val="0"/>
                              <w:divBdr>
                                <w:top w:val="none" w:sz="0" w:space="0" w:color="auto"/>
                                <w:left w:val="none" w:sz="0" w:space="0" w:color="auto"/>
                                <w:bottom w:val="none" w:sz="0" w:space="0" w:color="auto"/>
                                <w:right w:val="none" w:sz="0" w:space="0" w:color="auto"/>
                              </w:divBdr>
                            </w:div>
                          </w:divsChild>
                        </w:div>
                        <w:div w:id="664943324">
                          <w:marLeft w:val="0"/>
                          <w:marRight w:val="0"/>
                          <w:marTop w:val="0"/>
                          <w:marBottom w:val="0"/>
                          <w:divBdr>
                            <w:top w:val="none" w:sz="0" w:space="0" w:color="auto"/>
                            <w:left w:val="none" w:sz="0" w:space="0" w:color="auto"/>
                            <w:bottom w:val="none" w:sz="0" w:space="0" w:color="auto"/>
                            <w:right w:val="none" w:sz="0" w:space="0" w:color="auto"/>
                          </w:divBdr>
                          <w:divsChild>
                            <w:div w:id="1289118461">
                              <w:marLeft w:val="0"/>
                              <w:marRight w:val="0"/>
                              <w:marTop w:val="390"/>
                              <w:marBottom w:val="0"/>
                              <w:divBdr>
                                <w:top w:val="none" w:sz="0" w:space="0" w:color="auto"/>
                                <w:left w:val="none" w:sz="0" w:space="0" w:color="auto"/>
                                <w:bottom w:val="none" w:sz="0" w:space="0" w:color="auto"/>
                                <w:right w:val="none" w:sz="0" w:space="0" w:color="auto"/>
                              </w:divBdr>
                            </w:div>
                          </w:divsChild>
                        </w:div>
                        <w:div w:id="1247492647">
                          <w:marLeft w:val="0"/>
                          <w:marRight w:val="0"/>
                          <w:marTop w:val="0"/>
                          <w:marBottom w:val="0"/>
                          <w:divBdr>
                            <w:top w:val="none" w:sz="0" w:space="0" w:color="auto"/>
                            <w:left w:val="none" w:sz="0" w:space="0" w:color="auto"/>
                            <w:bottom w:val="none" w:sz="0" w:space="0" w:color="auto"/>
                            <w:right w:val="none" w:sz="0" w:space="0" w:color="auto"/>
                          </w:divBdr>
                          <w:divsChild>
                            <w:div w:id="462040076">
                              <w:marLeft w:val="0"/>
                              <w:marRight w:val="0"/>
                              <w:marTop w:val="0"/>
                              <w:marBottom w:val="0"/>
                              <w:divBdr>
                                <w:top w:val="none" w:sz="0" w:space="0" w:color="auto"/>
                                <w:left w:val="none" w:sz="0" w:space="0" w:color="auto"/>
                                <w:bottom w:val="none" w:sz="0" w:space="0" w:color="auto"/>
                                <w:right w:val="none" w:sz="0" w:space="0" w:color="auto"/>
                              </w:divBdr>
                            </w:div>
                          </w:divsChild>
                        </w:div>
                        <w:div w:id="1810703627">
                          <w:marLeft w:val="0"/>
                          <w:marRight w:val="0"/>
                          <w:marTop w:val="0"/>
                          <w:marBottom w:val="0"/>
                          <w:divBdr>
                            <w:top w:val="none" w:sz="0" w:space="0" w:color="auto"/>
                            <w:left w:val="none" w:sz="0" w:space="0" w:color="auto"/>
                            <w:bottom w:val="none" w:sz="0" w:space="0" w:color="auto"/>
                            <w:right w:val="none" w:sz="0" w:space="0" w:color="auto"/>
                          </w:divBdr>
                          <w:divsChild>
                            <w:div w:id="2058118027">
                              <w:marLeft w:val="0"/>
                              <w:marRight w:val="0"/>
                              <w:marTop w:val="390"/>
                              <w:marBottom w:val="0"/>
                              <w:divBdr>
                                <w:top w:val="none" w:sz="0" w:space="0" w:color="auto"/>
                                <w:left w:val="none" w:sz="0" w:space="0" w:color="auto"/>
                                <w:bottom w:val="none" w:sz="0" w:space="0" w:color="auto"/>
                                <w:right w:val="none" w:sz="0" w:space="0" w:color="auto"/>
                              </w:divBdr>
                            </w:div>
                          </w:divsChild>
                        </w:div>
                        <w:div w:id="383874153">
                          <w:marLeft w:val="0"/>
                          <w:marRight w:val="0"/>
                          <w:marTop w:val="0"/>
                          <w:marBottom w:val="0"/>
                          <w:divBdr>
                            <w:top w:val="none" w:sz="0" w:space="0" w:color="auto"/>
                            <w:left w:val="none" w:sz="0" w:space="0" w:color="auto"/>
                            <w:bottom w:val="none" w:sz="0" w:space="0" w:color="auto"/>
                            <w:right w:val="none" w:sz="0" w:space="0" w:color="auto"/>
                          </w:divBdr>
                          <w:divsChild>
                            <w:div w:id="153376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2607153">
          <w:marLeft w:val="0"/>
          <w:marRight w:val="0"/>
          <w:marTop w:val="0"/>
          <w:marBottom w:val="0"/>
          <w:divBdr>
            <w:top w:val="none" w:sz="0" w:space="0" w:color="auto"/>
            <w:left w:val="none" w:sz="0" w:space="0" w:color="auto"/>
            <w:bottom w:val="none" w:sz="0" w:space="0" w:color="auto"/>
            <w:right w:val="none" w:sz="0" w:space="0" w:color="auto"/>
          </w:divBdr>
          <w:divsChild>
            <w:div w:id="1438059148">
              <w:marLeft w:val="0"/>
              <w:marRight w:val="0"/>
              <w:marTop w:val="0"/>
              <w:marBottom w:val="0"/>
              <w:divBdr>
                <w:top w:val="none" w:sz="0" w:space="0" w:color="auto"/>
                <w:left w:val="none" w:sz="0" w:space="0" w:color="auto"/>
                <w:bottom w:val="none" w:sz="0" w:space="0" w:color="auto"/>
                <w:right w:val="none" w:sz="0" w:space="0" w:color="auto"/>
              </w:divBdr>
              <w:divsChild>
                <w:div w:id="262223941">
                  <w:marLeft w:val="0"/>
                  <w:marRight w:val="0"/>
                  <w:marTop w:val="0"/>
                  <w:marBottom w:val="0"/>
                  <w:divBdr>
                    <w:top w:val="none" w:sz="0" w:space="0" w:color="auto"/>
                    <w:left w:val="none" w:sz="0" w:space="0" w:color="auto"/>
                    <w:bottom w:val="none" w:sz="0" w:space="0" w:color="auto"/>
                    <w:right w:val="none" w:sz="0" w:space="0" w:color="auto"/>
                  </w:divBdr>
                </w:div>
              </w:divsChild>
            </w:div>
            <w:div w:id="1324578529">
              <w:marLeft w:val="0"/>
              <w:marRight w:val="0"/>
              <w:marTop w:val="0"/>
              <w:marBottom w:val="0"/>
              <w:divBdr>
                <w:top w:val="single" w:sz="6" w:space="15" w:color="E8E8E8"/>
                <w:left w:val="none" w:sz="0" w:space="0" w:color="auto"/>
                <w:bottom w:val="none" w:sz="0" w:space="0" w:color="auto"/>
                <w:right w:val="none" w:sz="0" w:space="0" w:color="auto"/>
              </w:divBdr>
              <w:divsChild>
                <w:div w:id="342127372">
                  <w:marLeft w:val="0"/>
                  <w:marRight w:val="0"/>
                  <w:marTop w:val="0"/>
                  <w:marBottom w:val="0"/>
                  <w:divBdr>
                    <w:top w:val="none" w:sz="0" w:space="0" w:color="auto"/>
                    <w:left w:val="none" w:sz="0" w:space="0" w:color="auto"/>
                    <w:bottom w:val="none" w:sz="0" w:space="0" w:color="auto"/>
                    <w:right w:val="none" w:sz="0" w:space="0" w:color="auto"/>
                  </w:divBdr>
                  <w:divsChild>
                    <w:div w:id="903415799">
                      <w:marLeft w:val="0"/>
                      <w:marRight w:val="0"/>
                      <w:marTop w:val="0"/>
                      <w:marBottom w:val="0"/>
                      <w:divBdr>
                        <w:top w:val="none" w:sz="0" w:space="0" w:color="auto"/>
                        <w:left w:val="none" w:sz="0" w:space="0" w:color="auto"/>
                        <w:bottom w:val="none" w:sz="0" w:space="0" w:color="auto"/>
                        <w:right w:val="none" w:sz="0" w:space="0" w:color="auto"/>
                      </w:divBdr>
                      <w:divsChild>
                        <w:div w:id="601687384">
                          <w:marLeft w:val="0"/>
                          <w:marRight w:val="0"/>
                          <w:marTop w:val="0"/>
                          <w:marBottom w:val="0"/>
                          <w:divBdr>
                            <w:top w:val="none" w:sz="0" w:space="0" w:color="auto"/>
                            <w:left w:val="none" w:sz="0" w:space="0" w:color="auto"/>
                            <w:bottom w:val="none" w:sz="0" w:space="0" w:color="auto"/>
                            <w:right w:val="none" w:sz="0" w:space="0" w:color="auto"/>
                          </w:divBdr>
                        </w:div>
                        <w:div w:id="1035276486">
                          <w:marLeft w:val="0"/>
                          <w:marRight w:val="0"/>
                          <w:marTop w:val="0"/>
                          <w:marBottom w:val="0"/>
                          <w:divBdr>
                            <w:top w:val="none" w:sz="0" w:space="0" w:color="auto"/>
                            <w:left w:val="none" w:sz="0" w:space="0" w:color="auto"/>
                            <w:bottom w:val="none" w:sz="0" w:space="0" w:color="auto"/>
                            <w:right w:val="none" w:sz="0" w:space="0" w:color="auto"/>
                          </w:divBdr>
                          <w:divsChild>
                            <w:div w:id="2038773855">
                              <w:marLeft w:val="0"/>
                              <w:marRight w:val="0"/>
                              <w:marTop w:val="150"/>
                              <w:marBottom w:val="0"/>
                              <w:divBdr>
                                <w:top w:val="none" w:sz="0" w:space="0" w:color="auto"/>
                                <w:left w:val="none" w:sz="0" w:space="0" w:color="auto"/>
                                <w:bottom w:val="none" w:sz="0" w:space="0" w:color="auto"/>
                                <w:right w:val="none" w:sz="0" w:space="0" w:color="auto"/>
                              </w:divBdr>
                            </w:div>
                          </w:divsChild>
                        </w:div>
                        <w:div w:id="278025991">
                          <w:marLeft w:val="0"/>
                          <w:marRight w:val="0"/>
                          <w:marTop w:val="0"/>
                          <w:marBottom w:val="0"/>
                          <w:divBdr>
                            <w:top w:val="none" w:sz="0" w:space="0" w:color="auto"/>
                            <w:left w:val="none" w:sz="0" w:space="0" w:color="auto"/>
                            <w:bottom w:val="none" w:sz="0" w:space="0" w:color="auto"/>
                            <w:right w:val="none" w:sz="0" w:space="0" w:color="auto"/>
                          </w:divBdr>
                          <w:divsChild>
                            <w:div w:id="771323736">
                              <w:marLeft w:val="0"/>
                              <w:marRight w:val="0"/>
                              <w:marTop w:val="0"/>
                              <w:marBottom w:val="0"/>
                              <w:divBdr>
                                <w:top w:val="none" w:sz="0" w:space="0" w:color="auto"/>
                                <w:left w:val="none" w:sz="0" w:space="0" w:color="auto"/>
                                <w:bottom w:val="none" w:sz="0" w:space="0" w:color="auto"/>
                                <w:right w:val="none" w:sz="0" w:space="0" w:color="auto"/>
                              </w:divBdr>
                            </w:div>
                          </w:divsChild>
                        </w:div>
                        <w:div w:id="1565137062">
                          <w:marLeft w:val="0"/>
                          <w:marRight w:val="0"/>
                          <w:marTop w:val="0"/>
                          <w:marBottom w:val="0"/>
                          <w:divBdr>
                            <w:top w:val="none" w:sz="0" w:space="0" w:color="auto"/>
                            <w:left w:val="none" w:sz="0" w:space="0" w:color="auto"/>
                            <w:bottom w:val="none" w:sz="0" w:space="0" w:color="auto"/>
                            <w:right w:val="none" w:sz="0" w:space="0" w:color="auto"/>
                          </w:divBdr>
                          <w:divsChild>
                            <w:div w:id="1170289253">
                              <w:marLeft w:val="0"/>
                              <w:marRight w:val="0"/>
                              <w:marTop w:val="390"/>
                              <w:marBottom w:val="0"/>
                              <w:divBdr>
                                <w:top w:val="none" w:sz="0" w:space="0" w:color="auto"/>
                                <w:left w:val="none" w:sz="0" w:space="0" w:color="auto"/>
                                <w:bottom w:val="none" w:sz="0" w:space="0" w:color="auto"/>
                                <w:right w:val="none" w:sz="0" w:space="0" w:color="auto"/>
                              </w:divBdr>
                            </w:div>
                          </w:divsChild>
                        </w:div>
                        <w:div w:id="219489236">
                          <w:marLeft w:val="0"/>
                          <w:marRight w:val="0"/>
                          <w:marTop w:val="0"/>
                          <w:marBottom w:val="0"/>
                          <w:divBdr>
                            <w:top w:val="none" w:sz="0" w:space="0" w:color="auto"/>
                            <w:left w:val="none" w:sz="0" w:space="0" w:color="auto"/>
                            <w:bottom w:val="none" w:sz="0" w:space="0" w:color="auto"/>
                            <w:right w:val="none" w:sz="0" w:space="0" w:color="auto"/>
                          </w:divBdr>
                          <w:divsChild>
                            <w:div w:id="1367220980">
                              <w:marLeft w:val="0"/>
                              <w:marRight w:val="0"/>
                              <w:marTop w:val="0"/>
                              <w:marBottom w:val="0"/>
                              <w:divBdr>
                                <w:top w:val="none" w:sz="0" w:space="0" w:color="auto"/>
                                <w:left w:val="none" w:sz="0" w:space="0" w:color="auto"/>
                                <w:bottom w:val="none" w:sz="0" w:space="0" w:color="auto"/>
                                <w:right w:val="none" w:sz="0" w:space="0" w:color="auto"/>
                              </w:divBdr>
                            </w:div>
                          </w:divsChild>
                        </w:div>
                        <w:div w:id="960458327">
                          <w:marLeft w:val="0"/>
                          <w:marRight w:val="0"/>
                          <w:marTop w:val="0"/>
                          <w:marBottom w:val="0"/>
                          <w:divBdr>
                            <w:top w:val="none" w:sz="0" w:space="0" w:color="auto"/>
                            <w:left w:val="none" w:sz="0" w:space="0" w:color="auto"/>
                            <w:bottom w:val="none" w:sz="0" w:space="0" w:color="auto"/>
                            <w:right w:val="none" w:sz="0" w:space="0" w:color="auto"/>
                          </w:divBdr>
                          <w:divsChild>
                            <w:div w:id="553276787">
                              <w:marLeft w:val="0"/>
                              <w:marRight w:val="0"/>
                              <w:marTop w:val="390"/>
                              <w:marBottom w:val="0"/>
                              <w:divBdr>
                                <w:top w:val="none" w:sz="0" w:space="0" w:color="auto"/>
                                <w:left w:val="none" w:sz="0" w:space="0" w:color="auto"/>
                                <w:bottom w:val="none" w:sz="0" w:space="0" w:color="auto"/>
                                <w:right w:val="none" w:sz="0" w:space="0" w:color="auto"/>
                              </w:divBdr>
                            </w:div>
                          </w:divsChild>
                        </w:div>
                        <w:div w:id="2044136614">
                          <w:marLeft w:val="0"/>
                          <w:marRight w:val="0"/>
                          <w:marTop w:val="0"/>
                          <w:marBottom w:val="0"/>
                          <w:divBdr>
                            <w:top w:val="none" w:sz="0" w:space="0" w:color="auto"/>
                            <w:left w:val="none" w:sz="0" w:space="0" w:color="auto"/>
                            <w:bottom w:val="none" w:sz="0" w:space="0" w:color="auto"/>
                            <w:right w:val="none" w:sz="0" w:space="0" w:color="auto"/>
                          </w:divBdr>
                          <w:divsChild>
                            <w:div w:id="30227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886268">
      <w:bodyDiv w:val="1"/>
      <w:marLeft w:val="0"/>
      <w:marRight w:val="0"/>
      <w:marTop w:val="0"/>
      <w:marBottom w:val="0"/>
      <w:divBdr>
        <w:top w:val="none" w:sz="0" w:space="0" w:color="auto"/>
        <w:left w:val="none" w:sz="0" w:space="0" w:color="auto"/>
        <w:bottom w:val="none" w:sz="0" w:space="0" w:color="auto"/>
        <w:right w:val="none" w:sz="0" w:space="0" w:color="auto"/>
      </w:divBdr>
    </w:div>
    <w:div w:id="198670581">
      <w:bodyDiv w:val="1"/>
      <w:marLeft w:val="0"/>
      <w:marRight w:val="0"/>
      <w:marTop w:val="0"/>
      <w:marBottom w:val="0"/>
      <w:divBdr>
        <w:top w:val="none" w:sz="0" w:space="0" w:color="auto"/>
        <w:left w:val="none" w:sz="0" w:space="0" w:color="auto"/>
        <w:bottom w:val="none" w:sz="0" w:space="0" w:color="auto"/>
        <w:right w:val="none" w:sz="0" w:space="0" w:color="auto"/>
      </w:divBdr>
      <w:divsChild>
        <w:div w:id="2147157521">
          <w:marLeft w:val="0"/>
          <w:marRight w:val="0"/>
          <w:marTop w:val="0"/>
          <w:marBottom w:val="0"/>
          <w:divBdr>
            <w:top w:val="none" w:sz="0" w:space="0" w:color="auto"/>
            <w:left w:val="none" w:sz="0" w:space="0" w:color="auto"/>
            <w:bottom w:val="none" w:sz="0" w:space="0" w:color="auto"/>
            <w:right w:val="none" w:sz="0" w:space="0" w:color="auto"/>
          </w:divBdr>
          <w:divsChild>
            <w:div w:id="1193149579">
              <w:marLeft w:val="0"/>
              <w:marRight w:val="0"/>
              <w:marTop w:val="0"/>
              <w:marBottom w:val="0"/>
              <w:divBdr>
                <w:top w:val="none" w:sz="0" w:space="0" w:color="auto"/>
                <w:left w:val="none" w:sz="0" w:space="0" w:color="auto"/>
                <w:bottom w:val="none" w:sz="0" w:space="0" w:color="auto"/>
                <w:right w:val="none" w:sz="0" w:space="0" w:color="auto"/>
              </w:divBdr>
              <w:divsChild>
                <w:div w:id="30809295">
                  <w:marLeft w:val="0"/>
                  <w:marRight w:val="0"/>
                  <w:marTop w:val="0"/>
                  <w:marBottom w:val="0"/>
                  <w:divBdr>
                    <w:top w:val="none" w:sz="0" w:space="0" w:color="auto"/>
                    <w:left w:val="none" w:sz="0" w:space="0" w:color="auto"/>
                    <w:bottom w:val="none" w:sz="0" w:space="0" w:color="auto"/>
                    <w:right w:val="none" w:sz="0" w:space="0" w:color="auto"/>
                  </w:divBdr>
                </w:div>
              </w:divsChild>
            </w:div>
            <w:div w:id="20789365">
              <w:marLeft w:val="0"/>
              <w:marRight w:val="0"/>
              <w:marTop w:val="0"/>
              <w:marBottom w:val="0"/>
              <w:divBdr>
                <w:top w:val="single" w:sz="6" w:space="15" w:color="E8E8E8"/>
                <w:left w:val="none" w:sz="0" w:space="0" w:color="auto"/>
                <w:bottom w:val="none" w:sz="0" w:space="0" w:color="auto"/>
                <w:right w:val="none" w:sz="0" w:space="0" w:color="auto"/>
              </w:divBdr>
              <w:divsChild>
                <w:div w:id="1390416407">
                  <w:marLeft w:val="0"/>
                  <w:marRight w:val="0"/>
                  <w:marTop w:val="0"/>
                  <w:marBottom w:val="0"/>
                  <w:divBdr>
                    <w:top w:val="none" w:sz="0" w:space="0" w:color="auto"/>
                    <w:left w:val="none" w:sz="0" w:space="0" w:color="auto"/>
                    <w:bottom w:val="none" w:sz="0" w:space="0" w:color="auto"/>
                    <w:right w:val="none" w:sz="0" w:space="0" w:color="auto"/>
                  </w:divBdr>
                  <w:divsChild>
                    <w:div w:id="1905485109">
                      <w:marLeft w:val="0"/>
                      <w:marRight w:val="0"/>
                      <w:marTop w:val="0"/>
                      <w:marBottom w:val="0"/>
                      <w:divBdr>
                        <w:top w:val="none" w:sz="0" w:space="0" w:color="auto"/>
                        <w:left w:val="none" w:sz="0" w:space="0" w:color="auto"/>
                        <w:bottom w:val="none" w:sz="0" w:space="0" w:color="auto"/>
                        <w:right w:val="none" w:sz="0" w:space="0" w:color="auto"/>
                      </w:divBdr>
                      <w:divsChild>
                        <w:div w:id="591207445">
                          <w:marLeft w:val="0"/>
                          <w:marRight w:val="0"/>
                          <w:marTop w:val="0"/>
                          <w:marBottom w:val="0"/>
                          <w:divBdr>
                            <w:top w:val="none" w:sz="0" w:space="0" w:color="auto"/>
                            <w:left w:val="none" w:sz="0" w:space="0" w:color="auto"/>
                            <w:bottom w:val="none" w:sz="0" w:space="0" w:color="auto"/>
                            <w:right w:val="none" w:sz="0" w:space="0" w:color="auto"/>
                          </w:divBdr>
                          <w:divsChild>
                            <w:div w:id="1341350970">
                              <w:marLeft w:val="0"/>
                              <w:marRight w:val="0"/>
                              <w:marTop w:val="150"/>
                              <w:marBottom w:val="0"/>
                              <w:divBdr>
                                <w:top w:val="none" w:sz="0" w:space="0" w:color="auto"/>
                                <w:left w:val="none" w:sz="0" w:space="0" w:color="auto"/>
                                <w:bottom w:val="none" w:sz="0" w:space="0" w:color="auto"/>
                                <w:right w:val="none" w:sz="0" w:space="0" w:color="auto"/>
                              </w:divBdr>
                            </w:div>
                          </w:divsChild>
                        </w:div>
                        <w:div w:id="580220404">
                          <w:marLeft w:val="0"/>
                          <w:marRight w:val="0"/>
                          <w:marTop w:val="0"/>
                          <w:marBottom w:val="0"/>
                          <w:divBdr>
                            <w:top w:val="none" w:sz="0" w:space="0" w:color="auto"/>
                            <w:left w:val="none" w:sz="0" w:space="0" w:color="auto"/>
                            <w:bottom w:val="none" w:sz="0" w:space="0" w:color="auto"/>
                            <w:right w:val="none" w:sz="0" w:space="0" w:color="auto"/>
                          </w:divBdr>
                          <w:divsChild>
                            <w:div w:id="129178600">
                              <w:marLeft w:val="0"/>
                              <w:marRight w:val="0"/>
                              <w:marTop w:val="0"/>
                              <w:marBottom w:val="0"/>
                              <w:divBdr>
                                <w:top w:val="none" w:sz="0" w:space="0" w:color="auto"/>
                                <w:left w:val="none" w:sz="0" w:space="0" w:color="auto"/>
                                <w:bottom w:val="none" w:sz="0" w:space="0" w:color="auto"/>
                                <w:right w:val="none" w:sz="0" w:space="0" w:color="auto"/>
                              </w:divBdr>
                            </w:div>
                          </w:divsChild>
                        </w:div>
                        <w:div w:id="1792363972">
                          <w:marLeft w:val="0"/>
                          <w:marRight w:val="0"/>
                          <w:marTop w:val="0"/>
                          <w:marBottom w:val="0"/>
                          <w:divBdr>
                            <w:top w:val="none" w:sz="0" w:space="0" w:color="auto"/>
                            <w:left w:val="none" w:sz="0" w:space="0" w:color="auto"/>
                            <w:bottom w:val="none" w:sz="0" w:space="0" w:color="auto"/>
                            <w:right w:val="none" w:sz="0" w:space="0" w:color="auto"/>
                          </w:divBdr>
                          <w:divsChild>
                            <w:div w:id="760953983">
                              <w:marLeft w:val="0"/>
                              <w:marRight w:val="0"/>
                              <w:marTop w:val="150"/>
                              <w:marBottom w:val="0"/>
                              <w:divBdr>
                                <w:top w:val="none" w:sz="0" w:space="0" w:color="auto"/>
                                <w:left w:val="none" w:sz="0" w:space="0" w:color="auto"/>
                                <w:bottom w:val="none" w:sz="0" w:space="0" w:color="auto"/>
                                <w:right w:val="none" w:sz="0" w:space="0" w:color="auto"/>
                              </w:divBdr>
                            </w:div>
                          </w:divsChild>
                        </w:div>
                        <w:div w:id="649288091">
                          <w:marLeft w:val="0"/>
                          <w:marRight w:val="0"/>
                          <w:marTop w:val="0"/>
                          <w:marBottom w:val="0"/>
                          <w:divBdr>
                            <w:top w:val="none" w:sz="0" w:space="0" w:color="auto"/>
                            <w:left w:val="none" w:sz="0" w:space="0" w:color="auto"/>
                            <w:bottom w:val="none" w:sz="0" w:space="0" w:color="auto"/>
                            <w:right w:val="none" w:sz="0" w:space="0" w:color="auto"/>
                          </w:divBdr>
                          <w:divsChild>
                            <w:div w:id="527838736">
                              <w:marLeft w:val="0"/>
                              <w:marRight w:val="0"/>
                              <w:marTop w:val="0"/>
                              <w:marBottom w:val="0"/>
                              <w:divBdr>
                                <w:top w:val="none" w:sz="0" w:space="0" w:color="auto"/>
                                <w:left w:val="none" w:sz="0" w:space="0" w:color="auto"/>
                                <w:bottom w:val="none" w:sz="0" w:space="0" w:color="auto"/>
                                <w:right w:val="none" w:sz="0" w:space="0" w:color="auto"/>
                              </w:divBdr>
                            </w:div>
                          </w:divsChild>
                        </w:div>
                        <w:div w:id="795414772">
                          <w:marLeft w:val="0"/>
                          <w:marRight w:val="0"/>
                          <w:marTop w:val="0"/>
                          <w:marBottom w:val="0"/>
                          <w:divBdr>
                            <w:top w:val="none" w:sz="0" w:space="0" w:color="auto"/>
                            <w:left w:val="none" w:sz="0" w:space="0" w:color="auto"/>
                            <w:bottom w:val="none" w:sz="0" w:space="0" w:color="auto"/>
                            <w:right w:val="none" w:sz="0" w:space="0" w:color="auto"/>
                          </w:divBdr>
                          <w:divsChild>
                            <w:div w:id="1082605317">
                              <w:marLeft w:val="0"/>
                              <w:marRight w:val="0"/>
                              <w:marTop w:val="390"/>
                              <w:marBottom w:val="0"/>
                              <w:divBdr>
                                <w:top w:val="none" w:sz="0" w:space="0" w:color="auto"/>
                                <w:left w:val="none" w:sz="0" w:space="0" w:color="auto"/>
                                <w:bottom w:val="none" w:sz="0" w:space="0" w:color="auto"/>
                                <w:right w:val="none" w:sz="0" w:space="0" w:color="auto"/>
                              </w:divBdr>
                            </w:div>
                          </w:divsChild>
                        </w:div>
                        <w:div w:id="343017996">
                          <w:marLeft w:val="0"/>
                          <w:marRight w:val="0"/>
                          <w:marTop w:val="0"/>
                          <w:marBottom w:val="0"/>
                          <w:divBdr>
                            <w:top w:val="none" w:sz="0" w:space="0" w:color="auto"/>
                            <w:left w:val="none" w:sz="0" w:space="0" w:color="auto"/>
                            <w:bottom w:val="none" w:sz="0" w:space="0" w:color="auto"/>
                            <w:right w:val="none" w:sz="0" w:space="0" w:color="auto"/>
                          </w:divBdr>
                          <w:divsChild>
                            <w:div w:id="260181734">
                              <w:marLeft w:val="0"/>
                              <w:marRight w:val="0"/>
                              <w:marTop w:val="0"/>
                              <w:marBottom w:val="0"/>
                              <w:divBdr>
                                <w:top w:val="none" w:sz="0" w:space="0" w:color="auto"/>
                                <w:left w:val="none" w:sz="0" w:space="0" w:color="auto"/>
                                <w:bottom w:val="none" w:sz="0" w:space="0" w:color="auto"/>
                                <w:right w:val="none" w:sz="0" w:space="0" w:color="auto"/>
                              </w:divBdr>
                            </w:div>
                          </w:divsChild>
                        </w:div>
                        <w:div w:id="1305962287">
                          <w:marLeft w:val="0"/>
                          <w:marRight w:val="0"/>
                          <w:marTop w:val="0"/>
                          <w:marBottom w:val="0"/>
                          <w:divBdr>
                            <w:top w:val="none" w:sz="0" w:space="0" w:color="auto"/>
                            <w:left w:val="none" w:sz="0" w:space="0" w:color="auto"/>
                            <w:bottom w:val="none" w:sz="0" w:space="0" w:color="auto"/>
                            <w:right w:val="none" w:sz="0" w:space="0" w:color="auto"/>
                          </w:divBdr>
                          <w:divsChild>
                            <w:div w:id="79833376">
                              <w:marLeft w:val="0"/>
                              <w:marRight w:val="0"/>
                              <w:marTop w:val="390"/>
                              <w:marBottom w:val="0"/>
                              <w:divBdr>
                                <w:top w:val="none" w:sz="0" w:space="0" w:color="auto"/>
                                <w:left w:val="none" w:sz="0" w:space="0" w:color="auto"/>
                                <w:bottom w:val="none" w:sz="0" w:space="0" w:color="auto"/>
                                <w:right w:val="none" w:sz="0" w:space="0" w:color="auto"/>
                              </w:divBdr>
                            </w:div>
                          </w:divsChild>
                        </w:div>
                        <w:div w:id="1428690044">
                          <w:marLeft w:val="0"/>
                          <w:marRight w:val="0"/>
                          <w:marTop w:val="0"/>
                          <w:marBottom w:val="0"/>
                          <w:divBdr>
                            <w:top w:val="none" w:sz="0" w:space="0" w:color="auto"/>
                            <w:left w:val="none" w:sz="0" w:space="0" w:color="auto"/>
                            <w:bottom w:val="none" w:sz="0" w:space="0" w:color="auto"/>
                            <w:right w:val="none" w:sz="0" w:space="0" w:color="auto"/>
                          </w:divBdr>
                          <w:divsChild>
                            <w:div w:id="176746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9643212">
          <w:marLeft w:val="0"/>
          <w:marRight w:val="0"/>
          <w:marTop w:val="0"/>
          <w:marBottom w:val="0"/>
          <w:divBdr>
            <w:top w:val="none" w:sz="0" w:space="0" w:color="auto"/>
            <w:left w:val="none" w:sz="0" w:space="0" w:color="auto"/>
            <w:bottom w:val="none" w:sz="0" w:space="0" w:color="auto"/>
            <w:right w:val="none" w:sz="0" w:space="0" w:color="auto"/>
          </w:divBdr>
          <w:divsChild>
            <w:div w:id="1626156590">
              <w:marLeft w:val="0"/>
              <w:marRight w:val="0"/>
              <w:marTop w:val="0"/>
              <w:marBottom w:val="0"/>
              <w:divBdr>
                <w:top w:val="none" w:sz="0" w:space="0" w:color="auto"/>
                <w:left w:val="none" w:sz="0" w:space="0" w:color="auto"/>
                <w:bottom w:val="none" w:sz="0" w:space="0" w:color="auto"/>
                <w:right w:val="none" w:sz="0" w:space="0" w:color="auto"/>
              </w:divBdr>
              <w:divsChild>
                <w:div w:id="1222592062">
                  <w:marLeft w:val="0"/>
                  <w:marRight w:val="0"/>
                  <w:marTop w:val="0"/>
                  <w:marBottom w:val="0"/>
                  <w:divBdr>
                    <w:top w:val="none" w:sz="0" w:space="0" w:color="auto"/>
                    <w:left w:val="none" w:sz="0" w:space="0" w:color="auto"/>
                    <w:bottom w:val="none" w:sz="0" w:space="0" w:color="auto"/>
                    <w:right w:val="none" w:sz="0" w:space="0" w:color="auto"/>
                  </w:divBdr>
                </w:div>
              </w:divsChild>
            </w:div>
            <w:div w:id="890654018">
              <w:marLeft w:val="0"/>
              <w:marRight w:val="0"/>
              <w:marTop w:val="0"/>
              <w:marBottom w:val="0"/>
              <w:divBdr>
                <w:top w:val="single" w:sz="6" w:space="15" w:color="E8E8E8"/>
                <w:left w:val="none" w:sz="0" w:space="0" w:color="auto"/>
                <w:bottom w:val="none" w:sz="0" w:space="0" w:color="auto"/>
                <w:right w:val="none" w:sz="0" w:space="0" w:color="auto"/>
              </w:divBdr>
              <w:divsChild>
                <w:div w:id="201989126">
                  <w:marLeft w:val="0"/>
                  <w:marRight w:val="0"/>
                  <w:marTop w:val="0"/>
                  <w:marBottom w:val="0"/>
                  <w:divBdr>
                    <w:top w:val="none" w:sz="0" w:space="0" w:color="auto"/>
                    <w:left w:val="none" w:sz="0" w:space="0" w:color="auto"/>
                    <w:bottom w:val="none" w:sz="0" w:space="0" w:color="auto"/>
                    <w:right w:val="none" w:sz="0" w:space="0" w:color="auto"/>
                  </w:divBdr>
                  <w:divsChild>
                    <w:div w:id="1450009484">
                      <w:marLeft w:val="0"/>
                      <w:marRight w:val="0"/>
                      <w:marTop w:val="0"/>
                      <w:marBottom w:val="0"/>
                      <w:divBdr>
                        <w:top w:val="none" w:sz="0" w:space="0" w:color="auto"/>
                        <w:left w:val="none" w:sz="0" w:space="0" w:color="auto"/>
                        <w:bottom w:val="none" w:sz="0" w:space="0" w:color="auto"/>
                        <w:right w:val="none" w:sz="0" w:space="0" w:color="auto"/>
                      </w:divBdr>
                      <w:divsChild>
                        <w:div w:id="474682224">
                          <w:marLeft w:val="0"/>
                          <w:marRight w:val="0"/>
                          <w:marTop w:val="0"/>
                          <w:marBottom w:val="0"/>
                          <w:divBdr>
                            <w:top w:val="none" w:sz="0" w:space="0" w:color="auto"/>
                            <w:left w:val="none" w:sz="0" w:space="0" w:color="auto"/>
                            <w:bottom w:val="none" w:sz="0" w:space="0" w:color="auto"/>
                            <w:right w:val="none" w:sz="0" w:space="0" w:color="auto"/>
                          </w:divBdr>
                          <w:divsChild>
                            <w:div w:id="1091702983">
                              <w:marLeft w:val="0"/>
                              <w:marRight w:val="0"/>
                              <w:marTop w:val="150"/>
                              <w:marBottom w:val="0"/>
                              <w:divBdr>
                                <w:top w:val="none" w:sz="0" w:space="0" w:color="auto"/>
                                <w:left w:val="none" w:sz="0" w:space="0" w:color="auto"/>
                                <w:bottom w:val="none" w:sz="0" w:space="0" w:color="auto"/>
                                <w:right w:val="none" w:sz="0" w:space="0" w:color="auto"/>
                              </w:divBdr>
                            </w:div>
                          </w:divsChild>
                        </w:div>
                        <w:div w:id="1565722873">
                          <w:marLeft w:val="0"/>
                          <w:marRight w:val="0"/>
                          <w:marTop w:val="0"/>
                          <w:marBottom w:val="0"/>
                          <w:divBdr>
                            <w:top w:val="none" w:sz="0" w:space="0" w:color="auto"/>
                            <w:left w:val="none" w:sz="0" w:space="0" w:color="auto"/>
                            <w:bottom w:val="none" w:sz="0" w:space="0" w:color="auto"/>
                            <w:right w:val="none" w:sz="0" w:space="0" w:color="auto"/>
                          </w:divBdr>
                          <w:divsChild>
                            <w:div w:id="750927819">
                              <w:marLeft w:val="0"/>
                              <w:marRight w:val="0"/>
                              <w:marTop w:val="0"/>
                              <w:marBottom w:val="0"/>
                              <w:divBdr>
                                <w:top w:val="none" w:sz="0" w:space="0" w:color="auto"/>
                                <w:left w:val="none" w:sz="0" w:space="0" w:color="auto"/>
                                <w:bottom w:val="none" w:sz="0" w:space="0" w:color="auto"/>
                                <w:right w:val="none" w:sz="0" w:space="0" w:color="auto"/>
                              </w:divBdr>
                            </w:div>
                          </w:divsChild>
                        </w:div>
                        <w:div w:id="1540119877">
                          <w:marLeft w:val="0"/>
                          <w:marRight w:val="0"/>
                          <w:marTop w:val="0"/>
                          <w:marBottom w:val="0"/>
                          <w:divBdr>
                            <w:top w:val="none" w:sz="0" w:space="0" w:color="auto"/>
                            <w:left w:val="none" w:sz="0" w:space="0" w:color="auto"/>
                            <w:bottom w:val="none" w:sz="0" w:space="0" w:color="auto"/>
                            <w:right w:val="none" w:sz="0" w:space="0" w:color="auto"/>
                          </w:divBdr>
                          <w:divsChild>
                            <w:div w:id="1299149174">
                              <w:marLeft w:val="0"/>
                              <w:marRight w:val="0"/>
                              <w:marTop w:val="150"/>
                              <w:marBottom w:val="0"/>
                              <w:divBdr>
                                <w:top w:val="none" w:sz="0" w:space="0" w:color="auto"/>
                                <w:left w:val="none" w:sz="0" w:space="0" w:color="auto"/>
                                <w:bottom w:val="none" w:sz="0" w:space="0" w:color="auto"/>
                                <w:right w:val="none" w:sz="0" w:space="0" w:color="auto"/>
                              </w:divBdr>
                            </w:div>
                          </w:divsChild>
                        </w:div>
                        <w:div w:id="1113482558">
                          <w:marLeft w:val="0"/>
                          <w:marRight w:val="0"/>
                          <w:marTop w:val="0"/>
                          <w:marBottom w:val="0"/>
                          <w:divBdr>
                            <w:top w:val="none" w:sz="0" w:space="0" w:color="auto"/>
                            <w:left w:val="none" w:sz="0" w:space="0" w:color="auto"/>
                            <w:bottom w:val="none" w:sz="0" w:space="0" w:color="auto"/>
                            <w:right w:val="none" w:sz="0" w:space="0" w:color="auto"/>
                          </w:divBdr>
                          <w:divsChild>
                            <w:div w:id="1853571879">
                              <w:marLeft w:val="0"/>
                              <w:marRight w:val="0"/>
                              <w:marTop w:val="0"/>
                              <w:marBottom w:val="0"/>
                              <w:divBdr>
                                <w:top w:val="none" w:sz="0" w:space="0" w:color="auto"/>
                                <w:left w:val="none" w:sz="0" w:space="0" w:color="auto"/>
                                <w:bottom w:val="none" w:sz="0" w:space="0" w:color="auto"/>
                                <w:right w:val="none" w:sz="0" w:space="0" w:color="auto"/>
                              </w:divBdr>
                            </w:div>
                          </w:divsChild>
                        </w:div>
                        <w:div w:id="1855266608">
                          <w:marLeft w:val="0"/>
                          <w:marRight w:val="0"/>
                          <w:marTop w:val="0"/>
                          <w:marBottom w:val="0"/>
                          <w:divBdr>
                            <w:top w:val="none" w:sz="0" w:space="0" w:color="auto"/>
                            <w:left w:val="none" w:sz="0" w:space="0" w:color="auto"/>
                            <w:bottom w:val="none" w:sz="0" w:space="0" w:color="auto"/>
                            <w:right w:val="none" w:sz="0" w:space="0" w:color="auto"/>
                          </w:divBdr>
                          <w:divsChild>
                            <w:div w:id="540872377">
                              <w:marLeft w:val="0"/>
                              <w:marRight w:val="0"/>
                              <w:marTop w:val="390"/>
                              <w:marBottom w:val="0"/>
                              <w:divBdr>
                                <w:top w:val="none" w:sz="0" w:space="0" w:color="auto"/>
                                <w:left w:val="none" w:sz="0" w:space="0" w:color="auto"/>
                                <w:bottom w:val="none" w:sz="0" w:space="0" w:color="auto"/>
                                <w:right w:val="none" w:sz="0" w:space="0" w:color="auto"/>
                              </w:divBdr>
                            </w:div>
                          </w:divsChild>
                        </w:div>
                        <w:div w:id="1759448331">
                          <w:marLeft w:val="0"/>
                          <w:marRight w:val="0"/>
                          <w:marTop w:val="0"/>
                          <w:marBottom w:val="0"/>
                          <w:divBdr>
                            <w:top w:val="none" w:sz="0" w:space="0" w:color="auto"/>
                            <w:left w:val="none" w:sz="0" w:space="0" w:color="auto"/>
                            <w:bottom w:val="none" w:sz="0" w:space="0" w:color="auto"/>
                            <w:right w:val="none" w:sz="0" w:space="0" w:color="auto"/>
                          </w:divBdr>
                          <w:divsChild>
                            <w:div w:id="2035691402">
                              <w:marLeft w:val="0"/>
                              <w:marRight w:val="0"/>
                              <w:marTop w:val="0"/>
                              <w:marBottom w:val="0"/>
                              <w:divBdr>
                                <w:top w:val="none" w:sz="0" w:space="0" w:color="auto"/>
                                <w:left w:val="none" w:sz="0" w:space="0" w:color="auto"/>
                                <w:bottom w:val="none" w:sz="0" w:space="0" w:color="auto"/>
                                <w:right w:val="none" w:sz="0" w:space="0" w:color="auto"/>
                              </w:divBdr>
                            </w:div>
                          </w:divsChild>
                        </w:div>
                        <w:div w:id="760493275">
                          <w:marLeft w:val="0"/>
                          <w:marRight w:val="0"/>
                          <w:marTop w:val="0"/>
                          <w:marBottom w:val="0"/>
                          <w:divBdr>
                            <w:top w:val="none" w:sz="0" w:space="0" w:color="auto"/>
                            <w:left w:val="none" w:sz="0" w:space="0" w:color="auto"/>
                            <w:bottom w:val="none" w:sz="0" w:space="0" w:color="auto"/>
                            <w:right w:val="none" w:sz="0" w:space="0" w:color="auto"/>
                          </w:divBdr>
                          <w:divsChild>
                            <w:div w:id="1562709704">
                              <w:marLeft w:val="0"/>
                              <w:marRight w:val="0"/>
                              <w:marTop w:val="390"/>
                              <w:marBottom w:val="0"/>
                              <w:divBdr>
                                <w:top w:val="none" w:sz="0" w:space="0" w:color="auto"/>
                                <w:left w:val="none" w:sz="0" w:space="0" w:color="auto"/>
                                <w:bottom w:val="none" w:sz="0" w:space="0" w:color="auto"/>
                                <w:right w:val="none" w:sz="0" w:space="0" w:color="auto"/>
                              </w:divBdr>
                            </w:div>
                          </w:divsChild>
                        </w:div>
                        <w:div w:id="1255700777">
                          <w:marLeft w:val="0"/>
                          <w:marRight w:val="0"/>
                          <w:marTop w:val="0"/>
                          <w:marBottom w:val="0"/>
                          <w:divBdr>
                            <w:top w:val="none" w:sz="0" w:space="0" w:color="auto"/>
                            <w:left w:val="none" w:sz="0" w:space="0" w:color="auto"/>
                            <w:bottom w:val="none" w:sz="0" w:space="0" w:color="auto"/>
                            <w:right w:val="none" w:sz="0" w:space="0" w:color="auto"/>
                          </w:divBdr>
                          <w:divsChild>
                            <w:div w:id="86050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5737566">
          <w:marLeft w:val="0"/>
          <w:marRight w:val="0"/>
          <w:marTop w:val="0"/>
          <w:marBottom w:val="0"/>
          <w:divBdr>
            <w:top w:val="none" w:sz="0" w:space="0" w:color="auto"/>
            <w:left w:val="none" w:sz="0" w:space="0" w:color="auto"/>
            <w:bottom w:val="none" w:sz="0" w:space="0" w:color="auto"/>
            <w:right w:val="none" w:sz="0" w:space="0" w:color="auto"/>
          </w:divBdr>
          <w:divsChild>
            <w:div w:id="1591504924">
              <w:marLeft w:val="0"/>
              <w:marRight w:val="0"/>
              <w:marTop w:val="0"/>
              <w:marBottom w:val="0"/>
              <w:divBdr>
                <w:top w:val="none" w:sz="0" w:space="0" w:color="auto"/>
                <w:left w:val="none" w:sz="0" w:space="0" w:color="auto"/>
                <w:bottom w:val="none" w:sz="0" w:space="0" w:color="auto"/>
                <w:right w:val="none" w:sz="0" w:space="0" w:color="auto"/>
              </w:divBdr>
              <w:divsChild>
                <w:div w:id="412507021">
                  <w:marLeft w:val="0"/>
                  <w:marRight w:val="0"/>
                  <w:marTop w:val="0"/>
                  <w:marBottom w:val="0"/>
                  <w:divBdr>
                    <w:top w:val="none" w:sz="0" w:space="0" w:color="auto"/>
                    <w:left w:val="none" w:sz="0" w:space="0" w:color="auto"/>
                    <w:bottom w:val="none" w:sz="0" w:space="0" w:color="auto"/>
                    <w:right w:val="none" w:sz="0" w:space="0" w:color="auto"/>
                  </w:divBdr>
                </w:div>
              </w:divsChild>
            </w:div>
            <w:div w:id="81726989">
              <w:marLeft w:val="0"/>
              <w:marRight w:val="0"/>
              <w:marTop w:val="0"/>
              <w:marBottom w:val="0"/>
              <w:divBdr>
                <w:top w:val="single" w:sz="6" w:space="15" w:color="E8E8E8"/>
                <w:left w:val="none" w:sz="0" w:space="0" w:color="auto"/>
                <w:bottom w:val="none" w:sz="0" w:space="0" w:color="auto"/>
                <w:right w:val="none" w:sz="0" w:space="0" w:color="auto"/>
              </w:divBdr>
              <w:divsChild>
                <w:div w:id="350188986">
                  <w:marLeft w:val="0"/>
                  <w:marRight w:val="0"/>
                  <w:marTop w:val="0"/>
                  <w:marBottom w:val="0"/>
                  <w:divBdr>
                    <w:top w:val="none" w:sz="0" w:space="0" w:color="auto"/>
                    <w:left w:val="none" w:sz="0" w:space="0" w:color="auto"/>
                    <w:bottom w:val="none" w:sz="0" w:space="0" w:color="auto"/>
                    <w:right w:val="none" w:sz="0" w:space="0" w:color="auto"/>
                  </w:divBdr>
                  <w:divsChild>
                    <w:div w:id="682899667">
                      <w:marLeft w:val="0"/>
                      <w:marRight w:val="0"/>
                      <w:marTop w:val="0"/>
                      <w:marBottom w:val="0"/>
                      <w:divBdr>
                        <w:top w:val="none" w:sz="0" w:space="0" w:color="auto"/>
                        <w:left w:val="none" w:sz="0" w:space="0" w:color="auto"/>
                        <w:bottom w:val="none" w:sz="0" w:space="0" w:color="auto"/>
                        <w:right w:val="none" w:sz="0" w:space="0" w:color="auto"/>
                      </w:divBdr>
                      <w:divsChild>
                        <w:div w:id="2055078710">
                          <w:marLeft w:val="0"/>
                          <w:marRight w:val="0"/>
                          <w:marTop w:val="0"/>
                          <w:marBottom w:val="0"/>
                          <w:divBdr>
                            <w:top w:val="none" w:sz="0" w:space="0" w:color="auto"/>
                            <w:left w:val="none" w:sz="0" w:space="0" w:color="auto"/>
                            <w:bottom w:val="none" w:sz="0" w:space="0" w:color="auto"/>
                            <w:right w:val="none" w:sz="0" w:space="0" w:color="auto"/>
                          </w:divBdr>
                          <w:divsChild>
                            <w:div w:id="108938148">
                              <w:marLeft w:val="0"/>
                              <w:marRight w:val="0"/>
                              <w:marTop w:val="150"/>
                              <w:marBottom w:val="0"/>
                              <w:divBdr>
                                <w:top w:val="none" w:sz="0" w:space="0" w:color="auto"/>
                                <w:left w:val="none" w:sz="0" w:space="0" w:color="auto"/>
                                <w:bottom w:val="none" w:sz="0" w:space="0" w:color="auto"/>
                                <w:right w:val="none" w:sz="0" w:space="0" w:color="auto"/>
                              </w:divBdr>
                            </w:div>
                          </w:divsChild>
                        </w:div>
                        <w:div w:id="394011594">
                          <w:marLeft w:val="0"/>
                          <w:marRight w:val="0"/>
                          <w:marTop w:val="0"/>
                          <w:marBottom w:val="0"/>
                          <w:divBdr>
                            <w:top w:val="none" w:sz="0" w:space="0" w:color="auto"/>
                            <w:left w:val="none" w:sz="0" w:space="0" w:color="auto"/>
                            <w:bottom w:val="none" w:sz="0" w:space="0" w:color="auto"/>
                            <w:right w:val="none" w:sz="0" w:space="0" w:color="auto"/>
                          </w:divBdr>
                          <w:divsChild>
                            <w:div w:id="390156658">
                              <w:marLeft w:val="0"/>
                              <w:marRight w:val="0"/>
                              <w:marTop w:val="0"/>
                              <w:marBottom w:val="0"/>
                              <w:divBdr>
                                <w:top w:val="none" w:sz="0" w:space="0" w:color="auto"/>
                                <w:left w:val="none" w:sz="0" w:space="0" w:color="auto"/>
                                <w:bottom w:val="none" w:sz="0" w:space="0" w:color="auto"/>
                                <w:right w:val="none" w:sz="0" w:space="0" w:color="auto"/>
                              </w:divBdr>
                            </w:div>
                          </w:divsChild>
                        </w:div>
                        <w:div w:id="8921138">
                          <w:marLeft w:val="0"/>
                          <w:marRight w:val="0"/>
                          <w:marTop w:val="0"/>
                          <w:marBottom w:val="0"/>
                          <w:divBdr>
                            <w:top w:val="none" w:sz="0" w:space="0" w:color="auto"/>
                            <w:left w:val="none" w:sz="0" w:space="0" w:color="auto"/>
                            <w:bottom w:val="none" w:sz="0" w:space="0" w:color="auto"/>
                            <w:right w:val="none" w:sz="0" w:space="0" w:color="auto"/>
                          </w:divBdr>
                          <w:divsChild>
                            <w:div w:id="2138908284">
                              <w:marLeft w:val="0"/>
                              <w:marRight w:val="0"/>
                              <w:marTop w:val="150"/>
                              <w:marBottom w:val="0"/>
                              <w:divBdr>
                                <w:top w:val="none" w:sz="0" w:space="0" w:color="auto"/>
                                <w:left w:val="none" w:sz="0" w:space="0" w:color="auto"/>
                                <w:bottom w:val="none" w:sz="0" w:space="0" w:color="auto"/>
                                <w:right w:val="none" w:sz="0" w:space="0" w:color="auto"/>
                              </w:divBdr>
                            </w:div>
                          </w:divsChild>
                        </w:div>
                        <w:div w:id="1026710511">
                          <w:marLeft w:val="0"/>
                          <w:marRight w:val="0"/>
                          <w:marTop w:val="0"/>
                          <w:marBottom w:val="0"/>
                          <w:divBdr>
                            <w:top w:val="none" w:sz="0" w:space="0" w:color="auto"/>
                            <w:left w:val="none" w:sz="0" w:space="0" w:color="auto"/>
                            <w:bottom w:val="none" w:sz="0" w:space="0" w:color="auto"/>
                            <w:right w:val="none" w:sz="0" w:space="0" w:color="auto"/>
                          </w:divBdr>
                          <w:divsChild>
                            <w:div w:id="122815633">
                              <w:marLeft w:val="0"/>
                              <w:marRight w:val="0"/>
                              <w:marTop w:val="0"/>
                              <w:marBottom w:val="0"/>
                              <w:divBdr>
                                <w:top w:val="none" w:sz="0" w:space="0" w:color="auto"/>
                                <w:left w:val="none" w:sz="0" w:space="0" w:color="auto"/>
                                <w:bottom w:val="none" w:sz="0" w:space="0" w:color="auto"/>
                                <w:right w:val="none" w:sz="0" w:space="0" w:color="auto"/>
                              </w:divBdr>
                            </w:div>
                          </w:divsChild>
                        </w:div>
                        <w:div w:id="579103351">
                          <w:marLeft w:val="0"/>
                          <w:marRight w:val="0"/>
                          <w:marTop w:val="0"/>
                          <w:marBottom w:val="0"/>
                          <w:divBdr>
                            <w:top w:val="none" w:sz="0" w:space="0" w:color="auto"/>
                            <w:left w:val="none" w:sz="0" w:space="0" w:color="auto"/>
                            <w:bottom w:val="none" w:sz="0" w:space="0" w:color="auto"/>
                            <w:right w:val="none" w:sz="0" w:space="0" w:color="auto"/>
                          </w:divBdr>
                          <w:divsChild>
                            <w:div w:id="41908153">
                              <w:marLeft w:val="0"/>
                              <w:marRight w:val="0"/>
                              <w:marTop w:val="390"/>
                              <w:marBottom w:val="0"/>
                              <w:divBdr>
                                <w:top w:val="none" w:sz="0" w:space="0" w:color="auto"/>
                                <w:left w:val="none" w:sz="0" w:space="0" w:color="auto"/>
                                <w:bottom w:val="none" w:sz="0" w:space="0" w:color="auto"/>
                                <w:right w:val="none" w:sz="0" w:space="0" w:color="auto"/>
                              </w:divBdr>
                            </w:div>
                          </w:divsChild>
                        </w:div>
                        <w:div w:id="313728707">
                          <w:marLeft w:val="0"/>
                          <w:marRight w:val="0"/>
                          <w:marTop w:val="0"/>
                          <w:marBottom w:val="0"/>
                          <w:divBdr>
                            <w:top w:val="none" w:sz="0" w:space="0" w:color="auto"/>
                            <w:left w:val="none" w:sz="0" w:space="0" w:color="auto"/>
                            <w:bottom w:val="none" w:sz="0" w:space="0" w:color="auto"/>
                            <w:right w:val="none" w:sz="0" w:space="0" w:color="auto"/>
                          </w:divBdr>
                          <w:divsChild>
                            <w:div w:id="1638608456">
                              <w:marLeft w:val="0"/>
                              <w:marRight w:val="0"/>
                              <w:marTop w:val="0"/>
                              <w:marBottom w:val="0"/>
                              <w:divBdr>
                                <w:top w:val="none" w:sz="0" w:space="0" w:color="auto"/>
                                <w:left w:val="none" w:sz="0" w:space="0" w:color="auto"/>
                                <w:bottom w:val="none" w:sz="0" w:space="0" w:color="auto"/>
                                <w:right w:val="none" w:sz="0" w:space="0" w:color="auto"/>
                              </w:divBdr>
                            </w:div>
                          </w:divsChild>
                        </w:div>
                        <w:div w:id="563103746">
                          <w:marLeft w:val="0"/>
                          <w:marRight w:val="0"/>
                          <w:marTop w:val="0"/>
                          <w:marBottom w:val="0"/>
                          <w:divBdr>
                            <w:top w:val="none" w:sz="0" w:space="0" w:color="auto"/>
                            <w:left w:val="none" w:sz="0" w:space="0" w:color="auto"/>
                            <w:bottom w:val="none" w:sz="0" w:space="0" w:color="auto"/>
                            <w:right w:val="none" w:sz="0" w:space="0" w:color="auto"/>
                          </w:divBdr>
                          <w:divsChild>
                            <w:div w:id="1109738832">
                              <w:marLeft w:val="0"/>
                              <w:marRight w:val="0"/>
                              <w:marTop w:val="390"/>
                              <w:marBottom w:val="0"/>
                              <w:divBdr>
                                <w:top w:val="none" w:sz="0" w:space="0" w:color="auto"/>
                                <w:left w:val="none" w:sz="0" w:space="0" w:color="auto"/>
                                <w:bottom w:val="none" w:sz="0" w:space="0" w:color="auto"/>
                                <w:right w:val="none" w:sz="0" w:space="0" w:color="auto"/>
                              </w:divBdr>
                            </w:div>
                          </w:divsChild>
                        </w:div>
                        <w:div w:id="1625697764">
                          <w:marLeft w:val="0"/>
                          <w:marRight w:val="0"/>
                          <w:marTop w:val="0"/>
                          <w:marBottom w:val="0"/>
                          <w:divBdr>
                            <w:top w:val="none" w:sz="0" w:space="0" w:color="auto"/>
                            <w:left w:val="none" w:sz="0" w:space="0" w:color="auto"/>
                            <w:bottom w:val="none" w:sz="0" w:space="0" w:color="auto"/>
                            <w:right w:val="none" w:sz="0" w:space="0" w:color="auto"/>
                          </w:divBdr>
                          <w:divsChild>
                            <w:div w:id="14058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352278">
          <w:marLeft w:val="0"/>
          <w:marRight w:val="0"/>
          <w:marTop w:val="0"/>
          <w:marBottom w:val="0"/>
          <w:divBdr>
            <w:top w:val="none" w:sz="0" w:space="0" w:color="auto"/>
            <w:left w:val="none" w:sz="0" w:space="0" w:color="auto"/>
            <w:bottom w:val="none" w:sz="0" w:space="0" w:color="auto"/>
            <w:right w:val="none" w:sz="0" w:space="0" w:color="auto"/>
          </w:divBdr>
          <w:divsChild>
            <w:div w:id="1345404402">
              <w:marLeft w:val="0"/>
              <w:marRight w:val="0"/>
              <w:marTop w:val="0"/>
              <w:marBottom w:val="0"/>
              <w:divBdr>
                <w:top w:val="none" w:sz="0" w:space="0" w:color="auto"/>
                <w:left w:val="none" w:sz="0" w:space="0" w:color="auto"/>
                <w:bottom w:val="none" w:sz="0" w:space="0" w:color="auto"/>
                <w:right w:val="none" w:sz="0" w:space="0" w:color="auto"/>
              </w:divBdr>
              <w:divsChild>
                <w:div w:id="2015380587">
                  <w:marLeft w:val="0"/>
                  <w:marRight w:val="0"/>
                  <w:marTop w:val="0"/>
                  <w:marBottom w:val="0"/>
                  <w:divBdr>
                    <w:top w:val="none" w:sz="0" w:space="0" w:color="auto"/>
                    <w:left w:val="none" w:sz="0" w:space="0" w:color="auto"/>
                    <w:bottom w:val="none" w:sz="0" w:space="0" w:color="auto"/>
                    <w:right w:val="none" w:sz="0" w:space="0" w:color="auto"/>
                  </w:divBdr>
                </w:div>
              </w:divsChild>
            </w:div>
            <w:div w:id="835615533">
              <w:marLeft w:val="0"/>
              <w:marRight w:val="0"/>
              <w:marTop w:val="0"/>
              <w:marBottom w:val="0"/>
              <w:divBdr>
                <w:top w:val="single" w:sz="6" w:space="15" w:color="E8E8E8"/>
                <w:left w:val="none" w:sz="0" w:space="0" w:color="auto"/>
                <w:bottom w:val="none" w:sz="0" w:space="0" w:color="auto"/>
                <w:right w:val="none" w:sz="0" w:space="0" w:color="auto"/>
              </w:divBdr>
              <w:divsChild>
                <w:div w:id="45881277">
                  <w:marLeft w:val="0"/>
                  <w:marRight w:val="0"/>
                  <w:marTop w:val="0"/>
                  <w:marBottom w:val="0"/>
                  <w:divBdr>
                    <w:top w:val="none" w:sz="0" w:space="0" w:color="auto"/>
                    <w:left w:val="none" w:sz="0" w:space="0" w:color="auto"/>
                    <w:bottom w:val="none" w:sz="0" w:space="0" w:color="auto"/>
                    <w:right w:val="none" w:sz="0" w:space="0" w:color="auto"/>
                  </w:divBdr>
                  <w:divsChild>
                    <w:div w:id="1284657358">
                      <w:marLeft w:val="0"/>
                      <w:marRight w:val="0"/>
                      <w:marTop w:val="0"/>
                      <w:marBottom w:val="0"/>
                      <w:divBdr>
                        <w:top w:val="none" w:sz="0" w:space="0" w:color="auto"/>
                        <w:left w:val="none" w:sz="0" w:space="0" w:color="auto"/>
                        <w:bottom w:val="none" w:sz="0" w:space="0" w:color="auto"/>
                        <w:right w:val="none" w:sz="0" w:space="0" w:color="auto"/>
                      </w:divBdr>
                      <w:divsChild>
                        <w:div w:id="1172842654">
                          <w:marLeft w:val="0"/>
                          <w:marRight w:val="0"/>
                          <w:marTop w:val="0"/>
                          <w:marBottom w:val="0"/>
                          <w:divBdr>
                            <w:top w:val="none" w:sz="0" w:space="0" w:color="auto"/>
                            <w:left w:val="none" w:sz="0" w:space="0" w:color="auto"/>
                            <w:bottom w:val="none" w:sz="0" w:space="0" w:color="auto"/>
                            <w:right w:val="none" w:sz="0" w:space="0" w:color="auto"/>
                          </w:divBdr>
                          <w:divsChild>
                            <w:div w:id="2087267353">
                              <w:marLeft w:val="0"/>
                              <w:marRight w:val="0"/>
                              <w:marTop w:val="150"/>
                              <w:marBottom w:val="0"/>
                              <w:divBdr>
                                <w:top w:val="none" w:sz="0" w:space="0" w:color="auto"/>
                                <w:left w:val="none" w:sz="0" w:space="0" w:color="auto"/>
                                <w:bottom w:val="none" w:sz="0" w:space="0" w:color="auto"/>
                                <w:right w:val="none" w:sz="0" w:space="0" w:color="auto"/>
                              </w:divBdr>
                            </w:div>
                          </w:divsChild>
                        </w:div>
                        <w:div w:id="1040781803">
                          <w:marLeft w:val="0"/>
                          <w:marRight w:val="0"/>
                          <w:marTop w:val="0"/>
                          <w:marBottom w:val="0"/>
                          <w:divBdr>
                            <w:top w:val="none" w:sz="0" w:space="0" w:color="auto"/>
                            <w:left w:val="none" w:sz="0" w:space="0" w:color="auto"/>
                            <w:bottom w:val="none" w:sz="0" w:space="0" w:color="auto"/>
                            <w:right w:val="none" w:sz="0" w:space="0" w:color="auto"/>
                          </w:divBdr>
                          <w:divsChild>
                            <w:div w:id="434062272">
                              <w:marLeft w:val="0"/>
                              <w:marRight w:val="0"/>
                              <w:marTop w:val="0"/>
                              <w:marBottom w:val="0"/>
                              <w:divBdr>
                                <w:top w:val="none" w:sz="0" w:space="0" w:color="auto"/>
                                <w:left w:val="none" w:sz="0" w:space="0" w:color="auto"/>
                                <w:bottom w:val="none" w:sz="0" w:space="0" w:color="auto"/>
                                <w:right w:val="none" w:sz="0" w:space="0" w:color="auto"/>
                              </w:divBdr>
                            </w:div>
                          </w:divsChild>
                        </w:div>
                        <w:div w:id="1903826045">
                          <w:marLeft w:val="0"/>
                          <w:marRight w:val="0"/>
                          <w:marTop w:val="0"/>
                          <w:marBottom w:val="0"/>
                          <w:divBdr>
                            <w:top w:val="none" w:sz="0" w:space="0" w:color="auto"/>
                            <w:left w:val="none" w:sz="0" w:space="0" w:color="auto"/>
                            <w:bottom w:val="none" w:sz="0" w:space="0" w:color="auto"/>
                            <w:right w:val="none" w:sz="0" w:space="0" w:color="auto"/>
                          </w:divBdr>
                          <w:divsChild>
                            <w:div w:id="1968927244">
                              <w:marLeft w:val="0"/>
                              <w:marRight w:val="0"/>
                              <w:marTop w:val="150"/>
                              <w:marBottom w:val="0"/>
                              <w:divBdr>
                                <w:top w:val="none" w:sz="0" w:space="0" w:color="auto"/>
                                <w:left w:val="none" w:sz="0" w:space="0" w:color="auto"/>
                                <w:bottom w:val="none" w:sz="0" w:space="0" w:color="auto"/>
                                <w:right w:val="none" w:sz="0" w:space="0" w:color="auto"/>
                              </w:divBdr>
                            </w:div>
                          </w:divsChild>
                        </w:div>
                        <w:div w:id="328993913">
                          <w:marLeft w:val="0"/>
                          <w:marRight w:val="0"/>
                          <w:marTop w:val="0"/>
                          <w:marBottom w:val="0"/>
                          <w:divBdr>
                            <w:top w:val="none" w:sz="0" w:space="0" w:color="auto"/>
                            <w:left w:val="none" w:sz="0" w:space="0" w:color="auto"/>
                            <w:bottom w:val="none" w:sz="0" w:space="0" w:color="auto"/>
                            <w:right w:val="none" w:sz="0" w:space="0" w:color="auto"/>
                          </w:divBdr>
                          <w:divsChild>
                            <w:div w:id="351877828">
                              <w:marLeft w:val="0"/>
                              <w:marRight w:val="0"/>
                              <w:marTop w:val="0"/>
                              <w:marBottom w:val="0"/>
                              <w:divBdr>
                                <w:top w:val="none" w:sz="0" w:space="0" w:color="auto"/>
                                <w:left w:val="none" w:sz="0" w:space="0" w:color="auto"/>
                                <w:bottom w:val="none" w:sz="0" w:space="0" w:color="auto"/>
                                <w:right w:val="none" w:sz="0" w:space="0" w:color="auto"/>
                              </w:divBdr>
                            </w:div>
                          </w:divsChild>
                        </w:div>
                        <w:div w:id="1896116308">
                          <w:marLeft w:val="0"/>
                          <w:marRight w:val="0"/>
                          <w:marTop w:val="0"/>
                          <w:marBottom w:val="0"/>
                          <w:divBdr>
                            <w:top w:val="none" w:sz="0" w:space="0" w:color="auto"/>
                            <w:left w:val="none" w:sz="0" w:space="0" w:color="auto"/>
                            <w:bottom w:val="none" w:sz="0" w:space="0" w:color="auto"/>
                            <w:right w:val="none" w:sz="0" w:space="0" w:color="auto"/>
                          </w:divBdr>
                          <w:divsChild>
                            <w:div w:id="377903690">
                              <w:marLeft w:val="0"/>
                              <w:marRight w:val="0"/>
                              <w:marTop w:val="390"/>
                              <w:marBottom w:val="0"/>
                              <w:divBdr>
                                <w:top w:val="none" w:sz="0" w:space="0" w:color="auto"/>
                                <w:left w:val="none" w:sz="0" w:space="0" w:color="auto"/>
                                <w:bottom w:val="none" w:sz="0" w:space="0" w:color="auto"/>
                                <w:right w:val="none" w:sz="0" w:space="0" w:color="auto"/>
                              </w:divBdr>
                            </w:div>
                          </w:divsChild>
                        </w:div>
                        <w:div w:id="1180197263">
                          <w:marLeft w:val="0"/>
                          <w:marRight w:val="0"/>
                          <w:marTop w:val="0"/>
                          <w:marBottom w:val="0"/>
                          <w:divBdr>
                            <w:top w:val="none" w:sz="0" w:space="0" w:color="auto"/>
                            <w:left w:val="none" w:sz="0" w:space="0" w:color="auto"/>
                            <w:bottom w:val="none" w:sz="0" w:space="0" w:color="auto"/>
                            <w:right w:val="none" w:sz="0" w:space="0" w:color="auto"/>
                          </w:divBdr>
                          <w:divsChild>
                            <w:div w:id="1313369711">
                              <w:marLeft w:val="0"/>
                              <w:marRight w:val="0"/>
                              <w:marTop w:val="0"/>
                              <w:marBottom w:val="0"/>
                              <w:divBdr>
                                <w:top w:val="none" w:sz="0" w:space="0" w:color="auto"/>
                                <w:left w:val="none" w:sz="0" w:space="0" w:color="auto"/>
                                <w:bottom w:val="none" w:sz="0" w:space="0" w:color="auto"/>
                                <w:right w:val="none" w:sz="0" w:space="0" w:color="auto"/>
                              </w:divBdr>
                            </w:div>
                          </w:divsChild>
                        </w:div>
                        <w:div w:id="1445422624">
                          <w:marLeft w:val="0"/>
                          <w:marRight w:val="0"/>
                          <w:marTop w:val="0"/>
                          <w:marBottom w:val="0"/>
                          <w:divBdr>
                            <w:top w:val="none" w:sz="0" w:space="0" w:color="auto"/>
                            <w:left w:val="none" w:sz="0" w:space="0" w:color="auto"/>
                            <w:bottom w:val="none" w:sz="0" w:space="0" w:color="auto"/>
                            <w:right w:val="none" w:sz="0" w:space="0" w:color="auto"/>
                          </w:divBdr>
                          <w:divsChild>
                            <w:div w:id="1162351509">
                              <w:marLeft w:val="0"/>
                              <w:marRight w:val="0"/>
                              <w:marTop w:val="390"/>
                              <w:marBottom w:val="0"/>
                              <w:divBdr>
                                <w:top w:val="none" w:sz="0" w:space="0" w:color="auto"/>
                                <w:left w:val="none" w:sz="0" w:space="0" w:color="auto"/>
                                <w:bottom w:val="none" w:sz="0" w:space="0" w:color="auto"/>
                                <w:right w:val="none" w:sz="0" w:space="0" w:color="auto"/>
                              </w:divBdr>
                            </w:div>
                          </w:divsChild>
                        </w:div>
                        <w:div w:id="1689794646">
                          <w:marLeft w:val="0"/>
                          <w:marRight w:val="0"/>
                          <w:marTop w:val="0"/>
                          <w:marBottom w:val="0"/>
                          <w:divBdr>
                            <w:top w:val="none" w:sz="0" w:space="0" w:color="auto"/>
                            <w:left w:val="none" w:sz="0" w:space="0" w:color="auto"/>
                            <w:bottom w:val="none" w:sz="0" w:space="0" w:color="auto"/>
                            <w:right w:val="none" w:sz="0" w:space="0" w:color="auto"/>
                          </w:divBdr>
                          <w:divsChild>
                            <w:div w:id="194584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875605">
      <w:bodyDiv w:val="1"/>
      <w:marLeft w:val="0"/>
      <w:marRight w:val="0"/>
      <w:marTop w:val="0"/>
      <w:marBottom w:val="0"/>
      <w:divBdr>
        <w:top w:val="none" w:sz="0" w:space="0" w:color="auto"/>
        <w:left w:val="none" w:sz="0" w:space="0" w:color="auto"/>
        <w:bottom w:val="none" w:sz="0" w:space="0" w:color="auto"/>
        <w:right w:val="none" w:sz="0" w:space="0" w:color="auto"/>
      </w:divBdr>
    </w:div>
    <w:div w:id="246304350">
      <w:bodyDiv w:val="1"/>
      <w:marLeft w:val="0"/>
      <w:marRight w:val="0"/>
      <w:marTop w:val="0"/>
      <w:marBottom w:val="0"/>
      <w:divBdr>
        <w:top w:val="none" w:sz="0" w:space="0" w:color="auto"/>
        <w:left w:val="none" w:sz="0" w:space="0" w:color="auto"/>
        <w:bottom w:val="none" w:sz="0" w:space="0" w:color="auto"/>
        <w:right w:val="none" w:sz="0" w:space="0" w:color="auto"/>
      </w:divBdr>
    </w:div>
    <w:div w:id="255557544">
      <w:bodyDiv w:val="1"/>
      <w:marLeft w:val="0"/>
      <w:marRight w:val="0"/>
      <w:marTop w:val="0"/>
      <w:marBottom w:val="0"/>
      <w:divBdr>
        <w:top w:val="none" w:sz="0" w:space="0" w:color="auto"/>
        <w:left w:val="none" w:sz="0" w:space="0" w:color="auto"/>
        <w:bottom w:val="none" w:sz="0" w:space="0" w:color="auto"/>
        <w:right w:val="none" w:sz="0" w:space="0" w:color="auto"/>
      </w:divBdr>
    </w:div>
    <w:div w:id="267007898">
      <w:bodyDiv w:val="1"/>
      <w:marLeft w:val="0"/>
      <w:marRight w:val="0"/>
      <w:marTop w:val="0"/>
      <w:marBottom w:val="0"/>
      <w:divBdr>
        <w:top w:val="none" w:sz="0" w:space="0" w:color="auto"/>
        <w:left w:val="none" w:sz="0" w:space="0" w:color="auto"/>
        <w:bottom w:val="none" w:sz="0" w:space="0" w:color="auto"/>
        <w:right w:val="none" w:sz="0" w:space="0" w:color="auto"/>
      </w:divBdr>
    </w:div>
    <w:div w:id="296447528">
      <w:bodyDiv w:val="1"/>
      <w:marLeft w:val="0"/>
      <w:marRight w:val="0"/>
      <w:marTop w:val="0"/>
      <w:marBottom w:val="0"/>
      <w:divBdr>
        <w:top w:val="none" w:sz="0" w:space="0" w:color="auto"/>
        <w:left w:val="none" w:sz="0" w:space="0" w:color="auto"/>
        <w:bottom w:val="none" w:sz="0" w:space="0" w:color="auto"/>
        <w:right w:val="none" w:sz="0" w:space="0" w:color="auto"/>
      </w:divBdr>
      <w:divsChild>
        <w:div w:id="1378895854">
          <w:marLeft w:val="0"/>
          <w:marRight w:val="0"/>
          <w:marTop w:val="0"/>
          <w:marBottom w:val="0"/>
          <w:divBdr>
            <w:top w:val="none" w:sz="0" w:space="0" w:color="auto"/>
            <w:left w:val="none" w:sz="0" w:space="0" w:color="auto"/>
            <w:bottom w:val="none" w:sz="0" w:space="0" w:color="auto"/>
            <w:right w:val="none" w:sz="0" w:space="0" w:color="auto"/>
          </w:divBdr>
          <w:divsChild>
            <w:div w:id="1198542031">
              <w:marLeft w:val="0"/>
              <w:marRight w:val="0"/>
              <w:marTop w:val="0"/>
              <w:marBottom w:val="0"/>
              <w:divBdr>
                <w:top w:val="none" w:sz="0" w:space="0" w:color="auto"/>
                <w:left w:val="none" w:sz="0" w:space="0" w:color="auto"/>
                <w:bottom w:val="none" w:sz="0" w:space="0" w:color="auto"/>
                <w:right w:val="none" w:sz="0" w:space="0" w:color="auto"/>
              </w:divBdr>
            </w:div>
          </w:divsChild>
        </w:div>
        <w:div w:id="523982581">
          <w:marLeft w:val="0"/>
          <w:marRight w:val="0"/>
          <w:marTop w:val="0"/>
          <w:marBottom w:val="0"/>
          <w:divBdr>
            <w:top w:val="none" w:sz="0" w:space="0" w:color="auto"/>
            <w:left w:val="none" w:sz="0" w:space="0" w:color="auto"/>
            <w:bottom w:val="none" w:sz="0" w:space="0" w:color="auto"/>
            <w:right w:val="none" w:sz="0" w:space="0" w:color="auto"/>
          </w:divBdr>
          <w:divsChild>
            <w:div w:id="240218668">
              <w:marLeft w:val="0"/>
              <w:marRight w:val="0"/>
              <w:marTop w:val="0"/>
              <w:marBottom w:val="0"/>
              <w:divBdr>
                <w:top w:val="none" w:sz="0" w:space="0" w:color="auto"/>
                <w:left w:val="none" w:sz="0" w:space="0" w:color="auto"/>
                <w:bottom w:val="none" w:sz="0" w:space="0" w:color="auto"/>
                <w:right w:val="none" w:sz="0" w:space="0" w:color="auto"/>
              </w:divBdr>
              <w:divsChild>
                <w:div w:id="551111966">
                  <w:marLeft w:val="0"/>
                  <w:marRight w:val="0"/>
                  <w:marTop w:val="0"/>
                  <w:marBottom w:val="0"/>
                  <w:divBdr>
                    <w:top w:val="none" w:sz="0" w:space="0" w:color="auto"/>
                    <w:left w:val="none" w:sz="0" w:space="0" w:color="auto"/>
                    <w:bottom w:val="none" w:sz="0" w:space="0" w:color="auto"/>
                    <w:right w:val="none" w:sz="0" w:space="0" w:color="auto"/>
                  </w:divBdr>
                  <w:divsChild>
                    <w:div w:id="8318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534715">
          <w:marLeft w:val="0"/>
          <w:marRight w:val="0"/>
          <w:marTop w:val="0"/>
          <w:marBottom w:val="0"/>
          <w:divBdr>
            <w:top w:val="none" w:sz="0" w:space="0" w:color="auto"/>
            <w:left w:val="none" w:sz="0" w:space="0" w:color="auto"/>
            <w:bottom w:val="none" w:sz="0" w:space="0" w:color="auto"/>
            <w:right w:val="none" w:sz="0" w:space="0" w:color="auto"/>
          </w:divBdr>
          <w:divsChild>
            <w:div w:id="654065876">
              <w:marLeft w:val="0"/>
              <w:marRight w:val="0"/>
              <w:marTop w:val="0"/>
              <w:marBottom w:val="0"/>
              <w:divBdr>
                <w:top w:val="none" w:sz="0" w:space="0" w:color="auto"/>
                <w:left w:val="none" w:sz="0" w:space="0" w:color="auto"/>
                <w:bottom w:val="none" w:sz="0" w:space="0" w:color="auto"/>
                <w:right w:val="none" w:sz="0" w:space="0" w:color="auto"/>
              </w:divBdr>
            </w:div>
          </w:divsChild>
        </w:div>
        <w:div w:id="1446267959">
          <w:marLeft w:val="0"/>
          <w:marRight w:val="0"/>
          <w:marTop w:val="0"/>
          <w:marBottom w:val="0"/>
          <w:divBdr>
            <w:top w:val="none" w:sz="0" w:space="0" w:color="auto"/>
            <w:left w:val="none" w:sz="0" w:space="0" w:color="auto"/>
            <w:bottom w:val="none" w:sz="0" w:space="0" w:color="auto"/>
            <w:right w:val="none" w:sz="0" w:space="0" w:color="auto"/>
          </w:divBdr>
          <w:divsChild>
            <w:div w:id="1522234428">
              <w:marLeft w:val="0"/>
              <w:marRight w:val="0"/>
              <w:marTop w:val="150"/>
              <w:marBottom w:val="0"/>
              <w:divBdr>
                <w:top w:val="none" w:sz="0" w:space="0" w:color="auto"/>
                <w:left w:val="none" w:sz="0" w:space="0" w:color="auto"/>
                <w:bottom w:val="none" w:sz="0" w:space="0" w:color="auto"/>
                <w:right w:val="none" w:sz="0" w:space="0" w:color="auto"/>
              </w:divBdr>
            </w:div>
          </w:divsChild>
        </w:div>
        <w:div w:id="526724252">
          <w:marLeft w:val="0"/>
          <w:marRight w:val="0"/>
          <w:marTop w:val="0"/>
          <w:marBottom w:val="0"/>
          <w:divBdr>
            <w:top w:val="none" w:sz="0" w:space="0" w:color="auto"/>
            <w:left w:val="none" w:sz="0" w:space="0" w:color="auto"/>
            <w:bottom w:val="none" w:sz="0" w:space="0" w:color="auto"/>
            <w:right w:val="none" w:sz="0" w:space="0" w:color="auto"/>
          </w:divBdr>
          <w:divsChild>
            <w:div w:id="476385222">
              <w:marLeft w:val="0"/>
              <w:marRight w:val="0"/>
              <w:marTop w:val="225"/>
              <w:marBottom w:val="450"/>
              <w:divBdr>
                <w:top w:val="none" w:sz="0" w:space="0" w:color="auto"/>
                <w:left w:val="none" w:sz="0" w:space="0" w:color="auto"/>
                <w:bottom w:val="none" w:sz="0" w:space="0" w:color="auto"/>
                <w:right w:val="none" w:sz="0" w:space="0" w:color="auto"/>
              </w:divBdr>
            </w:div>
          </w:divsChild>
        </w:div>
        <w:div w:id="1879271086">
          <w:marLeft w:val="0"/>
          <w:marRight w:val="0"/>
          <w:marTop w:val="0"/>
          <w:marBottom w:val="0"/>
          <w:divBdr>
            <w:top w:val="none" w:sz="0" w:space="0" w:color="auto"/>
            <w:left w:val="none" w:sz="0" w:space="0" w:color="auto"/>
            <w:bottom w:val="none" w:sz="0" w:space="0" w:color="auto"/>
            <w:right w:val="none" w:sz="0" w:space="0" w:color="auto"/>
          </w:divBdr>
          <w:divsChild>
            <w:div w:id="1695418285">
              <w:marLeft w:val="0"/>
              <w:marRight w:val="0"/>
              <w:marTop w:val="0"/>
              <w:marBottom w:val="0"/>
              <w:divBdr>
                <w:top w:val="none" w:sz="0" w:space="0" w:color="auto"/>
                <w:left w:val="none" w:sz="0" w:space="0" w:color="auto"/>
                <w:bottom w:val="none" w:sz="0" w:space="0" w:color="auto"/>
                <w:right w:val="none" w:sz="0" w:space="0" w:color="auto"/>
              </w:divBdr>
            </w:div>
          </w:divsChild>
        </w:div>
        <w:div w:id="1473478068">
          <w:marLeft w:val="0"/>
          <w:marRight w:val="0"/>
          <w:marTop w:val="0"/>
          <w:marBottom w:val="0"/>
          <w:divBdr>
            <w:top w:val="none" w:sz="0" w:space="0" w:color="auto"/>
            <w:left w:val="none" w:sz="0" w:space="0" w:color="auto"/>
            <w:bottom w:val="none" w:sz="0" w:space="0" w:color="auto"/>
            <w:right w:val="none" w:sz="0" w:space="0" w:color="auto"/>
          </w:divBdr>
          <w:divsChild>
            <w:div w:id="1725182621">
              <w:marLeft w:val="0"/>
              <w:marRight w:val="0"/>
              <w:marTop w:val="0"/>
              <w:marBottom w:val="0"/>
              <w:divBdr>
                <w:top w:val="none" w:sz="0" w:space="0" w:color="auto"/>
                <w:left w:val="none" w:sz="0" w:space="0" w:color="auto"/>
                <w:bottom w:val="none" w:sz="0" w:space="0" w:color="auto"/>
                <w:right w:val="none" w:sz="0" w:space="0" w:color="auto"/>
              </w:divBdr>
              <w:divsChild>
                <w:div w:id="697119363">
                  <w:marLeft w:val="0"/>
                  <w:marRight w:val="0"/>
                  <w:marTop w:val="0"/>
                  <w:marBottom w:val="0"/>
                  <w:divBdr>
                    <w:top w:val="none" w:sz="0" w:space="0" w:color="auto"/>
                    <w:left w:val="none" w:sz="0" w:space="0" w:color="auto"/>
                    <w:bottom w:val="none" w:sz="0" w:space="0" w:color="auto"/>
                    <w:right w:val="none" w:sz="0" w:space="0" w:color="auto"/>
                  </w:divBdr>
                  <w:divsChild>
                    <w:div w:id="2063555883">
                      <w:marLeft w:val="0"/>
                      <w:marRight w:val="0"/>
                      <w:marTop w:val="0"/>
                      <w:marBottom w:val="0"/>
                      <w:divBdr>
                        <w:top w:val="none" w:sz="0" w:space="0" w:color="auto"/>
                        <w:left w:val="none" w:sz="0" w:space="0" w:color="auto"/>
                        <w:bottom w:val="none" w:sz="0" w:space="0" w:color="auto"/>
                        <w:right w:val="none" w:sz="0" w:space="0" w:color="auto"/>
                      </w:divBdr>
                      <w:divsChild>
                        <w:div w:id="925574063">
                          <w:marLeft w:val="0"/>
                          <w:marRight w:val="0"/>
                          <w:marTop w:val="0"/>
                          <w:marBottom w:val="0"/>
                          <w:divBdr>
                            <w:top w:val="none" w:sz="0" w:space="0" w:color="auto"/>
                            <w:left w:val="none" w:sz="0" w:space="0" w:color="auto"/>
                            <w:bottom w:val="none" w:sz="0" w:space="0" w:color="auto"/>
                            <w:right w:val="none" w:sz="0" w:space="0" w:color="auto"/>
                          </w:divBdr>
                          <w:divsChild>
                            <w:div w:id="94866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220336">
                      <w:marLeft w:val="0"/>
                      <w:marRight w:val="0"/>
                      <w:marTop w:val="0"/>
                      <w:marBottom w:val="0"/>
                      <w:divBdr>
                        <w:top w:val="none" w:sz="0" w:space="0" w:color="auto"/>
                        <w:left w:val="none" w:sz="0" w:space="0" w:color="auto"/>
                        <w:bottom w:val="none" w:sz="0" w:space="0" w:color="auto"/>
                        <w:right w:val="none" w:sz="0" w:space="0" w:color="auto"/>
                      </w:divBdr>
                      <w:divsChild>
                        <w:div w:id="1211304250">
                          <w:marLeft w:val="0"/>
                          <w:marRight w:val="0"/>
                          <w:marTop w:val="0"/>
                          <w:marBottom w:val="0"/>
                          <w:divBdr>
                            <w:top w:val="none" w:sz="0" w:space="0" w:color="auto"/>
                            <w:left w:val="none" w:sz="0" w:space="0" w:color="auto"/>
                            <w:bottom w:val="none" w:sz="0" w:space="0" w:color="auto"/>
                            <w:right w:val="none" w:sz="0" w:space="0" w:color="auto"/>
                          </w:divBdr>
                          <w:divsChild>
                            <w:div w:id="173574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853478">
                      <w:marLeft w:val="0"/>
                      <w:marRight w:val="0"/>
                      <w:marTop w:val="0"/>
                      <w:marBottom w:val="0"/>
                      <w:divBdr>
                        <w:top w:val="none" w:sz="0" w:space="0" w:color="auto"/>
                        <w:left w:val="none" w:sz="0" w:space="0" w:color="auto"/>
                        <w:bottom w:val="none" w:sz="0" w:space="0" w:color="auto"/>
                        <w:right w:val="none" w:sz="0" w:space="0" w:color="auto"/>
                      </w:divBdr>
                      <w:divsChild>
                        <w:div w:id="1587766286">
                          <w:marLeft w:val="0"/>
                          <w:marRight w:val="0"/>
                          <w:marTop w:val="0"/>
                          <w:marBottom w:val="0"/>
                          <w:divBdr>
                            <w:top w:val="none" w:sz="0" w:space="0" w:color="auto"/>
                            <w:left w:val="none" w:sz="0" w:space="0" w:color="auto"/>
                            <w:bottom w:val="none" w:sz="0" w:space="0" w:color="auto"/>
                            <w:right w:val="none" w:sz="0" w:space="0" w:color="auto"/>
                          </w:divBdr>
                          <w:divsChild>
                            <w:div w:id="138267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257626">
                      <w:marLeft w:val="0"/>
                      <w:marRight w:val="0"/>
                      <w:marTop w:val="0"/>
                      <w:marBottom w:val="0"/>
                      <w:divBdr>
                        <w:top w:val="none" w:sz="0" w:space="0" w:color="auto"/>
                        <w:left w:val="none" w:sz="0" w:space="0" w:color="auto"/>
                        <w:bottom w:val="none" w:sz="0" w:space="0" w:color="auto"/>
                        <w:right w:val="none" w:sz="0" w:space="0" w:color="auto"/>
                      </w:divBdr>
                      <w:divsChild>
                        <w:div w:id="2029090478">
                          <w:marLeft w:val="0"/>
                          <w:marRight w:val="0"/>
                          <w:marTop w:val="0"/>
                          <w:marBottom w:val="0"/>
                          <w:divBdr>
                            <w:top w:val="none" w:sz="0" w:space="0" w:color="auto"/>
                            <w:left w:val="none" w:sz="0" w:space="0" w:color="auto"/>
                            <w:bottom w:val="none" w:sz="0" w:space="0" w:color="auto"/>
                            <w:right w:val="none" w:sz="0" w:space="0" w:color="auto"/>
                          </w:divBdr>
                          <w:divsChild>
                            <w:div w:id="18613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9628362">
      <w:bodyDiv w:val="1"/>
      <w:marLeft w:val="0"/>
      <w:marRight w:val="0"/>
      <w:marTop w:val="0"/>
      <w:marBottom w:val="0"/>
      <w:divBdr>
        <w:top w:val="none" w:sz="0" w:space="0" w:color="auto"/>
        <w:left w:val="none" w:sz="0" w:space="0" w:color="auto"/>
        <w:bottom w:val="none" w:sz="0" w:space="0" w:color="auto"/>
        <w:right w:val="none" w:sz="0" w:space="0" w:color="auto"/>
      </w:divBdr>
    </w:div>
    <w:div w:id="361983629">
      <w:bodyDiv w:val="1"/>
      <w:marLeft w:val="0"/>
      <w:marRight w:val="0"/>
      <w:marTop w:val="0"/>
      <w:marBottom w:val="0"/>
      <w:divBdr>
        <w:top w:val="none" w:sz="0" w:space="0" w:color="auto"/>
        <w:left w:val="none" w:sz="0" w:space="0" w:color="auto"/>
        <w:bottom w:val="none" w:sz="0" w:space="0" w:color="auto"/>
        <w:right w:val="none" w:sz="0" w:space="0" w:color="auto"/>
      </w:divBdr>
      <w:divsChild>
        <w:div w:id="1314287488">
          <w:marLeft w:val="0"/>
          <w:marRight w:val="0"/>
          <w:marTop w:val="0"/>
          <w:marBottom w:val="0"/>
          <w:divBdr>
            <w:top w:val="none" w:sz="0" w:space="0" w:color="auto"/>
            <w:left w:val="none" w:sz="0" w:space="0" w:color="auto"/>
            <w:bottom w:val="none" w:sz="0" w:space="0" w:color="auto"/>
            <w:right w:val="none" w:sz="0" w:space="0" w:color="auto"/>
          </w:divBdr>
          <w:divsChild>
            <w:div w:id="1516461862">
              <w:marLeft w:val="0"/>
              <w:marRight w:val="0"/>
              <w:marTop w:val="0"/>
              <w:marBottom w:val="0"/>
              <w:divBdr>
                <w:top w:val="none" w:sz="0" w:space="0" w:color="auto"/>
                <w:left w:val="none" w:sz="0" w:space="0" w:color="auto"/>
                <w:bottom w:val="none" w:sz="0" w:space="0" w:color="auto"/>
                <w:right w:val="none" w:sz="0" w:space="0" w:color="auto"/>
              </w:divBdr>
            </w:div>
          </w:divsChild>
        </w:div>
        <w:div w:id="1759060544">
          <w:marLeft w:val="0"/>
          <w:marRight w:val="0"/>
          <w:marTop w:val="0"/>
          <w:marBottom w:val="0"/>
          <w:divBdr>
            <w:top w:val="single" w:sz="6" w:space="15" w:color="E8E8E8"/>
            <w:left w:val="none" w:sz="0" w:space="0" w:color="auto"/>
            <w:bottom w:val="none" w:sz="0" w:space="0" w:color="auto"/>
            <w:right w:val="none" w:sz="0" w:space="0" w:color="auto"/>
          </w:divBdr>
          <w:divsChild>
            <w:div w:id="87580788">
              <w:marLeft w:val="0"/>
              <w:marRight w:val="0"/>
              <w:marTop w:val="0"/>
              <w:marBottom w:val="0"/>
              <w:divBdr>
                <w:top w:val="none" w:sz="0" w:space="0" w:color="auto"/>
                <w:left w:val="none" w:sz="0" w:space="0" w:color="auto"/>
                <w:bottom w:val="none" w:sz="0" w:space="0" w:color="auto"/>
                <w:right w:val="none" w:sz="0" w:space="0" w:color="auto"/>
              </w:divBdr>
              <w:divsChild>
                <w:div w:id="328367403">
                  <w:marLeft w:val="0"/>
                  <w:marRight w:val="0"/>
                  <w:marTop w:val="0"/>
                  <w:marBottom w:val="0"/>
                  <w:divBdr>
                    <w:top w:val="none" w:sz="0" w:space="0" w:color="auto"/>
                    <w:left w:val="none" w:sz="0" w:space="0" w:color="auto"/>
                    <w:bottom w:val="none" w:sz="0" w:space="0" w:color="auto"/>
                    <w:right w:val="none" w:sz="0" w:space="0" w:color="auto"/>
                  </w:divBdr>
                  <w:divsChild>
                    <w:div w:id="2112044618">
                      <w:marLeft w:val="0"/>
                      <w:marRight w:val="0"/>
                      <w:marTop w:val="0"/>
                      <w:marBottom w:val="0"/>
                      <w:divBdr>
                        <w:top w:val="none" w:sz="0" w:space="0" w:color="auto"/>
                        <w:left w:val="none" w:sz="0" w:space="0" w:color="auto"/>
                        <w:bottom w:val="none" w:sz="0" w:space="0" w:color="auto"/>
                        <w:right w:val="none" w:sz="0" w:space="0" w:color="auto"/>
                      </w:divBdr>
                      <w:divsChild>
                        <w:div w:id="753091732">
                          <w:marLeft w:val="0"/>
                          <w:marRight w:val="0"/>
                          <w:marTop w:val="0"/>
                          <w:marBottom w:val="0"/>
                          <w:divBdr>
                            <w:top w:val="none" w:sz="0" w:space="0" w:color="auto"/>
                            <w:left w:val="none" w:sz="0" w:space="0" w:color="auto"/>
                            <w:bottom w:val="none" w:sz="0" w:space="0" w:color="auto"/>
                            <w:right w:val="none" w:sz="0" w:space="0" w:color="auto"/>
                          </w:divBdr>
                        </w:div>
                      </w:divsChild>
                    </w:div>
                    <w:div w:id="2136633866">
                      <w:marLeft w:val="0"/>
                      <w:marRight w:val="0"/>
                      <w:marTop w:val="0"/>
                      <w:marBottom w:val="0"/>
                      <w:divBdr>
                        <w:top w:val="none" w:sz="0" w:space="0" w:color="auto"/>
                        <w:left w:val="none" w:sz="0" w:space="0" w:color="auto"/>
                        <w:bottom w:val="none" w:sz="0" w:space="0" w:color="auto"/>
                        <w:right w:val="none" w:sz="0" w:space="0" w:color="auto"/>
                      </w:divBdr>
                      <w:divsChild>
                        <w:div w:id="1193109985">
                          <w:marLeft w:val="0"/>
                          <w:marRight w:val="0"/>
                          <w:marTop w:val="0"/>
                          <w:marBottom w:val="0"/>
                          <w:divBdr>
                            <w:top w:val="none" w:sz="0" w:space="0" w:color="auto"/>
                            <w:left w:val="none" w:sz="0" w:space="0" w:color="auto"/>
                            <w:bottom w:val="none" w:sz="0" w:space="0" w:color="auto"/>
                            <w:right w:val="none" w:sz="0" w:space="0" w:color="auto"/>
                          </w:divBdr>
                        </w:div>
                      </w:divsChild>
                    </w:div>
                    <w:div w:id="1798794933">
                      <w:marLeft w:val="0"/>
                      <w:marRight w:val="0"/>
                      <w:marTop w:val="0"/>
                      <w:marBottom w:val="0"/>
                      <w:divBdr>
                        <w:top w:val="none" w:sz="0" w:space="0" w:color="auto"/>
                        <w:left w:val="none" w:sz="0" w:space="0" w:color="auto"/>
                        <w:bottom w:val="none" w:sz="0" w:space="0" w:color="auto"/>
                        <w:right w:val="none" w:sz="0" w:space="0" w:color="auto"/>
                      </w:divBdr>
                      <w:divsChild>
                        <w:div w:id="141846842">
                          <w:marLeft w:val="0"/>
                          <w:marRight w:val="0"/>
                          <w:marTop w:val="150"/>
                          <w:marBottom w:val="0"/>
                          <w:divBdr>
                            <w:top w:val="none" w:sz="0" w:space="0" w:color="auto"/>
                            <w:left w:val="none" w:sz="0" w:space="0" w:color="auto"/>
                            <w:bottom w:val="none" w:sz="0" w:space="0" w:color="auto"/>
                            <w:right w:val="none" w:sz="0" w:space="0" w:color="auto"/>
                          </w:divBdr>
                        </w:div>
                      </w:divsChild>
                    </w:div>
                    <w:div w:id="251092844">
                      <w:marLeft w:val="0"/>
                      <w:marRight w:val="0"/>
                      <w:marTop w:val="0"/>
                      <w:marBottom w:val="0"/>
                      <w:divBdr>
                        <w:top w:val="none" w:sz="0" w:space="0" w:color="auto"/>
                        <w:left w:val="none" w:sz="0" w:space="0" w:color="auto"/>
                        <w:bottom w:val="none" w:sz="0" w:space="0" w:color="auto"/>
                        <w:right w:val="none" w:sz="0" w:space="0" w:color="auto"/>
                      </w:divBdr>
                      <w:divsChild>
                        <w:div w:id="959608227">
                          <w:marLeft w:val="0"/>
                          <w:marRight w:val="0"/>
                          <w:marTop w:val="0"/>
                          <w:marBottom w:val="0"/>
                          <w:divBdr>
                            <w:top w:val="none" w:sz="0" w:space="0" w:color="auto"/>
                            <w:left w:val="none" w:sz="0" w:space="0" w:color="auto"/>
                            <w:bottom w:val="none" w:sz="0" w:space="0" w:color="auto"/>
                            <w:right w:val="none" w:sz="0" w:space="0" w:color="auto"/>
                          </w:divBdr>
                        </w:div>
                      </w:divsChild>
                    </w:div>
                    <w:div w:id="72705609">
                      <w:marLeft w:val="0"/>
                      <w:marRight w:val="0"/>
                      <w:marTop w:val="0"/>
                      <w:marBottom w:val="0"/>
                      <w:divBdr>
                        <w:top w:val="none" w:sz="0" w:space="0" w:color="auto"/>
                        <w:left w:val="none" w:sz="0" w:space="0" w:color="auto"/>
                        <w:bottom w:val="none" w:sz="0" w:space="0" w:color="auto"/>
                        <w:right w:val="none" w:sz="0" w:space="0" w:color="auto"/>
                      </w:divBdr>
                      <w:divsChild>
                        <w:div w:id="1678077236">
                          <w:marLeft w:val="0"/>
                          <w:marRight w:val="0"/>
                          <w:marTop w:val="390"/>
                          <w:marBottom w:val="0"/>
                          <w:divBdr>
                            <w:top w:val="none" w:sz="0" w:space="0" w:color="auto"/>
                            <w:left w:val="none" w:sz="0" w:space="0" w:color="auto"/>
                            <w:bottom w:val="none" w:sz="0" w:space="0" w:color="auto"/>
                            <w:right w:val="none" w:sz="0" w:space="0" w:color="auto"/>
                          </w:divBdr>
                        </w:div>
                      </w:divsChild>
                    </w:div>
                    <w:div w:id="569661531">
                      <w:marLeft w:val="0"/>
                      <w:marRight w:val="0"/>
                      <w:marTop w:val="0"/>
                      <w:marBottom w:val="0"/>
                      <w:divBdr>
                        <w:top w:val="none" w:sz="0" w:space="0" w:color="auto"/>
                        <w:left w:val="none" w:sz="0" w:space="0" w:color="auto"/>
                        <w:bottom w:val="none" w:sz="0" w:space="0" w:color="auto"/>
                        <w:right w:val="none" w:sz="0" w:space="0" w:color="auto"/>
                      </w:divBdr>
                      <w:divsChild>
                        <w:div w:id="382992985">
                          <w:marLeft w:val="0"/>
                          <w:marRight w:val="0"/>
                          <w:marTop w:val="0"/>
                          <w:marBottom w:val="0"/>
                          <w:divBdr>
                            <w:top w:val="none" w:sz="0" w:space="0" w:color="auto"/>
                            <w:left w:val="none" w:sz="0" w:space="0" w:color="auto"/>
                            <w:bottom w:val="none" w:sz="0" w:space="0" w:color="auto"/>
                            <w:right w:val="none" w:sz="0" w:space="0" w:color="auto"/>
                          </w:divBdr>
                        </w:div>
                      </w:divsChild>
                    </w:div>
                    <w:div w:id="662467316">
                      <w:marLeft w:val="0"/>
                      <w:marRight w:val="0"/>
                      <w:marTop w:val="0"/>
                      <w:marBottom w:val="0"/>
                      <w:divBdr>
                        <w:top w:val="none" w:sz="0" w:space="0" w:color="auto"/>
                        <w:left w:val="none" w:sz="0" w:space="0" w:color="auto"/>
                        <w:bottom w:val="none" w:sz="0" w:space="0" w:color="auto"/>
                        <w:right w:val="none" w:sz="0" w:space="0" w:color="auto"/>
                      </w:divBdr>
                      <w:divsChild>
                        <w:div w:id="200103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413889">
      <w:bodyDiv w:val="1"/>
      <w:marLeft w:val="0"/>
      <w:marRight w:val="0"/>
      <w:marTop w:val="0"/>
      <w:marBottom w:val="0"/>
      <w:divBdr>
        <w:top w:val="none" w:sz="0" w:space="0" w:color="auto"/>
        <w:left w:val="none" w:sz="0" w:space="0" w:color="auto"/>
        <w:bottom w:val="none" w:sz="0" w:space="0" w:color="auto"/>
        <w:right w:val="none" w:sz="0" w:space="0" w:color="auto"/>
      </w:divBdr>
    </w:div>
    <w:div w:id="438188427">
      <w:bodyDiv w:val="1"/>
      <w:marLeft w:val="0"/>
      <w:marRight w:val="0"/>
      <w:marTop w:val="0"/>
      <w:marBottom w:val="0"/>
      <w:divBdr>
        <w:top w:val="none" w:sz="0" w:space="0" w:color="auto"/>
        <w:left w:val="none" w:sz="0" w:space="0" w:color="auto"/>
        <w:bottom w:val="none" w:sz="0" w:space="0" w:color="auto"/>
        <w:right w:val="none" w:sz="0" w:space="0" w:color="auto"/>
      </w:divBdr>
      <w:divsChild>
        <w:div w:id="1830902628">
          <w:marLeft w:val="0"/>
          <w:marRight w:val="0"/>
          <w:marTop w:val="240"/>
          <w:marBottom w:val="240"/>
          <w:divBdr>
            <w:top w:val="none" w:sz="0" w:space="0" w:color="auto"/>
            <w:left w:val="none" w:sz="0" w:space="0" w:color="auto"/>
            <w:bottom w:val="none" w:sz="0" w:space="0" w:color="auto"/>
            <w:right w:val="none" w:sz="0" w:space="0" w:color="auto"/>
          </w:divBdr>
        </w:div>
        <w:div w:id="876351211">
          <w:marLeft w:val="0"/>
          <w:marRight w:val="0"/>
          <w:marTop w:val="240"/>
          <w:marBottom w:val="240"/>
          <w:divBdr>
            <w:top w:val="none" w:sz="0" w:space="0" w:color="auto"/>
            <w:left w:val="none" w:sz="0" w:space="0" w:color="auto"/>
            <w:bottom w:val="none" w:sz="0" w:space="0" w:color="auto"/>
            <w:right w:val="none" w:sz="0" w:space="0" w:color="auto"/>
          </w:divBdr>
        </w:div>
        <w:div w:id="1555237981">
          <w:marLeft w:val="0"/>
          <w:marRight w:val="0"/>
          <w:marTop w:val="240"/>
          <w:marBottom w:val="240"/>
          <w:divBdr>
            <w:top w:val="none" w:sz="0" w:space="0" w:color="auto"/>
            <w:left w:val="none" w:sz="0" w:space="0" w:color="auto"/>
            <w:bottom w:val="none" w:sz="0" w:space="0" w:color="auto"/>
            <w:right w:val="none" w:sz="0" w:space="0" w:color="auto"/>
          </w:divBdr>
        </w:div>
        <w:div w:id="1604536228">
          <w:marLeft w:val="0"/>
          <w:marRight w:val="0"/>
          <w:marTop w:val="240"/>
          <w:marBottom w:val="240"/>
          <w:divBdr>
            <w:top w:val="none" w:sz="0" w:space="0" w:color="auto"/>
            <w:left w:val="none" w:sz="0" w:space="0" w:color="auto"/>
            <w:bottom w:val="none" w:sz="0" w:space="0" w:color="auto"/>
            <w:right w:val="none" w:sz="0" w:space="0" w:color="auto"/>
          </w:divBdr>
        </w:div>
        <w:div w:id="154273444">
          <w:marLeft w:val="0"/>
          <w:marRight w:val="0"/>
          <w:marTop w:val="240"/>
          <w:marBottom w:val="240"/>
          <w:divBdr>
            <w:top w:val="none" w:sz="0" w:space="0" w:color="auto"/>
            <w:left w:val="none" w:sz="0" w:space="0" w:color="auto"/>
            <w:bottom w:val="none" w:sz="0" w:space="0" w:color="auto"/>
            <w:right w:val="none" w:sz="0" w:space="0" w:color="auto"/>
          </w:divBdr>
        </w:div>
        <w:div w:id="1523591253">
          <w:marLeft w:val="0"/>
          <w:marRight w:val="0"/>
          <w:marTop w:val="240"/>
          <w:marBottom w:val="240"/>
          <w:divBdr>
            <w:top w:val="none" w:sz="0" w:space="0" w:color="auto"/>
            <w:left w:val="none" w:sz="0" w:space="0" w:color="auto"/>
            <w:bottom w:val="none" w:sz="0" w:space="0" w:color="auto"/>
            <w:right w:val="none" w:sz="0" w:space="0" w:color="auto"/>
          </w:divBdr>
        </w:div>
        <w:div w:id="1644001060">
          <w:marLeft w:val="0"/>
          <w:marRight w:val="0"/>
          <w:marTop w:val="240"/>
          <w:marBottom w:val="240"/>
          <w:divBdr>
            <w:top w:val="none" w:sz="0" w:space="0" w:color="auto"/>
            <w:left w:val="none" w:sz="0" w:space="0" w:color="auto"/>
            <w:bottom w:val="none" w:sz="0" w:space="0" w:color="auto"/>
            <w:right w:val="none" w:sz="0" w:space="0" w:color="auto"/>
          </w:divBdr>
        </w:div>
        <w:div w:id="1230573373">
          <w:marLeft w:val="0"/>
          <w:marRight w:val="0"/>
          <w:marTop w:val="240"/>
          <w:marBottom w:val="240"/>
          <w:divBdr>
            <w:top w:val="none" w:sz="0" w:space="0" w:color="auto"/>
            <w:left w:val="none" w:sz="0" w:space="0" w:color="auto"/>
            <w:bottom w:val="none" w:sz="0" w:space="0" w:color="auto"/>
            <w:right w:val="none" w:sz="0" w:space="0" w:color="auto"/>
          </w:divBdr>
        </w:div>
      </w:divsChild>
    </w:div>
    <w:div w:id="442304405">
      <w:bodyDiv w:val="1"/>
      <w:marLeft w:val="0"/>
      <w:marRight w:val="0"/>
      <w:marTop w:val="0"/>
      <w:marBottom w:val="0"/>
      <w:divBdr>
        <w:top w:val="none" w:sz="0" w:space="0" w:color="auto"/>
        <w:left w:val="none" w:sz="0" w:space="0" w:color="auto"/>
        <w:bottom w:val="none" w:sz="0" w:space="0" w:color="auto"/>
        <w:right w:val="none" w:sz="0" w:space="0" w:color="auto"/>
      </w:divBdr>
    </w:div>
    <w:div w:id="515727103">
      <w:bodyDiv w:val="1"/>
      <w:marLeft w:val="0"/>
      <w:marRight w:val="0"/>
      <w:marTop w:val="0"/>
      <w:marBottom w:val="0"/>
      <w:divBdr>
        <w:top w:val="none" w:sz="0" w:space="0" w:color="auto"/>
        <w:left w:val="none" w:sz="0" w:space="0" w:color="auto"/>
        <w:bottom w:val="none" w:sz="0" w:space="0" w:color="auto"/>
        <w:right w:val="none" w:sz="0" w:space="0" w:color="auto"/>
      </w:divBdr>
      <w:divsChild>
        <w:div w:id="1813910545">
          <w:marLeft w:val="0"/>
          <w:marRight w:val="0"/>
          <w:marTop w:val="0"/>
          <w:marBottom w:val="0"/>
          <w:divBdr>
            <w:top w:val="none" w:sz="0" w:space="0" w:color="auto"/>
            <w:left w:val="none" w:sz="0" w:space="0" w:color="auto"/>
            <w:bottom w:val="none" w:sz="0" w:space="0" w:color="auto"/>
            <w:right w:val="none" w:sz="0" w:space="0" w:color="auto"/>
          </w:divBdr>
          <w:divsChild>
            <w:div w:id="1170683096">
              <w:marLeft w:val="0"/>
              <w:marRight w:val="0"/>
              <w:marTop w:val="0"/>
              <w:marBottom w:val="0"/>
              <w:divBdr>
                <w:top w:val="none" w:sz="0" w:space="0" w:color="auto"/>
                <w:left w:val="none" w:sz="0" w:space="0" w:color="auto"/>
                <w:bottom w:val="none" w:sz="0" w:space="0" w:color="auto"/>
                <w:right w:val="none" w:sz="0" w:space="0" w:color="auto"/>
              </w:divBdr>
            </w:div>
          </w:divsChild>
        </w:div>
        <w:div w:id="1406294370">
          <w:marLeft w:val="0"/>
          <w:marRight w:val="0"/>
          <w:marTop w:val="0"/>
          <w:marBottom w:val="0"/>
          <w:divBdr>
            <w:top w:val="single" w:sz="6" w:space="15" w:color="E8E8E8"/>
            <w:left w:val="none" w:sz="0" w:space="0" w:color="auto"/>
            <w:bottom w:val="none" w:sz="0" w:space="0" w:color="auto"/>
            <w:right w:val="none" w:sz="0" w:space="0" w:color="auto"/>
          </w:divBdr>
          <w:divsChild>
            <w:div w:id="1894584603">
              <w:marLeft w:val="0"/>
              <w:marRight w:val="0"/>
              <w:marTop w:val="0"/>
              <w:marBottom w:val="0"/>
              <w:divBdr>
                <w:top w:val="none" w:sz="0" w:space="0" w:color="auto"/>
                <w:left w:val="none" w:sz="0" w:space="0" w:color="auto"/>
                <w:bottom w:val="none" w:sz="0" w:space="0" w:color="auto"/>
                <w:right w:val="none" w:sz="0" w:space="0" w:color="auto"/>
              </w:divBdr>
              <w:divsChild>
                <w:div w:id="71699963">
                  <w:marLeft w:val="0"/>
                  <w:marRight w:val="0"/>
                  <w:marTop w:val="0"/>
                  <w:marBottom w:val="0"/>
                  <w:divBdr>
                    <w:top w:val="none" w:sz="0" w:space="0" w:color="auto"/>
                    <w:left w:val="none" w:sz="0" w:space="0" w:color="auto"/>
                    <w:bottom w:val="none" w:sz="0" w:space="0" w:color="auto"/>
                    <w:right w:val="none" w:sz="0" w:space="0" w:color="auto"/>
                  </w:divBdr>
                  <w:divsChild>
                    <w:div w:id="463354980">
                      <w:marLeft w:val="0"/>
                      <w:marRight w:val="0"/>
                      <w:marTop w:val="0"/>
                      <w:marBottom w:val="0"/>
                      <w:divBdr>
                        <w:top w:val="none" w:sz="0" w:space="0" w:color="auto"/>
                        <w:left w:val="none" w:sz="0" w:space="0" w:color="auto"/>
                        <w:bottom w:val="none" w:sz="0" w:space="0" w:color="auto"/>
                        <w:right w:val="none" w:sz="0" w:space="0" w:color="auto"/>
                      </w:divBdr>
                      <w:divsChild>
                        <w:div w:id="1894611083">
                          <w:marLeft w:val="0"/>
                          <w:marRight w:val="0"/>
                          <w:marTop w:val="0"/>
                          <w:marBottom w:val="0"/>
                          <w:divBdr>
                            <w:top w:val="none" w:sz="0" w:space="0" w:color="auto"/>
                            <w:left w:val="none" w:sz="0" w:space="0" w:color="auto"/>
                            <w:bottom w:val="none" w:sz="0" w:space="0" w:color="auto"/>
                            <w:right w:val="none" w:sz="0" w:space="0" w:color="auto"/>
                          </w:divBdr>
                        </w:div>
                      </w:divsChild>
                    </w:div>
                    <w:div w:id="698092290">
                      <w:marLeft w:val="0"/>
                      <w:marRight w:val="0"/>
                      <w:marTop w:val="0"/>
                      <w:marBottom w:val="0"/>
                      <w:divBdr>
                        <w:top w:val="none" w:sz="0" w:space="0" w:color="auto"/>
                        <w:left w:val="none" w:sz="0" w:space="0" w:color="auto"/>
                        <w:bottom w:val="none" w:sz="0" w:space="0" w:color="auto"/>
                        <w:right w:val="none" w:sz="0" w:space="0" w:color="auto"/>
                      </w:divBdr>
                      <w:divsChild>
                        <w:div w:id="1852064333">
                          <w:marLeft w:val="0"/>
                          <w:marRight w:val="0"/>
                          <w:marTop w:val="0"/>
                          <w:marBottom w:val="0"/>
                          <w:divBdr>
                            <w:top w:val="none" w:sz="0" w:space="0" w:color="auto"/>
                            <w:left w:val="none" w:sz="0" w:space="0" w:color="auto"/>
                            <w:bottom w:val="none" w:sz="0" w:space="0" w:color="auto"/>
                            <w:right w:val="none" w:sz="0" w:space="0" w:color="auto"/>
                          </w:divBdr>
                        </w:div>
                      </w:divsChild>
                    </w:div>
                    <w:div w:id="494221519">
                      <w:marLeft w:val="0"/>
                      <w:marRight w:val="0"/>
                      <w:marTop w:val="0"/>
                      <w:marBottom w:val="0"/>
                      <w:divBdr>
                        <w:top w:val="none" w:sz="0" w:space="0" w:color="auto"/>
                        <w:left w:val="none" w:sz="0" w:space="0" w:color="auto"/>
                        <w:bottom w:val="none" w:sz="0" w:space="0" w:color="auto"/>
                        <w:right w:val="none" w:sz="0" w:space="0" w:color="auto"/>
                      </w:divBdr>
                      <w:divsChild>
                        <w:div w:id="1410929906">
                          <w:marLeft w:val="0"/>
                          <w:marRight w:val="0"/>
                          <w:marTop w:val="150"/>
                          <w:marBottom w:val="0"/>
                          <w:divBdr>
                            <w:top w:val="none" w:sz="0" w:space="0" w:color="auto"/>
                            <w:left w:val="none" w:sz="0" w:space="0" w:color="auto"/>
                            <w:bottom w:val="none" w:sz="0" w:space="0" w:color="auto"/>
                            <w:right w:val="none" w:sz="0" w:space="0" w:color="auto"/>
                          </w:divBdr>
                        </w:div>
                      </w:divsChild>
                    </w:div>
                    <w:div w:id="1744716231">
                      <w:marLeft w:val="0"/>
                      <w:marRight w:val="0"/>
                      <w:marTop w:val="0"/>
                      <w:marBottom w:val="0"/>
                      <w:divBdr>
                        <w:top w:val="none" w:sz="0" w:space="0" w:color="auto"/>
                        <w:left w:val="none" w:sz="0" w:space="0" w:color="auto"/>
                        <w:bottom w:val="none" w:sz="0" w:space="0" w:color="auto"/>
                        <w:right w:val="none" w:sz="0" w:space="0" w:color="auto"/>
                      </w:divBdr>
                      <w:divsChild>
                        <w:div w:id="960259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7425019">
      <w:bodyDiv w:val="1"/>
      <w:marLeft w:val="0"/>
      <w:marRight w:val="0"/>
      <w:marTop w:val="0"/>
      <w:marBottom w:val="0"/>
      <w:divBdr>
        <w:top w:val="none" w:sz="0" w:space="0" w:color="auto"/>
        <w:left w:val="none" w:sz="0" w:space="0" w:color="auto"/>
        <w:bottom w:val="none" w:sz="0" w:space="0" w:color="auto"/>
        <w:right w:val="none" w:sz="0" w:space="0" w:color="auto"/>
      </w:divBdr>
      <w:divsChild>
        <w:div w:id="1560094389">
          <w:marLeft w:val="0"/>
          <w:marRight w:val="0"/>
          <w:marTop w:val="0"/>
          <w:marBottom w:val="0"/>
          <w:divBdr>
            <w:top w:val="none" w:sz="0" w:space="0" w:color="auto"/>
            <w:left w:val="none" w:sz="0" w:space="0" w:color="auto"/>
            <w:bottom w:val="none" w:sz="0" w:space="0" w:color="auto"/>
            <w:right w:val="none" w:sz="0" w:space="0" w:color="auto"/>
          </w:divBdr>
          <w:divsChild>
            <w:div w:id="2138865071">
              <w:marLeft w:val="0"/>
              <w:marRight w:val="0"/>
              <w:marTop w:val="0"/>
              <w:marBottom w:val="0"/>
              <w:divBdr>
                <w:top w:val="none" w:sz="0" w:space="0" w:color="auto"/>
                <w:left w:val="none" w:sz="0" w:space="0" w:color="auto"/>
                <w:bottom w:val="none" w:sz="0" w:space="0" w:color="auto"/>
                <w:right w:val="none" w:sz="0" w:space="0" w:color="auto"/>
              </w:divBdr>
            </w:div>
          </w:divsChild>
        </w:div>
        <w:div w:id="555362083">
          <w:marLeft w:val="0"/>
          <w:marRight w:val="0"/>
          <w:marTop w:val="0"/>
          <w:marBottom w:val="0"/>
          <w:divBdr>
            <w:top w:val="none" w:sz="0" w:space="0" w:color="auto"/>
            <w:left w:val="none" w:sz="0" w:space="0" w:color="auto"/>
            <w:bottom w:val="none" w:sz="0" w:space="0" w:color="auto"/>
            <w:right w:val="none" w:sz="0" w:space="0" w:color="auto"/>
          </w:divBdr>
          <w:divsChild>
            <w:div w:id="1166283798">
              <w:marLeft w:val="0"/>
              <w:marRight w:val="0"/>
              <w:marTop w:val="0"/>
              <w:marBottom w:val="0"/>
              <w:divBdr>
                <w:top w:val="none" w:sz="0" w:space="0" w:color="auto"/>
                <w:left w:val="none" w:sz="0" w:space="0" w:color="auto"/>
                <w:bottom w:val="none" w:sz="0" w:space="0" w:color="auto"/>
                <w:right w:val="none" w:sz="0" w:space="0" w:color="auto"/>
              </w:divBdr>
              <w:divsChild>
                <w:div w:id="2107730029">
                  <w:marLeft w:val="0"/>
                  <w:marRight w:val="0"/>
                  <w:marTop w:val="0"/>
                  <w:marBottom w:val="0"/>
                  <w:divBdr>
                    <w:top w:val="none" w:sz="0" w:space="0" w:color="auto"/>
                    <w:left w:val="none" w:sz="0" w:space="0" w:color="auto"/>
                    <w:bottom w:val="none" w:sz="0" w:space="0" w:color="auto"/>
                    <w:right w:val="none" w:sz="0" w:space="0" w:color="auto"/>
                  </w:divBdr>
                  <w:divsChild>
                    <w:div w:id="208837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93722">
          <w:marLeft w:val="0"/>
          <w:marRight w:val="0"/>
          <w:marTop w:val="0"/>
          <w:marBottom w:val="0"/>
          <w:divBdr>
            <w:top w:val="none" w:sz="0" w:space="0" w:color="auto"/>
            <w:left w:val="none" w:sz="0" w:space="0" w:color="auto"/>
            <w:bottom w:val="none" w:sz="0" w:space="0" w:color="auto"/>
            <w:right w:val="none" w:sz="0" w:space="0" w:color="auto"/>
          </w:divBdr>
          <w:divsChild>
            <w:div w:id="174851122">
              <w:marLeft w:val="0"/>
              <w:marRight w:val="0"/>
              <w:marTop w:val="0"/>
              <w:marBottom w:val="0"/>
              <w:divBdr>
                <w:top w:val="none" w:sz="0" w:space="0" w:color="auto"/>
                <w:left w:val="none" w:sz="0" w:space="0" w:color="auto"/>
                <w:bottom w:val="none" w:sz="0" w:space="0" w:color="auto"/>
                <w:right w:val="none" w:sz="0" w:space="0" w:color="auto"/>
              </w:divBdr>
            </w:div>
          </w:divsChild>
        </w:div>
        <w:div w:id="1436246260">
          <w:marLeft w:val="0"/>
          <w:marRight w:val="0"/>
          <w:marTop w:val="0"/>
          <w:marBottom w:val="0"/>
          <w:divBdr>
            <w:top w:val="none" w:sz="0" w:space="0" w:color="auto"/>
            <w:left w:val="none" w:sz="0" w:space="0" w:color="auto"/>
            <w:bottom w:val="none" w:sz="0" w:space="0" w:color="auto"/>
            <w:right w:val="none" w:sz="0" w:space="0" w:color="auto"/>
          </w:divBdr>
          <w:divsChild>
            <w:div w:id="1850631301">
              <w:marLeft w:val="0"/>
              <w:marRight w:val="0"/>
              <w:marTop w:val="0"/>
              <w:marBottom w:val="0"/>
              <w:divBdr>
                <w:top w:val="none" w:sz="0" w:space="0" w:color="auto"/>
                <w:left w:val="none" w:sz="0" w:space="0" w:color="auto"/>
                <w:bottom w:val="none" w:sz="0" w:space="0" w:color="auto"/>
                <w:right w:val="none" w:sz="0" w:space="0" w:color="auto"/>
              </w:divBdr>
              <w:divsChild>
                <w:div w:id="320351672">
                  <w:marLeft w:val="0"/>
                  <w:marRight w:val="0"/>
                  <w:marTop w:val="0"/>
                  <w:marBottom w:val="0"/>
                  <w:divBdr>
                    <w:top w:val="none" w:sz="0" w:space="0" w:color="auto"/>
                    <w:left w:val="none" w:sz="0" w:space="0" w:color="auto"/>
                    <w:bottom w:val="none" w:sz="0" w:space="0" w:color="auto"/>
                    <w:right w:val="none" w:sz="0" w:space="0" w:color="auto"/>
                  </w:divBdr>
                  <w:divsChild>
                    <w:div w:id="1272936361">
                      <w:marLeft w:val="0"/>
                      <w:marRight w:val="0"/>
                      <w:marTop w:val="0"/>
                      <w:marBottom w:val="0"/>
                      <w:divBdr>
                        <w:top w:val="none" w:sz="0" w:space="0" w:color="auto"/>
                        <w:left w:val="none" w:sz="0" w:space="0" w:color="auto"/>
                        <w:bottom w:val="none" w:sz="0" w:space="0" w:color="auto"/>
                        <w:right w:val="none" w:sz="0" w:space="0" w:color="auto"/>
                      </w:divBdr>
                      <w:divsChild>
                        <w:div w:id="1190492481">
                          <w:marLeft w:val="0"/>
                          <w:marRight w:val="0"/>
                          <w:marTop w:val="0"/>
                          <w:marBottom w:val="0"/>
                          <w:divBdr>
                            <w:top w:val="none" w:sz="0" w:space="0" w:color="auto"/>
                            <w:left w:val="none" w:sz="0" w:space="0" w:color="auto"/>
                            <w:bottom w:val="none" w:sz="0" w:space="0" w:color="auto"/>
                            <w:right w:val="none" w:sz="0" w:space="0" w:color="auto"/>
                          </w:divBdr>
                          <w:divsChild>
                            <w:div w:id="17400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523209">
                      <w:marLeft w:val="0"/>
                      <w:marRight w:val="0"/>
                      <w:marTop w:val="0"/>
                      <w:marBottom w:val="0"/>
                      <w:divBdr>
                        <w:top w:val="none" w:sz="0" w:space="0" w:color="auto"/>
                        <w:left w:val="none" w:sz="0" w:space="0" w:color="auto"/>
                        <w:bottom w:val="none" w:sz="0" w:space="0" w:color="auto"/>
                        <w:right w:val="none" w:sz="0" w:space="0" w:color="auto"/>
                      </w:divBdr>
                      <w:divsChild>
                        <w:div w:id="481965800">
                          <w:marLeft w:val="0"/>
                          <w:marRight w:val="0"/>
                          <w:marTop w:val="0"/>
                          <w:marBottom w:val="0"/>
                          <w:divBdr>
                            <w:top w:val="none" w:sz="0" w:space="0" w:color="auto"/>
                            <w:left w:val="none" w:sz="0" w:space="0" w:color="auto"/>
                            <w:bottom w:val="none" w:sz="0" w:space="0" w:color="auto"/>
                            <w:right w:val="none" w:sz="0" w:space="0" w:color="auto"/>
                          </w:divBdr>
                          <w:divsChild>
                            <w:div w:id="73944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121276">
                      <w:marLeft w:val="0"/>
                      <w:marRight w:val="0"/>
                      <w:marTop w:val="0"/>
                      <w:marBottom w:val="0"/>
                      <w:divBdr>
                        <w:top w:val="none" w:sz="0" w:space="0" w:color="auto"/>
                        <w:left w:val="none" w:sz="0" w:space="0" w:color="auto"/>
                        <w:bottom w:val="none" w:sz="0" w:space="0" w:color="auto"/>
                        <w:right w:val="none" w:sz="0" w:space="0" w:color="auto"/>
                      </w:divBdr>
                      <w:divsChild>
                        <w:div w:id="2137672812">
                          <w:marLeft w:val="0"/>
                          <w:marRight w:val="0"/>
                          <w:marTop w:val="0"/>
                          <w:marBottom w:val="0"/>
                          <w:divBdr>
                            <w:top w:val="none" w:sz="0" w:space="0" w:color="auto"/>
                            <w:left w:val="none" w:sz="0" w:space="0" w:color="auto"/>
                            <w:bottom w:val="none" w:sz="0" w:space="0" w:color="auto"/>
                            <w:right w:val="none" w:sz="0" w:space="0" w:color="auto"/>
                          </w:divBdr>
                          <w:divsChild>
                            <w:div w:id="208961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240577">
                      <w:marLeft w:val="0"/>
                      <w:marRight w:val="0"/>
                      <w:marTop w:val="0"/>
                      <w:marBottom w:val="0"/>
                      <w:divBdr>
                        <w:top w:val="none" w:sz="0" w:space="0" w:color="auto"/>
                        <w:left w:val="none" w:sz="0" w:space="0" w:color="auto"/>
                        <w:bottom w:val="none" w:sz="0" w:space="0" w:color="auto"/>
                        <w:right w:val="none" w:sz="0" w:space="0" w:color="auto"/>
                      </w:divBdr>
                      <w:divsChild>
                        <w:div w:id="1332636911">
                          <w:marLeft w:val="0"/>
                          <w:marRight w:val="0"/>
                          <w:marTop w:val="0"/>
                          <w:marBottom w:val="0"/>
                          <w:divBdr>
                            <w:top w:val="none" w:sz="0" w:space="0" w:color="auto"/>
                            <w:left w:val="none" w:sz="0" w:space="0" w:color="auto"/>
                            <w:bottom w:val="none" w:sz="0" w:space="0" w:color="auto"/>
                            <w:right w:val="none" w:sz="0" w:space="0" w:color="auto"/>
                          </w:divBdr>
                          <w:divsChild>
                            <w:div w:id="68316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741771">
                      <w:marLeft w:val="0"/>
                      <w:marRight w:val="0"/>
                      <w:marTop w:val="0"/>
                      <w:marBottom w:val="0"/>
                      <w:divBdr>
                        <w:top w:val="none" w:sz="0" w:space="0" w:color="auto"/>
                        <w:left w:val="none" w:sz="0" w:space="0" w:color="auto"/>
                        <w:bottom w:val="none" w:sz="0" w:space="0" w:color="auto"/>
                        <w:right w:val="none" w:sz="0" w:space="0" w:color="auto"/>
                      </w:divBdr>
                      <w:divsChild>
                        <w:div w:id="191307393">
                          <w:marLeft w:val="0"/>
                          <w:marRight w:val="0"/>
                          <w:marTop w:val="0"/>
                          <w:marBottom w:val="0"/>
                          <w:divBdr>
                            <w:top w:val="none" w:sz="0" w:space="0" w:color="auto"/>
                            <w:left w:val="none" w:sz="0" w:space="0" w:color="auto"/>
                            <w:bottom w:val="none" w:sz="0" w:space="0" w:color="auto"/>
                            <w:right w:val="none" w:sz="0" w:space="0" w:color="auto"/>
                          </w:divBdr>
                          <w:divsChild>
                            <w:div w:id="35364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1715301">
      <w:bodyDiv w:val="1"/>
      <w:marLeft w:val="0"/>
      <w:marRight w:val="0"/>
      <w:marTop w:val="0"/>
      <w:marBottom w:val="0"/>
      <w:divBdr>
        <w:top w:val="none" w:sz="0" w:space="0" w:color="auto"/>
        <w:left w:val="none" w:sz="0" w:space="0" w:color="auto"/>
        <w:bottom w:val="none" w:sz="0" w:space="0" w:color="auto"/>
        <w:right w:val="none" w:sz="0" w:space="0" w:color="auto"/>
      </w:divBdr>
    </w:div>
    <w:div w:id="658851320">
      <w:bodyDiv w:val="1"/>
      <w:marLeft w:val="0"/>
      <w:marRight w:val="0"/>
      <w:marTop w:val="0"/>
      <w:marBottom w:val="0"/>
      <w:divBdr>
        <w:top w:val="none" w:sz="0" w:space="0" w:color="auto"/>
        <w:left w:val="none" w:sz="0" w:space="0" w:color="auto"/>
        <w:bottom w:val="none" w:sz="0" w:space="0" w:color="auto"/>
        <w:right w:val="none" w:sz="0" w:space="0" w:color="auto"/>
      </w:divBdr>
    </w:div>
    <w:div w:id="662204402">
      <w:bodyDiv w:val="1"/>
      <w:marLeft w:val="0"/>
      <w:marRight w:val="0"/>
      <w:marTop w:val="0"/>
      <w:marBottom w:val="0"/>
      <w:divBdr>
        <w:top w:val="none" w:sz="0" w:space="0" w:color="auto"/>
        <w:left w:val="none" w:sz="0" w:space="0" w:color="auto"/>
        <w:bottom w:val="none" w:sz="0" w:space="0" w:color="auto"/>
        <w:right w:val="none" w:sz="0" w:space="0" w:color="auto"/>
      </w:divBdr>
      <w:divsChild>
        <w:div w:id="1322470538">
          <w:marLeft w:val="0"/>
          <w:marRight w:val="0"/>
          <w:marTop w:val="0"/>
          <w:marBottom w:val="0"/>
          <w:divBdr>
            <w:top w:val="none" w:sz="0" w:space="0" w:color="auto"/>
            <w:left w:val="none" w:sz="0" w:space="0" w:color="auto"/>
            <w:bottom w:val="none" w:sz="0" w:space="0" w:color="auto"/>
            <w:right w:val="none" w:sz="0" w:space="0" w:color="auto"/>
          </w:divBdr>
          <w:divsChild>
            <w:div w:id="789544397">
              <w:marLeft w:val="0"/>
              <w:marRight w:val="0"/>
              <w:marTop w:val="0"/>
              <w:marBottom w:val="0"/>
              <w:divBdr>
                <w:top w:val="none" w:sz="0" w:space="0" w:color="auto"/>
                <w:left w:val="none" w:sz="0" w:space="0" w:color="auto"/>
                <w:bottom w:val="none" w:sz="0" w:space="0" w:color="auto"/>
                <w:right w:val="none" w:sz="0" w:space="0" w:color="auto"/>
              </w:divBdr>
            </w:div>
          </w:divsChild>
        </w:div>
        <w:div w:id="598681037">
          <w:marLeft w:val="0"/>
          <w:marRight w:val="0"/>
          <w:marTop w:val="0"/>
          <w:marBottom w:val="0"/>
          <w:divBdr>
            <w:top w:val="none" w:sz="0" w:space="0" w:color="auto"/>
            <w:left w:val="none" w:sz="0" w:space="0" w:color="auto"/>
            <w:bottom w:val="none" w:sz="0" w:space="0" w:color="auto"/>
            <w:right w:val="none" w:sz="0" w:space="0" w:color="auto"/>
          </w:divBdr>
          <w:divsChild>
            <w:div w:id="689911793">
              <w:marLeft w:val="0"/>
              <w:marRight w:val="0"/>
              <w:marTop w:val="0"/>
              <w:marBottom w:val="0"/>
              <w:divBdr>
                <w:top w:val="none" w:sz="0" w:space="0" w:color="auto"/>
                <w:left w:val="none" w:sz="0" w:space="0" w:color="auto"/>
                <w:bottom w:val="none" w:sz="0" w:space="0" w:color="auto"/>
                <w:right w:val="none" w:sz="0" w:space="0" w:color="auto"/>
              </w:divBdr>
              <w:divsChild>
                <w:div w:id="1836725943">
                  <w:marLeft w:val="0"/>
                  <w:marRight w:val="0"/>
                  <w:marTop w:val="0"/>
                  <w:marBottom w:val="0"/>
                  <w:divBdr>
                    <w:top w:val="none" w:sz="0" w:space="0" w:color="auto"/>
                    <w:left w:val="none" w:sz="0" w:space="0" w:color="auto"/>
                    <w:bottom w:val="none" w:sz="0" w:space="0" w:color="auto"/>
                    <w:right w:val="none" w:sz="0" w:space="0" w:color="auto"/>
                  </w:divBdr>
                  <w:divsChild>
                    <w:div w:id="17541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46928">
          <w:marLeft w:val="0"/>
          <w:marRight w:val="0"/>
          <w:marTop w:val="0"/>
          <w:marBottom w:val="0"/>
          <w:divBdr>
            <w:top w:val="none" w:sz="0" w:space="0" w:color="auto"/>
            <w:left w:val="none" w:sz="0" w:space="0" w:color="auto"/>
            <w:bottom w:val="none" w:sz="0" w:space="0" w:color="auto"/>
            <w:right w:val="none" w:sz="0" w:space="0" w:color="auto"/>
          </w:divBdr>
          <w:divsChild>
            <w:div w:id="902564647">
              <w:marLeft w:val="0"/>
              <w:marRight w:val="0"/>
              <w:marTop w:val="0"/>
              <w:marBottom w:val="0"/>
              <w:divBdr>
                <w:top w:val="none" w:sz="0" w:space="0" w:color="auto"/>
                <w:left w:val="none" w:sz="0" w:space="0" w:color="auto"/>
                <w:bottom w:val="none" w:sz="0" w:space="0" w:color="auto"/>
                <w:right w:val="none" w:sz="0" w:space="0" w:color="auto"/>
              </w:divBdr>
            </w:div>
          </w:divsChild>
        </w:div>
        <w:div w:id="583491415">
          <w:marLeft w:val="0"/>
          <w:marRight w:val="0"/>
          <w:marTop w:val="0"/>
          <w:marBottom w:val="0"/>
          <w:divBdr>
            <w:top w:val="none" w:sz="0" w:space="0" w:color="auto"/>
            <w:left w:val="none" w:sz="0" w:space="0" w:color="auto"/>
            <w:bottom w:val="none" w:sz="0" w:space="0" w:color="auto"/>
            <w:right w:val="none" w:sz="0" w:space="0" w:color="auto"/>
          </w:divBdr>
          <w:divsChild>
            <w:div w:id="1323704647">
              <w:marLeft w:val="0"/>
              <w:marRight w:val="0"/>
              <w:marTop w:val="0"/>
              <w:marBottom w:val="0"/>
              <w:divBdr>
                <w:top w:val="none" w:sz="0" w:space="0" w:color="auto"/>
                <w:left w:val="none" w:sz="0" w:space="0" w:color="auto"/>
                <w:bottom w:val="none" w:sz="0" w:space="0" w:color="auto"/>
                <w:right w:val="none" w:sz="0" w:space="0" w:color="auto"/>
              </w:divBdr>
              <w:divsChild>
                <w:div w:id="2063402520">
                  <w:marLeft w:val="0"/>
                  <w:marRight w:val="0"/>
                  <w:marTop w:val="0"/>
                  <w:marBottom w:val="0"/>
                  <w:divBdr>
                    <w:top w:val="none" w:sz="0" w:space="0" w:color="auto"/>
                    <w:left w:val="none" w:sz="0" w:space="0" w:color="auto"/>
                    <w:bottom w:val="none" w:sz="0" w:space="0" w:color="auto"/>
                    <w:right w:val="none" w:sz="0" w:space="0" w:color="auto"/>
                  </w:divBdr>
                  <w:divsChild>
                    <w:div w:id="1936328034">
                      <w:marLeft w:val="0"/>
                      <w:marRight w:val="0"/>
                      <w:marTop w:val="0"/>
                      <w:marBottom w:val="0"/>
                      <w:divBdr>
                        <w:top w:val="none" w:sz="0" w:space="0" w:color="auto"/>
                        <w:left w:val="none" w:sz="0" w:space="0" w:color="auto"/>
                        <w:bottom w:val="none" w:sz="0" w:space="0" w:color="auto"/>
                        <w:right w:val="none" w:sz="0" w:space="0" w:color="auto"/>
                      </w:divBdr>
                      <w:divsChild>
                        <w:div w:id="1059405461">
                          <w:marLeft w:val="0"/>
                          <w:marRight w:val="0"/>
                          <w:marTop w:val="0"/>
                          <w:marBottom w:val="0"/>
                          <w:divBdr>
                            <w:top w:val="none" w:sz="0" w:space="0" w:color="auto"/>
                            <w:left w:val="none" w:sz="0" w:space="0" w:color="auto"/>
                            <w:bottom w:val="none" w:sz="0" w:space="0" w:color="auto"/>
                            <w:right w:val="none" w:sz="0" w:space="0" w:color="auto"/>
                          </w:divBdr>
                          <w:divsChild>
                            <w:div w:id="5382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235129">
                      <w:marLeft w:val="0"/>
                      <w:marRight w:val="0"/>
                      <w:marTop w:val="0"/>
                      <w:marBottom w:val="0"/>
                      <w:divBdr>
                        <w:top w:val="none" w:sz="0" w:space="0" w:color="auto"/>
                        <w:left w:val="none" w:sz="0" w:space="0" w:color="auto"/>
                        <w:bottom w:val="none" w:sz="0" w:space="0" w:color="auto"/>
                        <w:right w:val="none" w:sz="0" w:space="0" w:color="auto"/>
                      </w:divBdr>
                      <w:divsChild>
                        <w:div w:id="1855152074">
                          <w:marLeft w:val="0"/>
                          <w:marRight w:val="0"/>
                          <w:marTop w:val="0"/>
                          <w:marBottom w:val="0"/>
                          <w:divBdr>
                            <w:top w:val="none" w:sz="0" w:space="0" w:color="auto"/>
                            <w:left w:val="none" w:sz="0" w:space="0" w:color="auto"/>
                            <w:bottom w:val="none" w:sz="0" w:space="0" w:color="auto"/>
                            <w:right w:val="none" w:sz="0" w:space="0" w:color="auto"/>
                          </w:divBdr>
                          <w:divsChild>
                            <w:div w:id="12369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602950">
                      <w:marLeft w:val="0"/>
                      <w:marRight w:val="0"/>
                      <w:marTop w:val="0"/>
                      <w:marBottom w:val="0"/>
                      <w:divBdr>
                        <w:top w:val="none" w:sz="0" w:space="0" w:color="auto"/>
                        <w:left w:val="none" w:sz="0" w:space="0" w:color="auto"/>
                        <w:bottom w:val="none" w:sz="0" w:space="0" w:color="auto"/>
                        <w:right w:val="none" w:sz="0" w:space="0" w:color="auto"/>
                      </w:divBdr>
                      <w:divsChild>
                        <w:div w:id="1943102066">
                          <w:marLeft w:val="0"/>
                          <w:marRight w:val="0"/>
                          <w:marTop w:val="0"/>
                          <w:marBottom w:val="0"/>
                          <w:divBdr>
                            <w:top w:val="none" w:sz="0" w:space="0" w:color="auto"/>
                            <w:left w:val="none" w:sz="0" w:space="0" w:color="auto"/>
                            <w:bottom w:val="none" w:sz="0" w:space="0" w:color="auto"/>
                            <w:right w:val="none" w:sz="0" w:space="0" w:color="auto"/>
                          </w:divBdr>
                          <w:divsChild>
                            <w:div w:id="164091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104949">
                      <w:marLeft w:val="0"/>
                      <w:marRight w:val="0"/>
                      <w:marTop w:val="0"/>
                      <w:marBottom w:val="0"/>
                      <w:divBdr>
                        <w:top w:val="none" w:sz="0" w:space="0" w:color="auto"/>
                        <w:left w:val="none" w:sz="0" w:space="0" w:color="auto"/>
                        <w:bottom w:val="none" w:sz="0" w:space="0" w:color="auto"/>
                        <w:right w:val="none" w:sz="0" w:space="0" w:color="auto"/>
                      </w:divBdr>
                      <w:divsChild>
                        <w:div w:id="1281716485">
                          <w:marLeft w:val="0"/>
                          <w:marRight w:val="0"/>
                          <w:marTop w:val="0"/>
                          <w:marBottom w:val="0"/>
                          <w:divBdr>
                            <w:top w:val="none" w:sz="0" w:space="0" w:color="auto"/>
                            <w:left w:val="none" w:sz="0" w:space="0" w:color="auto"/>
                            <w:bottom w:val="none" w:sz="0" w:space="0" w:color="auto"/>
                            <w:right w:val="none" w:sz="0" w:space="0" w:color="auto"/>
                          </w:divBdr>
                          <w:divsChild>
                            <w:div w:id="142726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948481">
                      <w:marLeft w:val="0"/>
                      <w:marRight w:val="0"/>
                      <w:marTop w:val="0"/>
                      <w:marBottom w:val="0"/>
                      <w:divBdr>
                        <w:top w:val="none" w:sz="0" w:space="0" w:color="auto"/>
                        <w:left w:val="none" w:sz="0" w:space="0" w:color="auto"/>
                        <w:bottom w:val="none" w:sz="0" w:space="0" w:color="auto"/>
                        <w:right w:val="none" w:sz="0" w:space="0" w:color="auto"/>
                      </w:divBdr>
                      <w:divsChild>
                        <w:div w:id="1867982618">
                          <w:marLeft w:val="0"/>
                          <w:marRight w:val="0"/>
                          <w:marTop w:val="0"/>
                          <w:marBottom w:val="0"/>
                          <w:divBdr>
                            <w:top w:val="none" w:sz="0" w:space="0" w:color="auto"/>
                            <w:left w:val="none" w:sz="0" w:space="0" w:color="auto"/>
                            <w:bottom w:val="none" w:sz="0" w:space="0" w:color="auto"/>
                            <w:right w:val="none" w:sz="0" w:space="0" w:color="auto"/>
                          </w:divBdr>
                          <w:divsChild>
                            <w:div w:id="163066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5865759">
      <w:bodyDiv w:val="1"/>
      <w:marLeft w:val="0"/>
      <w:marRight w:val="0"/>
      <w:marTop w:val="0"/>
      <w:marBottom w:val="0"/>
      <w:divBdr>
        <w:top w:val="none" w:sz="0" w:space="0" w:color="auto"/>
        <w:left w:val="none" w:sz="0" w:space="0" w:color="auto"/>
        <w:bottom w:val="none" w:sz="0" w:space="0" w:color="auto"/>
        <w:right w:val="none" w:sz="0" w:space="0" w:color="auto"/>
      </w:divBdr>
    </w:div>
    <w:div w:id="729155055">
      <w:bodyDiv w:val="1"/>
      <w:marLeft w:val="0"/>
      <w:marRight w:val="0"/>
      <w:marTop w:val="0"/>
      <w:marBottom w:val="0"/>
      <w:divBdr>
        <w:top w:val="none" w:sz="0" w:space="0" w:color="auto"/>
        <w:left w:val="none" w:sz="0" w:space="0" w:color="auto"/>
        <w:bottom w:val="none" w:sz="0" w:space="0" w:color="auto"/>
        <w:right w:val="none" w:sz="0" w:space="0" w:color="auto"/>
      </w:divBdr>
      <w:divsChild>
        <w:div w:id="93788777">
          <w:marLeft w:val="0"/>
          <w:marRight w:val="0"/>
          <w:marTop w:val="0"/>
          <w:marBottom w:val="0"/>
          <w:divBdr>
            <w:top w:val="none" w:sz="0" w:space="0" w:color="auto"/>
            <w:left w:val="none" w:sz="0" w:space="0" w:color="auto"/>
            <w:bottom w:val="none" w:sz="0" w:space="0" w:color="auto"/>
            <w:right w:val="none" w:sz="0" w:space="0" w:color="auto"/>
          </w:divBdr>
          <w:divsChild>
            <w:div w:id="1905336044">
              <w:marLeft w:val="0"/>
              <w:marRight w:val="0"/>
              <w:marTop w:val="0"/>
              <w:marBottom w:val="0"/>
              <w:divBdr>
                <w:top w:val="none" w:sz="0" w:space="0" w:color="auto"/>
                <w:left w:val="none" w:sz="0" w:space="0" w:color="auto"/>
                <w:bottom w:val="none" w:sz="0" w:space="0" w:color="auto"/>
                <w:right w:val="none" w:sz="0" w:space="0" w:color="auto"/>
              </w:divBdr>
              <w:divsChild>
                <w:div w:id="1837573376">
                  <w:marLeft w:val="0"/>
                  <w:marRight w:val="0"/>
                  <w:marTop w:val="0"/>
                  <w:marBottom w:val="0"/>
                  <w:divBdr>
                    <w:top w:val="none" w:sz="0" w:space="0" w:color="auto"/>
                    <w:left w:val="none" w:sz="0" w:space="0" w:color="auto"/>
                    <w:bottom w:val="none" w:sz="0" w:space="0" w:color="auto"/>
                    <w:right w:val="none" w:sz="0" w:space="0" w:color="auto"/>
                  </w:divBdr>
                </w:div>
              </w:divsChild>
            </w:div>
            <w:div w:id="307515775">
              <w:marLeft w:val="0"/>
              <w:marRight w:val="0"/>
              <w:marTop w:val="0"/>
              <w:marBottom w:val="0"/>
              <w:divBdr>
                <w:top w:val="single" w:sz="6" w:space="15" w:color="E8E8E8"/>
                <w:left w:val="none" w:sz="0" w:space="0" w:color="auto"/>
                <w:bottom w:val="none" w:sz="0" w:space="0" w:color="auto"/>
                <w:right w:val="none" w:sz="0" w:space="0" w:color="auto"/>
              </w:divBdr>
              <w:divsChild>
                <w:div w:id="165443092">
                  <w:marLeft w:val="0"/>
                  <w:marRight w:val="0"/>
                  <w:marTop w:val="0"/>
                  <w:marBottom w:val="0"/>
                  <w:divBdr>
                    <w:top w:val="none" w:sz="0" w:space="0" w:color="auto"/>
                    <w:left w:val="none" w:sz="0" w:space="0" w:color="auto"/>
                    <w:bottom w:val="none" w:sz="0" w:space="0" w:color="auto"/>
                    <w:right w:val="none" w:sz="0" w:space="0" w:color="auto"/>
                  </w:divBdr>
                  <w:divsChild>
                    <w:div w:id="1432050031">
                      <w:marLeft w:val="0"/>
                      <w:marRight w:val="0"/>
                      <w:marTop w:val="0"/>
                      <w:marBottom w:val="0"/>
                      <w:divBdr>
                        <w:top w:val="none" w:sz="0" w:space="0" w:color="auto"/>
                        <w:left w:val="none" w:sz="0" w:space="0" w:color="auto"/>
                        <w:bottom w:val="none" w:sz="0" w:space="0" w:color="auto"/>
                        <w:right w:val="none" w:sz="0" w:space="0" w:color="auto"/>
                      </w:divBdr>
                      <w:divsChild>
                        <w:div w:id="1688559153">
                          <w:marLeft w:val="0"/>
                          <w:marRight w:val="0"/>
                          <w:marTop w:val="0"/>
                          <w:marBottom w:val="0"/>
                          <w:divBdr>
                            <w:top w:val="none" w:sz="0" w:space="0" w:color="auto"/>
                            <w:left w:val="none" w:sz="0" w:space="0" w:color="auto"/>
                            <w:bottom w:val="none" w:sz="0" w:space="0" w:color="auto"/>
                            <w:right w:val="none" w:sz="0" w:space="0" w:color="auto"/>
                          </w:divBdr>
                        </w:div>
                        <w:div w:id="434136366">
                          <w:marLeft w:val="0"/>
                          <w:marRight w:val="0"/>
                          <w:marTop w:val="0"/>
                          <w:marBottom w:val="0"/>
                          <w:divBdr>
                            <w:top w:val="none" w:sz="0" w:space="0" w:color="auto"/>
                            <w:left w:val="none" w:sz="0" w:space="0" w:color="auto"/>
                            <w:bottom w:val="none" w:sz="0" w:space="0" w:color="auto"/>
                            <w:right w:val="none" w:sz="0" w:space="0" w:color="auto"/>
                          </w:divBdr>
                          <w:divsChild>
                            <w:div w:id="884371825">
                              <w:marLeft w:val="0"/>
                              <w:marRight w:val="0"/>
                              <w:marTop w:val="150"/>
                              <w:marBottom w:val="0"/>
                              <w:divBdr>
                                <w:top w:val="none" w:sz="0" w:space="0" w:color="auto"/>
                                <w:left w:val="none" w:sz="0" w:space="0" w:color="auto"/>
                                <w:bottom w:val="none" w:sz="0" w:space="0" w:color="auto"/>
                                <w:right w:val="none" w:sz="0" w:space="0" w:color="auto"/>
                              </w:divBdr>
                            </w:div>
                          </w:divsChild>
                        </w:div>
                        <w:div w:id="638190602">
                          <w:marLeft w:val="0"/>
                          <w:marRight w:val="0"/>
                          <w:marTop w:val="0"/>
                          <w:marBottom w:val="0"/>
                          <w:divBdr>
                            <w:top w:val="none" w:sz="0" w:space="0" w:color="auto"/>
                            <w:left w:val="none" w:sz="0" w:space="0" w:color="auto"/>
                            <w:bottom w:val="none" w:sz="0" w:space="0" w:color="auto"/>
                            <w:right w:val="none" w:sz="0" w:space="0" w:color="auto"/>
                          </w:divBdr>
                          <w:divsChild>
                            <w:div w:id="1645813823">
                              <w:marLeft w:val="0"/>
                              <w:marRight w:val="0"/>
                              <w:marTop w:val="0"/>
                              <w:marBottom w:val="0"/>
                              <w:divBdr>
                                <w:top w:val="none" w:sz="0" w:space="0" w:color="auto"/>
                                <w:left w:val="none" w:sz="0" w:space="0" w:color="auto"/>
                                <w:bottom w:val="none" w:sz="0" w:space="0" w:color="auto"/>
                                <w:right w:val="none" w:sz="0" w:space="0" w:color="auto"/>
                              </w:divBdr>
                            </w:div>
                          </w:divsChild>
                        </w:div>
                        <w:div w:id="1478575517">
                          <w:marLeft w:val="0"/>
                          <w:marRight w:val="0"/>
                          <w:marTop w:val="0"/>
                          <w:marBottom w:val="0"/>
                          <w:divBdr>
                            <w:top w:val="none" w:sz="0" w:space="0" w:color="auto"/>
                            <w:left w:val="none" w:sz="0" w:space="0" w:color="auto"/>
                            <w:bottom w:val="none" w:sz="0" w:space="0" w:color="auto"/>
                            <w:right w:val="none" w:sz="0" w:space="0" w:color="auto"/>
                          </w:divBdr>
                          <w:divsChild>
                            <w:div w:id="91971529">
                              <w:marLeft w:val="0"/>
                              <w:marRight w:val="0"/>
                              <w:marTop w:val="390"/>
                              <w:marBottom w:val="0"/>
                              <w:divBdr>
                                <w:top w:val="none" w:sz="0" w:space="0" w:color="auto"/>
                                <w:left w:val="none" w:sz="0" w:space="0" w:color="auto"/>
                                <w:bottom w:val="none" w:sz="0" w:space="0" w:color="auto"/>
                                <w:right w:val="none" w:sz="0" w:space="0" w:color="auto"/>
                              </w:divBdr>
                            </w:div>
                          </w:divsChild>
                        </w:div>
                        <w:div w:id="424149573">
                          <w:marLeft w:val="0"/>
                          <w:marRight w:val="0"/>
                          <w:marTop w:val="0"/>
                          <w:marBottom w:val="0"/>
                          <w:divBdr>
                            <w:top w:val="none" w:sz="0" w:space="0" w:color="auto"/>
                            <w:left w:val="none" w:sz="0" w:space="0" w:color="auto"/>
                            <w:bottom w:val="none" w:sz="0" w:space="0" w:color="auto"/>
                            <w:right w:val="none" w:sz="0" w:space="0" w:color="auto"/>
                          </w:divBdr>
                          <w:divsChild>
                            <w:div w:id="1636912911">
                              <w:marLeft w:val="0"/>
                              <w:marRight w:val="0"/>
                              <w:marTop w:val="0"/>
                              <w:marBottom w:val="0"/>
                              <w:divBdr>
                                <w:top w:val="none" w:sz="0" w:space="0" w:color="auto"/>
                                <w:left w:val="none" w:sz="0" w:space="0" w:color="auto"/>
                                <w:bottom w:val="none" w:sz="0" w:space="0" w:color="auto"/>
                                <w:right w:val="none" w:sz="0" w:space="0" w:color="auto"/>
                              </w:divBdr>
                            </w:div>
                          </w:divsChild>
                        </w:div>
                        <w:div w:id="1187328878">
                          <w:marLeft w:val="0"/>
                          <w:marRight w:val="0"/>
                          <w:marTop w:val="0"/>
                          <w:marBottom w:val="0"/>
                          <w:divBdr>
                            <w:top w:val="none" w:sz="0" w:space="0" w:color="auto"/>
                            <w:left w:val="none" w:sz="0" w:space="0" w:color="auto"/>
                            <w:bottom w:val="none" w:sz="0" w:space="0" w:color="auto"/>
                            <w:right w:val="none" w:sz="0" w:space="0" w:color="auto"/>
                          </w:divBdr>
                          <w:divsChild>
                            <w:div w:id="674654477">
                              <w:marLeft w:val="0"/>
                              <w:marRight w:val="0"/>
                              <w:marTop w:val="390"/>
                              <w:marBottom w:val="0"/>
                              <w:divBdr>
                                <w:top w:val="none" w:sz="0" w:space="0" w:color="auto"/>
                                <w:left w:val="none" w:sz="0" w:space="0" w:color="auto"/>
                                <w:bottom w:val="none" w:sz="0" w:space="0" w:color="auto"/>
                                <w:right w:val="none" w:sz="0" w:space="0" w:color="auto"/>
                              </w:divBdr>
                            </w:div>
                          </w:divsChild>
                        </w:div>
                        <w:div w:id="2032993546">
                          <w:marLeft w:val="0"/>
                          <w:marRight w:val="0"/>
                          <w:marTop w:val="0"/>
                          <w:marBottom w:val="0"/>
                          <w:divBdr>
                            <w:top w:val="none" w:sz="0" w:space="0" w:color="auto"/>
                            <w:left w:val="none" w:sz="0" w:space="0" w:color="auto"/>
                            <w:bottom w:val="none" w:sz="0" w:space="0" w:color="auto"/>
                            <w:right w:val="none" w:sz="0" w:space="0" w:color="auto"/>
                          </w:divBdr>
                          <w:divsChild>
                            <w:div w:id="2054186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1335390">
          <w:marLeft w:val="0"/>
          <w:marRight w:val="0"/>
          <w:marTop w:val="0"/>
          <w:marBottom w:val="0"/>
          <w:divBdr>
            <w:top w:val="none" w:sz="0" w:space="0" w:color="auto"/>
            <w:left w:val="none" w:sz="0" w:space="0" w:color="auto"/>
            <w:bottom w:val="none" w:sz="0" w:space="0" w:color="auto"/>
            <w:right w:val="none" w:sz="0" w:space="0" w:color="auto"/>
          </w:divBdr>
          <w:divsChild>
            <w:div w:id="95639028">
              <w:marLeft w:val="0"/>
              <w:marRight w:val="0"/>
              <w:marTop w:val="0"/>
              <w:marBottom w:val="0"/>
              <w:divBdr>
                <w:top w:val="none" w:sz="0" w:space="0" w:color="auto"/>
                <w:left w:val="none" w:sz="0" w:space="0" w:color="auto"/>
                <w:bottom w:val="none" w:sz="0" w:space="0" w:color="auto"/>
                <w:right w:val="none" w:sz="0" w:space="0" w:color="auto"/>
              </w:divBdr>
              <w:divsChild>
                <w:div w:id="748964979">
                  <w:marLeft w:val="0"/>
                  <w:marRight w:val="0"/>
                  <w:marTop w:val="0"/>
                  <w:marBottom w:val="0"/>
                  <w:divBdr>
                    <w:top w:val="none" w:sz="0" w:space="0" w:color="auto"/>
                    <w:left w:val="none" w:sz="0" w:space="0" w:color="auto"/>
                    <w:bottom w:val="none" w:sz="0" w:space="0" w:color="auto"/>
                    <w:right w:val="none" w:sz="0" w:space="0" w:color="auto"/>
                  </w:divBdr>
                </w:div>
              </w:divsChild>
            </w:div>
            <w:div w:id="119963609">
              <w:marLeft w:val="0"/>
              <w:marRight w:val="0"/>
              <w:marTop w:val="0"/>
              <w:marBottom w:val="0"/>
              <w:divBdr>
                <w:top w:val="single" w:sz="6" w:space="15" w:color="E8E8E8"/>
                <w:left w:val="none" w:sz="0" w:space="0" w:color="auto"/>
                <w:bottom w:val="none" w:sz="0" w:space="0" w:color="auto"/>
                <w:right w:val="none" w:sz="0" w:space="0" w:color="auto"/>
              </w:divBdr>
              <w:divsChild>
                <w:div w:id="88625695">
                  <w:marLeft w:val="0"/>
                  <w:marRight w:val="0"/>
                  <w:marTop w:val="0"/>
                  <w:marBottom w:val="0"/>
                  <w:divBdr>
                    <w:top w:val="none" w:sz="0" w:space="0" w:color="auto"/>
                    <w:left w:val="none" w:sz="0" w:space="0" w:color="auto"/>
                    <w:bottom w:val="none" w:sz="0" w:space="0" w:color="auto"/>
                    <w:right w:val="none" w:sz="0" w:space="0" w:color="auto"/>
                  </w:divBdr>
                  <w:divsChild>
                    <w:div w:id="4864414">
                      <w:marLeft w:val="0"/>
                      <w:marRight w:val="0"/>
                      <w:marTop w:val="0"/>
                      <w:marBottom w:val="0"/>
                      <w:divBdr>
                        <w:top w:val="none" w:sz="0" w:space="0" w:color="auto"/>
                        <w:left w:val="none" w:sz="0" w:space="0" w:color="auto"/>
                        <w:bottom w:val="none" w:sz="0" w:space="0" w:color="auto"/>
                        <w:right w:val="none" w:sz="0" w:space="0" w:color="auto"/>
                      </w:divBdr>
                      <w:divsChild>
                        <w:div w:id="486630727">
                          <w:marLeft w:val="0"/>
                          <w:marRight w:val="0"/>
                          <w:marTop w:val="0"/>
                          <w:marBottom w:val="0"/>
                          <w:divBdr>
                            <w:top w:val="none" w:sz="0" w:space="0" w:color="auto"/>
                            <w:left w:val="none" w:sz="0" w:space="0" w:color="auto"/>
                            <w:bottom w:val="none" w:sz="0" w:space="0" w:color="auto"/>
                            <w:right w:val="none" w:sz="0" w:space="0" w:color="auto"/>
                          </w:divBdr>
                        </w:div>
                        <w:div w:id="1316689251">
                          <w:marLeft w:val="0"/>
                          <w:marRight w:val="0"/>
                          <w:marTop w:val="0"/>
                          <w:marBottom w:val="0"/>
                          <w:divBdr>
                            <w:top w:val="none" w:sz="0" w:space="0" w:color="auto"/>
                            <w:left w:val="none" w:sz="0" w:space="0" w:color="auto"/>
                            <w:bottom w:val="none" w:sz="0" w:space="0" w:color="auto"/>
                            <w:right w:val="none" w:sz="0" w:space="0" w:color="auto"/>
                          </w:divBdr>
                          <w:divsChild>
                            <w:div w:id="65415980">
                              <w:marLeft w:val="0"/>
                              <w:marRight w:val="0"/>
                              <w:marTop w:val="150"/>
                              <w:marBottom w:val="0"/>
                              <w:divBdr>
                                <w:top w:val="none" w:sz="0" w:space="0" w:color="auto"/>
                                <w:left w:val="none" w:sz="0" w:space="0" w:color="auto"/>
                                <w:bottom w:val="none" w:sz="0" w:space="0" w:color="auto"/>
                                <w:right w:val="none" w:sz="0" w:space="0" w:color="auto"/>
                              </w:divBdr>
                            </w:div>
                          </w:divsChild>
                        </w:div>
                        <w:div w:id="686366019">
                          <w:marLeft w:val="0"/>
                          <w:marRight w:val="0"/>
                          <w:marTop w:val="0"/>
                          <w:marBottom w:val="0"/>
                          <w:divBdr>
                            <w:top w:val="none" w:sz="0" w:space="0" w:color="auto"/>
                            <w:left w:val="none" w:sz="0" w:space="0" w:color="auto"/>
                            <w:bottom w:val="none" w:sz="0" w:space="0" w:color="auto"/>
                            <w:right w:val="none" w:sz="0" w:space="0" w:color="auto"/>
                          </w:divBdr>
                          <w:divsChild>
                            <w:div w:id="310139251">
                              <w:marLeft w:val="0"/>
                              <w:marRight w:val="0"/>
                              <w:marTop w:val="0"/>
                              <w:marBottom w:val="0"/>
                              <w:divBdr>
                                <w:top w:val="none" w:sz="0" w:space="0" w:color="auto"/>
                                <w:left w:val="none" w:sz="0" w:space="0" w:color="auto"/>
                                <w:bottom w:val="none" w:sz="0" w:space="0" w:color="auto"/>
                                <w:right w:val="none" w:sz="0" w:space="0" w:color="auto"/>
                              </w:divBdr>
                            </w:div>
                          </w:divsChild>
                        </w:div>
                        <w:div w:id="464547536">
                          <w:marLeft w:val="0"/>
                          <w:marRight w:val="0"/>
                          <w:marTop w:val="0"/>
                          <w:marBottom w:val="0"/>
                          <w:divBdr>
                            <w:top w:val="none" w:sz="0" w:space="0" w:color="auto"/>
                            <w:left w:val="none" w:sz="0" w:space="0" w:color="auto"/>
                            <w:bottom w:val="none" w:sz="0" w:space="0" w:color="auto"/>
                            <w:right w:val="none" w:sz="0" w:space="0" w:color="auto"/>
                          </w:divBdr>
                          <w:divsChild>
                            <w:div w:id="363871707">
                              <w:marLeft w:val="0"/>
                              <w:marRight w:val="0"/>
                              <w:marTop w:val="390"/>
                              <w:marBottom w:val="0"/>
                              <w:divBdr>
                                <w:top w:val="none" w:sz="0" w:space="0" w:color="auto"/>
                                <w:left w:val="none" w:sz="0" w:space="0" w:color="auto"/>
                                <w:bottom w:val="none" w:sz="0" w:space="0" w:color="auto"/>
                                <w:right w:val="none" w:sz="0" w:space="0" w:color="auto"/>
                              </w:divBdr>
                            </w:div>
                          </w:divsChild>
                        </w:div>
                        <w:div w:id="233398847">
                          <w:marLeft w:val="0"/>
                          <w:marRight w:val="0"/>
                          <w:marTop w:val="0"/>
                          <w:marBottom w:val="0"/>
                          <w:divBdr>
                            <w:top w:val="none" w:sz="0" w:space="0" w:color="auto"/>
                            <w:left w:val="none" w:sz="0" w:space="0" w:color="auto"/>
                            <w:bottom w:val="none" w:sz="0" w:space="0" w:color="auto"/>
                            <w:right w:val="none" w:sz="0" w:space="0" w:color="auto"/>
                          </w:divBdr>
                          <w:divsChild>
                            <w:div w:id="567496543">
                              <w:marLeft w:val="0"/>
                              <w:marRight w:val="0"/>
                              <w:marTop w:val="0"/>
                              <w:marBottom w:val="0"/>
                              <w:divBdr>
                                <w:top w:val="none" w:sz="0" w:space="0" w:color="auto"/>
                                <w:left w:val="none" w:sz="0" w:space="0" w:color="auto"/>
                                <w:bottom w:val="none" w:sz="0" w:space="0" w:color="auto"/>
                                <w:right w:val="none" w:sz="0" w:space="0" w:color="auto"/>
                              </w:divBdr>
                            </w:div>
                          </w:divsChild>
                        </w:div>
                        <w:div w:id="1323775147">
                          <w:marLeft w:val="0"/>
                          <w:marRight w:val="0"/>
                          <w:marTop w:val="0"/>
                          <w:marBottom w:val="0"/>
                          <w:divBdr>
                            <w:top w:val="none" w:sz="0" w:space="0" w:color="auto"/>
                            <w:left w:val="none" w:sz="0" w:space="0" w:color="auto"/>
                            <w:bottom w:val="none" w:sz="0" w:space="0" w:color="auto"/>
                            <w:right w:val="none" w:sz="0" w:space="0" w:color="auto"/>
                          </w:divBdr>
                          <w:divsChild>
                            <w:div w:id="691421240">
                              <w:marLeft w:val="0"/>
                              <w:marRight w:val="0"/>
                              <w:marTop w:val="390"/>
                              <w:marBottom w:val="0"/>
                              <w:divBdr>
                                <w:top w:val="none" w:sz="0" w:space="0" w:color="auto"/>
                                <w:left w:val="none" w:sz="0" w:space="0" w:color="auto"/>
                                <w:bottom w:val="none" w:sz="0" w:space="0" w:color="auto"/>
                                <w:right w:val="none" w:sz="0" w:space="0" w:color="auto"/>
                              </w:divBdr>
                            </w:div>
                          </w:divsChild>
                        </w:div>
                        <w:div w:id="2069526336">
                          <w:marLeft w:val="0"/>
                          <w:marRight w:val="0"/>
                          <w:marTop w:val="0"/>
                          <w:marBottom w:val="0"/>
                          <w:divBdr>
                            <w:top w:val="none" w:sz="0" w:space="0" w:color="auto"/>
                            <w:left w:val="none" w:sz="0" w:space="0" w:color="auto"/>
                            <w:bottom w:val="none" w:sz="0" w:space="0" w:color="auto"/>
                            <w:right w:val="none" w:sz="0" w:space="0" w:color="auto"/>
                          </w:divBdr>
                          <w:divsChild>
                            <w:div w:id="2095127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746144">
          <w:marLeft w:val="0"/>
          <w:marRight w:val="0"/>
          <w:marTop w:val="0"/>
          <w:marBottom w:val="0"/>
          <w:divBdr>
            <w:top w:val="none" w:sz="0" w:space="0" w:color="auto"/>
            <w:left w:val="none" w:sz="0" w:space="0" w:color="auto"/>
            <w:bottom w:val="none" w:sz="0" w:space="0" w:color="auto"/>
            <w:right w:val="none" w:sz="0" w:space="0" w:color="auto"/>
          </w:divBdr>
          <w:divsChild>
            <w:div w:id="1240210965">
              <w:marLeft w:val="0"/>
              <w:marRight w:val="0"/>
              <w:marTop w:val="0"/>
              <w:marBottom w:val="0"/>
              <w:divBdr>
                <w:top w:val="none" w:sz="0" w:space="0" w:color="auto"/>
                <w:left w:val="none" w:sz="0" w:space="0" w:color="auto"/>
                <w:bottom w:val="none" w:sz="0" w:space="0" w:color="auto"/>
                <w:right w:val="none" w:sz="0" w:space="0" w:color="auto"/>
              </w:divBdr>
              <w:divsChild>
                <w:div w:id="1643998094">
                  <w:marLeft w:val="0"/>
                  <w:marRight w:val="0"/>
                  <w:marTop w:val="0"/>
                  <w:marBottom w:val="0"/>
                  <w:divBdr>
                    <w:top w:val="none" w:sz="0" w:space="0" w:color="auto"/>
                    <w:left w:val="none" w:sz="0" w:space="0" w:color="auto"/>
                    <w:bottom w:val="none" w:sz="0" w:space="0" w:color="auto"/>
                    <w:right w:val="none" w:sz="0" w:space="0" w:color="auto"/>
                  </w:divBdr>
                </w:div>
              </w:divsChild>
            </w:div>
            <w:div w:id="828716204">
              <w:marLeft w:val="0"/>
              <w:marRight w:val="0"/>
              <w:marTop w:val="0"/>
              <w:marBottom w:val="0"/>
              <w:divBdr>
                <w:top w:val="single" w:sz="6" w:space="15" w:color="E8E8E8"/>
                <w:left w:val="none" w:sz="0" w:space="0" w:color="auto"/>
                <w:bottom w:val="none" w:sz="0" w:space="0" w:color="auto"/>
                <w:right w:val="none" w:sz="0" w:space="0" w:color="auto"/>
              </w:divBdr>
              <w:divsChild>
                <w:div w:id="1756708136">
                  <w:marLeft w:val="0"/>
                  <w:marRight w:val="0"/>
                  <w:marTop w:val="0"/>
                  <w:marBottom w:val="0"/>
                  <w:divBdr>
                    <w:top w:val="none" w:sz="0" w:space="0" w:color="auto"/>
                    <w:left w:val="none" w:sz="0" w:space="0" w:color="auto"/>
                    <w:bottom w:val="none" w:sz="0" w:space="0" w:color="auto"/>
                    <w:right w:val="none" w:sz="0" w:space="0" w:color="auto"/>
                  </w:divBdr>
                  <w:divsChild>
                    <w:div w:id="1161315305">
                      <w:marLeft w:val="0"/>
                      <w:marRight w:val="0"/>
                      <w:marTop w:val="0"/>
                      <w:marBottom w:val="0"/>
                      <w:divBdr>
                        <w:top w:val="none" w:sz="0" w:space="0" w:color="auto"/>
                        <w:left w:val="none" w:sz="0" w:space="0" w:color="auto"/>
                        <w:bottom w:val="none" w:sz="0" w:space="0" w:color="auto"/>
                        <w:right w:val="none" w:sz="0" w:space="0" w:color="auto"/>
                      </w:divBdr>
                      <w:divsChild>
                        <w:div w:id="616330519">
                          <w:marLeft w:val="0"/>
                          <w:marRight w:val="0"/>
                          <w:marTop w:val="0"/>
                          <w:marBottom w:val="0"/>
                          <w:divBdr>
                            <w:top w:val="none" w:sz="0" w:space="0" w:color="auto"/>
                            <w:left w:val="none" w:sz="0" w:space="0" w:color="auto"/>
                            <w:bottom w:val="none" w:sz="0" w:space="0" w:color="auto"/>
                            <w:right w:val="none" w:sz="0" w:space="0" w:color="auto"/>
                          </w:divBdr>
                        </w:div>
                        <w:div w:id="258106725">
                          <w:marLeft w:val="0"/>
                          <w:marRight w:val="0"/>
                          <w:marTop w:val="0"/>
                          <w:marBottom w:val="0"/>
                          <w:divBdr>
                            <w:top w:val="none" w:sz="0" w:space="0" w:color="auto"/>
                            <w:left w:val="none" w:sz="0" w:space="0" w:color="auto"/>
                            <w:bottom w:val="none" w:sz="0" w:space="0" w:color="auto"/>
                            <w:right w:val="none" w:sz="0" w:space="0" w:color="auto"/>
                          </w:divBdr>
                          <w:divsChild>
                            <w:div w:id="322391289">
                              <w:marLeft w:val="0"/>
                              <w:marRight w:val="0"/>
                              <w:marTop w:val="150"/>
                              <w:marBottom w:val="0"/>
                              <w:divBdr>
                                <w:top w:val="none" w:sz="0" w:space="0" w:color="auto"/>
                                <w:left w:val="none" w:sz="0" w:space="0" w:color="auto"/>
                                <w:bottom w:val="none" w:sz="0" w:space="0" w:color="auto"/>
                                <w:right w:val="none" w:sz="0" w:space="0" w:color="auto"/>
                              </w:divBdr>
                            </w:div>
                          </w:divsChild>
                        </w:div>
                        <w:div w:id="1507549420">
                          <w:marLeft w:val="0"/>
                          <w:marRight w:val="0"/>
                          <w:marTop w:val="0"/>
                          <w:marBottom w:val="0"/>
                          <w:divBdr>
                            <w:top w:val="none" w:sz="0" w:space="0" w:color="auto"/>
                            <w:left w:val="none" w:sz="0" w:space="0" w:color="auto"/>
                            <w:bottom w:val="none" w:sz="0" w:space="0" w:color="auto"/>
                            <w:right w:val="none" w:sz="0" w:space="0" w:color="auto"/>
                          </w:divBdr>
                          <w:divsChild>
                            <w:div w:id="1277564722">
                              <w:marLeft w:val="0"/>
                              <w:marRight w:val="0"/>
                              <w:marTop w:val="0"/>
                              <w:marBottom w:val="0"/>
                              <w:divBdr>
                                <w:top w:val="none" w:sz="0" w:space="0" w:color="auto"/>
                                <w:left w:val="none" w:sz="0" w:space="0" w:color="auto"/>
                                <w:bottom w:val="none" w:sz="0" w:space="0" w:color="auto"/>
                                <w:right w:val="none" w:sz="0" w:space="0" w:color="auto"/>
                              </w:divBdr>
                            </w:div>
                          </w:divsChild>
                        </w:div>
                        <w:div w:id="1974091650">
                          <w:marLeft w:val="0"/>
                          <w:marRight w:val="0"/>
                          <w:marTop w:val="0"/>
                          <w:marBottom w:val="0"/>
                          <w:divBdr>
                            <w:top w:val="none" w:sz="0" w:space="0" w:color="auto"/>
                            <w:left w:val="none" w:sz="0" w:space="0" w:color="auto"/>
                            <w:bottom w:val="none" w:sz="0" w:space="0" w:color="auto"/>
                            <w:right w:val="none" w:sz="0" w:space="0" w:color="auto"/>
                          </w:divBdr>
                          <w:divsChild>
                            <w:div w:id="1711807673">
                              <w:marLeft w:val="0"/>
                              <w:marRight w:val="0"/>
                              <w:marTop w:val="390"/>
                              <w:marBottom w:val="0"/>
                              <w:divBdr>
                                <w:top w:val="none" w:sz="0" w:space="0" w:color="auto"/>
                                <w:left w:val="none" w:sz="0" w:space="0" w:color="auto"/>
                                <w:bottom w:val="none" w:sz="0" w:space="0" w:color="auto"/>
                                <w:right w:val="none" w:sz="0" w:space="0" w:color="auto"/>
                              </w:divBdr>
                            </w:div>
                          </w:divsChild>
                        </w:div>
                        <w:div w:id="65152616">
                          <w:marLeft w:val="0"/>
                          <w:marRight w:val="0"/>
                          <w:marTop w:val="0"/>
                          <w:marBottom w:val="0"/>
                          <w:divBdr>
                            <w:top w:val="none" w:sz="0" w:space="0" w:color="auto"/>
                            <w:left w:val="none" w:sz="0" w:space="0" w:color="auto"/>
                            <w:bottom w:val="none" w:sz="0" w:space="0" w:color="auto"/>
                            <w:right w:val="none" w:sz="0" w:space="0" w:color="auto"/>
                          </w:divBdr>
                          <w:divsChild>
                            <w:div w:id="1173957535">
                              <w:marLeft w:val="0"/>
                              <w:marRight w:val="0"/>
                              <w:marTop w:val="0"/>
                              <w:marBottom w:val="0"/>
                              <w:divBdr>
                                <w:top w:val="none" w:sz="0" w:space="0" w:color="auto"/>
                                <w:left w:val="none" w:sz="0" w:space="0" w:color="auto"/>
                                <w:bottom w:val="none" w:sz="0" w:space="0" w:color="auto"/>
                                <w:right w:val="none" w:sz="0" w:space="0" w:color="auto"/>
                              </w:divBdr>
                            </w:div>
                          </w:divsChild>
                        </w:div>
                        <w:div w:id="404376945">
                          <w:marLeft w:val="0"/>
                          <w:marRight w:val="0"/>
                          <w:marTop w:val="0"/>
                          <w:marBottom w:val="0"/>
                          <w:divBdr>
                            <w:top w:val="none" w:sz="0" w:space="0" w:color="auto"/>
                            <w:left w:val="none" w:sz="0" w:space="0" w:color="auto"/>
                            <w:bottom w:val="none" w:sz="0" w:space="0" w:color="auto"/>
                            <w:right w:val="none" w:sz="0" w:space="0" w:color="auto"/>
                          </w:divBdr>
                          <w:divsChild>
                            <w:div w:id="1784686525">
                              <w:marLeft w:val="0"/>
                              <w:marRight w:val="0"/>
                              <w:marTop w:val="390"/>
                              <w:marBottom w:val="0"/>
                              <w:divBdr>
                                <w:top w:val="none" w:sz="0" w:space="0" w:color="auto"/>
                                <w:left w:val="none" w:sz="0" w:space="0" w:color="auto"/>
                                <w:bottom w:val="none" w:sz="0" w:space="0" w:color="auto"/>
                                <w:right w:val="none" w:sz="0" w:space="0" w:color="auto"/>
                              </w:divBdr>
                            </w:div>
                          </w:divsChild>
                        </w:div>
                        <w:div w:id="159079659">
                          <w:marLeft w:val="0"/>
                          <w:marRight w:val="0"/>
                          <w:marTop w:val="0"/>
                          <w:marBottom w:val="0"/>
                          <w:divBdr>
                            <w:top w:val="none" w:sz="0" w:space="0" w:color="auto"/>
                            <w:left w:val="none" w:sz="0" w:space="0" w:color="auto"/>
                            <w:bottom w:val="none" w:sz="0" w:space="0" w:color="auto"/>
                            <w:right w:val="none" w:sz="0" w:space="0" w:color="auto"/>
                          </w:divBdr>
                          <w:divsChild>
                            <w:div w:id="175400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7978401">
          <w:marLeft w:val="0"/>
          <w:marRight w:val="0"/>
          <w:marTop w:val="0"/>
          <w:marBottom w:val="0"/>
          <w:divBdr>
            <w:top w:val="none" w:sz="0" w:space="0" w:color="auto"/>
            <w:left w:val="none" w:sz="0" w:space="0" w:color="auto"/>
            <w:bottom w:val="none" w:sz="0" w:space="0" w:color="auto"/>
            <w:right w:val="none" w:sz="0" w:space="0" w:color="auto"/>
          </w:divBdr>
          <w:divsChild>
            <w:div w:id="1176188748">
              <w:marLeft w:val="0"/>
              <w:marRight w:val="0"/>
              <w:marTop w:val="0"/>
              <w:marBottom w:val="0"/>
              <w:divBdr>
                <w:top w:val="none" w:sz="0" w:space="0" w:color="auto"/>
                <w:left w:val="none" w:sz="0" w:space="0" w:color="auto"/>
                <w:bottom w:val="none" w:sz="0" w:space="0" w:color="auto"/>
                <w:right w:val="none" w:sz="0" w:space="0" w:color="auto"/>
              </w:divBdr>
              <w:divsChild>
                <w:div w:id="1718506624">
                  <w:marLeft w:val="0"/>
                  <w:marRight w:val="0"/>
                  <w:marTop w:val="0"/>
                  <w:marBottom w:val="0"/>
                  <w:divBdr>
                    <w:top w:val="none" w:sz="0" w:space="0" w:color="auto"/>
                    <w:left w:val="none" w:sz="0" w:space="0" w:color="auto"/>
                    <w:bottom w:val="none" w:sz="0" w:space="0" w:color="auto"/>
                    <w:right w:val="none" w:sz="0" w:space="0" w:color="auto"/>
                  </w:divBdr>
                </w:div>
              </w:divsChild>
            </w:div>
            <w:div w:id="1379469833">
              <w:marLeft w:val="0"/>
              <w:marRight w:val="0"/>
              <w:marTop w:val="0"/>
              <w:marBottom w:val="0"/>
              <w:divBdr>
                <w:top w:val="single" w:sz="6" w:space="15" w:color="E8E8E8"/>
                <w:left w:val="none" w:sz="0" w:space="0" w:color="auto"/>
                <w:bottom w:val="none" w:sz="0" w:space="0" w:color="auto"/>
                <w:right w:val="none" w:sz="0" w:space="0" w:color="auto"/>
              </w:divBdr>
              <w:divsChild>
                <w:div w:id="1376655984">
                  <w:marLeft w:val="0"/>
                  <w:marRight w:val="0"/>
                  <w:marTop w:val="0"/>
                  <w:marBottom w:val="0"/>
                  <w:divBdr>
                    <w:top w:val="none" w:sz="0" w:space="0" w:color="auto"/>
                    <w:left w:val="none" w:sz="0" w:space="0" w:color="auto"/>
                    <w:bottom w:val="none" w:sz="0" w:space="0" w:color="auto"/>
                    <w:right w:val="none" w:sz="0" w:space="0" w:color="auto"/>
                  </w:divBdr>
                  <w:divsChild>
                    <w:div w:id="1065377464">
                      <w:marLeft w:val="0"/>
                      <w:marRight w:val="0"/>
                      <w:marTop w:val="0"/>
                      <w:marBottom w:val="0"/>
                      <w:divBdr>
                        <w:top w:val="none" w:sz="0" w:space="0" w:color="auto"/>
                        <w:left w:val="none" w:sz="0" w:space="0" w:color="auto"/>
                        <w:bottom w:val="none" w:sz="0" w:space="0" w:color="auto"/>
                        <w:right w:val="none" w:sz="0" w:space="0" w:color="auto"/>
                      </w:divBdr>
                      <w:divsChild>
                        <w:div w:id="1919168265">
                          <w:marLeft w:val="0"/>
                          <w:marRight w:val="0"/>
                          <w:marTop w:val="0"/>
                          <w:marBottom w:val="0"/>
                          <w:divBdr>
                            <w:top w:val="none" w:sz="0" w:space="0" w:color="auto"/>
                            <w:left w:val="none" w:sz="0" w:space="0" w:color="auto"/>
                            <w:bottom w:val="none" w:sz="0" w:space="0" w:color="auto"/>
                            <w:right w:val="none" w:sz="0" w:space="0" w:color="auto"/>
                          </w:divBdr>
                        </w:div>
                        <w:div w:id="1533687734">
                          <w:marLeft w:val="0"/>
                          <w:marRight w:val="0"/>
                          <w:marTop w:val="0"/>
                          <w:marBottom w:val="0"/>
                          <w:divBdr>
                            <w:top w:val="none" w:sz="0" w:space="0" w:color="auto"/>
                            <w:left w:val="none" w:sz="0" w:space="0" w:color="auto"/>
                            <w:bottom w:val="none" w:sz="0" w:space="0" w:color="auto"/>
                            <w:right w:val="none" w:sz="0" w:space="0" w:color="auto"/>
                          </w:divBdr>
                          <w:divsChild>
                            <w:div w:id="1875118893">
                              <w:marLeft w:val="0"/>
                              <w:marRight w:val="0"/>
                              <w:marTop w:val="150"/>
                              <w:marBottom w:val="0"/>
                              <w:divBdr>
                                <w:top w:val="none" w:sz="0" w:space="0" w:color="auto"/>
                                <w:left w:val="none" w:sz="0" w:space="0" w:color="auto"/>
                                <w:bottom w:val="none" w:sz="0" w:space="0" w:color="auto"/>
                                <w:right w:val="none" w:sz="0" w:space="0" w:color="auto"/>
                              </w:divBdr>
                            </w:div>
                          </w:divsChild>
                        </w:div>
                        <w:div w:id="579368164">
                          <w:marLeft w:val="0"/>
                          <w:marRight w:val="0"/>
                          <w:marTop w:val="0"/>
                          <w:marBottom w:val="0"/>
                          <w:divBdr>
                            <w:top w:val="none" w:sz="0" w:space="0" w:color="auto"/>
                            <w:left w:val="none" w:sz="0" w:space="0" w:color="auto"/>
                            <w:bottom w:val="none" w:sz="0" w:space="0" w:color="auto"/>
                            <w:right w:val="none" w:sz="0" w:space="0" w:color="auto"/>
                          </w:divBdr>
                          <w:divsChild>
                            <w:div w:id="1003047375">
                              <w:marLeft w:val="0"/>
                              <w:marRight w:val="0"/>
                              <w:marTop w:val="0"/>
                              <w:marBottom w:val="0"/>
                              <w:divBdr>
                                <w:top w:val="none" w:sz="0" w:space="0" w:color="auto"/>
                                <w:left w:val="none" w:sz="0" w:space="0" w:color="auto"/>
                                <w:bottom w:val="none" w:sz="0" w:space="0" w:color="auto"/>
                                <w:right w:val="none" w:sz="0" w:space="0" w:color="auto"/>
                              </w:divBdr>
                            </w:div>
                          </w:divsChild>
                        </w:div>
                        <w:div w:id="129590117">
                          <w:marLeft w:val="0"/>
                          <w:marRight w:val="0"/>
                          <w:marTop w:val="0"/>
                          <w:marBottom w:val="0"/>
                          <w:divBdr>
                            <w:top w:val="none" w:sz="0" w:space="0" w:color="auto"/>
                            <w:left w:val="none" w:sz="0" w:space="0" w:color="auto"/>
                            <w:bottom w:val="none" w:sz="0" w:space="0" w:color="auto"/>
                            <w:right w:val="none" w:sz="0" w:space="0" w:color="auto"/>
                          </w:divBdr>
                          <w:divsChild>
                            <w:div w:id="1960601464">
                              <w:marLeft w:val="0"/>
                              <w:marRight w:val="0"/>
                              <w:marTop w:val="390"/>
                              <w:marBottom w:val="0"/>
                              <w:divBdr>
                                <w:top w:val="none" w:sz="0" w:space="0" w:color="auto"/>
                                <w:left w:val="none" w:sz="0" w:space="0" w:color="auto"/>
                                <w:bottom w:val="none" w:sz="0" w:space="0" w:color="auto"/>
                                <w:right w:val="none" w:sz="0" w:space="0" w:color="auto"/>
                              </w:divBdr>
                            </w:div>
                          </w:divsChild>
                        </w:div>
                        <w:div w:id="887447703">
                          <w:marLeft w:val="0"/>
                          <w:marRight w:val="0"/>
                          <w:marTop w:val="0"/>
                          <w:marBottom w:val="0"/>
                          <w:divBdr>
                            <w:top w:val="none" w:sz="0" w:space="0" w:color="auto"/>
                            <w:left w:val="none" w:sz="0" w:space="0" w:color="auto"/>
                            <w:bottom w:val="none" w:sz="0" w:space="0" w:color="auto"/>
                            <w:right w:val="none" w:sz="0" w:space="0" w:color="auto"/>
                          </w:divBdr>
                          <w:divsChild>
                            <w:div w:id="990911765">
                              <w:marLeft w:val="0"/>
                              <w:marRight w:val="0"/>
                              <w:marTop w:val="0"/>
                              <w:marBottom w:val="0"/>
                              <w:divBdr>
                                <w:top w:val="none" w:sz="0" w:space="0" w:color="auto"/>
                                <w:left w:val="none" w:sz="0" w:space="0" w:color="auto"/>
                                <w:bottom w:val="none" w:sz="0" w:space="0" w:color="auto"/>
                                <w:right w:val="none" w:sz="0" w:space="0" w:color="auto"/>
                              </w:divBdr>
                            </w:div>
                          </w:divsChild>
                        </w:div>
                        <w:div w:id="35467594">
                          <w:marLeft w:val="0"/>
                          <w:marRight w:val="0"/>
                          <w:marTop w:val="0"/>
                          <w:marBottom w:val="0"/>
                          <w:divBdr>
                            <w:top w:val="none" w:sz="0" w:space="0" w:color="auto"/>
                            <w:left w:val="none" w:sz="0" w:space="0" w:color="auto"/>
                            <w:bottom w:val="none" w:sz="0" w:space="0" w:color="auto"/>
                            <w:right w:val="none" w:sz="0" w:space="0" w:color="auto"/>
                          </w:divBdr>
                          <w:divsChild>
                            <w:div w:id="805009430">
                              <w:marLeft w:val="0"/>
                              <w:marRight w:val="0"/>
                              <w:marTop w:val="390"/>
                              <w:marBottom w:val="0"/>
                              <w:divBdr>
                                <w:top w:val="none" w:sz="0" w:space="0" w:color="auto"/>
                                <w:left w:val="none" w:sz="0" w:space="0" w:color="auto"/>
                                <w:bottom w:val="none" w:sz="0" w:space="0" w:color="auto"/>
                                <w:right w:val="none" w:sz="0" w:space="0" w:color="auto"/>
                              </w:divBdr>
                            </w:div>
                          </w:divsChild>
                        </w:div>
                        <w:div w:id="1494645140">
                          <w:marLeft w:val="0"/>
                          <w:marRight w:val="0"/>
                          <w:marTop w:val="0"/>
                          <w:marBottom w:val="0"/>
                          <w:divBdr>
                            <w:top w:val="none" w:sz="0" w:space="0" w:color="auto"/>
                            <w:left w:val="none" w:sz="0" w:space="0" w:color="auto"/>
                            <w:bottom w:val="none" w:sz="0" w:space="0" w:color="auto"/>
                            <w:right w:val="none" w:sz="0" w:space="0" w:color="auto"/>
                          </w:divBdr>
                          <w:divsChild>
                            <w:div w:id="169202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4464815">
          <w:marLeft w:val="0"/>
          <w:marRight w:val="0"/>
          <w:marTop w:val="0"/>
          <w:marBottom w:val="0"/>
          <w:divBdr>
            <w:top w:val="none" w:sz="0" w:space="0" w:color="auto"/>
            <w:left w:val="none" w:sz="0" w:space="0" w:color="auto"/>
            <w:bottom w:val="none" w:sz="0" w:space="0" w:color="auto"/>
            <w:right w:val="none" w:sz="0" w:space="0" w:color="auto"/>
          </w:divBdr>
          <w:divsChild>
            <w:div w:id="2073890588">
              <w:marLeft w:val="0"/>
              <w:marRight w:val="0"/>
              <w:marTop w:val="0"/>
              <w:marBottom w:val="0"/>
              <w:divBdr>
                <w:top w:val="none" w:sz="0" w:space="0" w:color="auto"/>
                <w:left w:val="none" w:sz="0" w:space="0" w:color="auto"/>
                <w:bottom w:val="none" w:sz="0" w:space="0" w:color="auto"/>
                <w:right w:val="none" w:sz="0" w:space="0" w:color="auto"/>
              </w:divBdr>
              <w:divsChild>
                <w:div w:id="518936505">
                  <w:marLeft w:val="0"/>
                  <w:marRight w:val="0"/>
                  <w:marTop w:val="0"/>
                  <w:marBottom w:val="0"/>
                  <w:divBdr>
                    <w:top w:val="none" w:sz="0" w:space="0" w:color="auto"/>
                    <w:left w:val="none" w:sz="0" w:space="0" w:color="auto"/>
                    <w:bottom w:val="none" w:sz="0" w:space="0" w:color="auto"/>
                    <w:right w:val="none" w:sz="0" w:space="0" w:color="auto"/>
                  </w:divBdr>
                </w:div>
              </w:divsChild>
            </w:div>
            <w:div w:id="1229463358">
              <w:marLeft w:val="0"/>
              <w:marRight w:val="0"/>
              <w:marTop w:val="0"/>
              <w:marBottom w:val="0"/>
              <w:divBdr>
                <w:top w:val="single" w:sz="6" w:space="15" w:color="E8E8E8"/>
                <w:left w:val="none" w:sz="0" w:space="0" w:color="auto"/>
                <w:bottom w:val="none" w:sz="0" w:space="0" w:color="auto"/>
                <w:right w:val="none" w:sz="0" w:space="0" w:color="auto"/>
              </w:divBdr>
              <w:divsChild>
                <w:div w:id="1954049664">
                  <w:marLeft w:val="0"/>
                  <w:marRight w:val="0"/>
                  <w:marTop w:val="0"/>
                  <w:marBottom w:val="0"/>
                  <w:divBdr>
                    <w:top w:val="none" w:sz="0" w:space="0" w:color="auto"/>
                    <w:left w:val="none" w:sz="0" w:space="0" w:color="auto"/>
                    <w:bottom w:val="none" w:sz="0" w:space="0" w:color="auto"/>
                    <w:right w:val="none" w:sz="0" w:space="0" w:color="auto"/>
                  </w:divBdr>
                  <w:divsChild>
                    <w:div w:id="792330540">
                      <w:marLeft w:val="0"/>
                      <w:marRight w:val="0"/>
                      <w:marTop w:val="0"/>
                      <w:marBottom w:val="0"/>
                      <w:divBdr>
                        <w:top w:val="none" w:sz="0" w:space="0" w:color="auto"/>
                        <w:left w:val="none" w:sz="0" w:space="0" w:color="auto"/>
                        <w:bottom w:val="none" w:sz="0" w:space="0" w:color="auto"/>
                        <w:right w:val="none" w:sz="0" w:space="0" w:color="auto"/>
                      </w:divBdr>
                      <w:divsChild>
                        <w:div w:id="1076904363">
                          <w:marLeft w:val="0"/>
                          <w:marRight w:val="0"/>
                          <w:marTop w:val="0"/>
                          <w:marBottom w:val="0"/>
                          <w:divBdr>
                            <w:top w:val="none" w:sz="0" w:space="0" w:color="auto"/>
                            <w:left w:val="none" w:sz="0" w:space="0" w:color="auto"/>
                            <w:bottom w:val="none" w:sz="0" w:space="0" w:color="auto"/>
                            <w:right w:val="none" w:sz="0" w:space="0" w:color="auto"/>
                          </w:divBdr>
                        </w:div>
                        <w:div w:id="1693609296">
                          <w:marLeft w:val="0"/>
                          <w:marRight w:val="0"/>
                          <w:marTop w:val="0"/>
                          <w:marBottom w:val="0"/>
                          <w:divBdr>
                            <w:top w:val="none" w:sz="0" w:space="0" w:color="auto"/>
                            <w:left w:val="none" w:sz="0" w:space="0" w:color="auto"/>
                            <w:bottom w:val="none" w:sz="0" w:space="0" w:color="auto"/>
                            <w:right w:val="none" w:sz="0" w:space="0" w:color="auto"/>
                          </w:divBdr>
                          <w:divsChild>
                            <w:div w:id="1321078521">
                              <w:marLeft w:val="0"/>
                              <w:marRight w:val="0"/>
                              <w:marTop w:val="150"/>
                              <w:marBottom w:val="0"/>
                              <w:divBdr>
                                <w:top w:val="none" w:sz="0" w:space="0" w:color="auto"/>
                                <w:left w:val="none" w:sz="0" w:space="0" w:color="auto"/>
                                <w:bottom w:val="none" w:sz="0" w:space="0" w:color="auto"/>
                                <w:right w:val="none" w:sz="0" w:space="0" w:color="auto"/>
                              </w:divBdr>
                            </w:div>
                          </w:divsChild>
                        </w:div>
                        <w:div w:id="1802773123">
                          <w:marLeft w:val="0"/>
                          <w:marRight w:val="0"/>
                          <w:marTop w:val="0"/>
                          <w:marBottom w:val="0"/>
                          <w:divBdr>
                            <w:top w:val="none" w:sz="0" w:space="0" w:color="auto"/>
                            <w:left w:val="none" w:sz="0" w:space="0" w:color="auto"/>
                            <w:bottom w:val="none" w:sz="0" w:space="0" w:color="auto"/>
                            <w:right w:val="none" w:sz="0" w:space="0" w:color="auto"/>
                          </w:divBdr>
                          <w:divsChild>
                            <w:div w:id="305084800">
                              <w:marLeft w:val="0"/>
                              <w:marRight w:val="0"/>
                              <w:marTop w:val="0"/>
                              <w:marBottom w:val="0"/>
                              <w:divBdr>
                                <w:top w:val="none" w:sz="0" w:space="0" w:color="auto"/>
                                <w:left w:val="none" w:sz="0" w:space="0" w:color="auto"/>
                                <w:bottom w:val="none" w:sz="0" w:space="0" w:color="auto"/>
                                <w:right w:val="none" w:sz="0" w:space="0" w:color="auto"/>
                              </w:divBdr>
                            </w:div>
                          </w:divsChild>
                        </w:div>
                        <w:div w:id="1072582723">
                          <w:marLeft w:val="0"/>
                          <w:marRight w:val="0"/>
                          <w:marTop w:val="0"/>
                          <w:marBottom w:val="0"/>
                          <w:divBdr>
                            <w:top w:val="none" w:sz="0" w:space="0" w:color="auto"/>
                            <w:left w:val="none" w:sz="0" w:space="0" w:color="auto"/>
                            <w:bottom w:val="none" w:sz="0" w:space="0" w:color="auto"/>
                            <w:right w:val="none" w:sz="0" w:space="0" w:color="auto"/>
                          </w:divBdr>
                          <w:divsChild>
                            <w:div w:id="518348952">
                              <w:marLeft w:val="0"/>
                              <w:marRight w:val="0"/>
                              <w:marTop w:val="390"/>
                              <w:marBottom w:val="0"/>
                              <w:divBdr>
                                <w:top w:val="none" w:sz="0" w:space="0" w:color="auto"/>
                                <w:left w:val="none" w:sz="0" w:space="0" w:color="auto"/>
                                <w:bottom w:val="none" w:sz="0" w:space="0" w:color="auto"/>
                                <w:right w:val="none" w:sz="0" w:space="0" w:color="auto"/>
                              </w:divBdr>
                            </w:div>
                          </w:divsChild>
                        </w:div>
                        <w:div w:id="1852989217">
                          <w:marLeft w:val="0"/>
                          <w:marRight w:val="0"/>
                          <w:marTop w:val="0"/>
                          <w:marBottom w:val="0"/>
                          <w:divBdr>
                            <w:top w:val="none" w:sz="0" w:space="0" w:color="auto"/>
                            <w:left w:val="none" w:sz="0" w:space="0" w:color="auto"/>
                            <w:bottom w:val="none" w:sz="0" w:space="0" w:color="auto"/>
                            <w:right w:val="none" w:sz="0" w:space="0" w:color="auto"/>
                          </w:divBdr>
                          <w:divsChild>
                            <w:div w:id="1786270652">
                              <w:marLeft w:val="0"/>
                              <w:marRight w:val="0"/>
                              <w:marTop w:val="0"/>
                              <w:marBottom w:val="0"/>
                              <w:divBdr>
                                <w:top w:val="none" w:sz="0" w:space="0" w:color="auto"/>
                                <w:left w:val="none" w:sz="0" w:space="0" w:color="auto"/>
                                <w:bottom w:val="none" w:sz="0" w:space="0" w:color="auto"/>
                                <w:right w:val="none" w:sz="0" w:space="0" w:color="auto"/>
                              </w:divBdr>
                            </w:div>
                          </w:divsChild>
                        </w:div>
                        <w:div w:id="419330855">
                          <w:marLeft w:val="0"/>
                          <w:marRight w:val="0"/>
                          <w:marTop w:val="0"/>
                          <w:marBottom w:val="0"/>
                          <w:divBdr>
                            <w:top w:val="none" w:sz="0" w:space="0" w:color="auto"/>
                            <w:left w:val="none" w:sz="0" w:space="0" w:color="auto"/>
                            <w:bottom w:val="none" w:sz="0" w:space="0" w:color="auto"/>
                            <w:right w:val="none" w:sz="0" w:space="0" w:color="auto"/>
                          </w:divBdr>
                          <w:divsChild>
                            <w:div w:id="615647146">
                              <w:marLeft w:val="0"/>
                              <w:marRight w:val="0"/>
                              <w:marTop w:val="390"/>
                              <w:marBottom w:val="0"/>
                              <w:divBdr>
                                <w:top w:val="none" w:sz="0" w:space="0" w:color="auto"/>
                                <w:left w:val="none" w:sz="0" w:space="0" w:color="auto"/>
                                <w:bottom w:val="none" w:sz="0" w:space="0" w:color="auto"/>
                                <w:right w:val="none" w:sz="0" w:space="0" w:color="auto"/>
                              </w:divBdr>
                            </w:div>
                          </w:divsChild>
                        </w:div>
                        <w:div w:id="1408842170">
                          <w:marLeft w:val="0"/>
                          <w:marRight w:val="0"/>
                          <w:marTop w:val="0"/>
                          <w:marBottom w:val="0"/>
                          <w:divBdr>
                            <w:top w:val="none" w:sz="0" w:space="0" w:color="auto"/>
                            <w:left w:val="none" w:sz="0" w:space="0" w:color="auto"/>
                            <w:bottom w:val="none" w:sz="0" w:space="0" w:color="auto"/>
                            <w:right w:val="none" w:sz="0" w:space="0" w:color="auto"/>
                          </w:divBdr>
                          <w:divsChild>
                            <w:div w:id="160506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7880248">
      <w:bodyDiv w:val="1"/>
      <w:marLeft w:val="0"/>
      <w:marRight w:val="0"/>
      <w:marTop w:val="0"/>
      <w:marBottom w:val="0"/>
      <w:divBdr>
        <w:top w:val="none" w:sz="0" w:space="0" w:color="auto"/>
        <w:left w:val="none" w:sz="0" w:space="0" w:color="auto"/>
        <w:bottom w:val="none" w:sz="0" w:space="0" w:color="auto"/>
        <w:right w:val="none" w:sz="0" w:space="0" w:color="auto"/>
      </w:divBdr>
      <w:divsChild>
        <w:div w:id="1987276637">
          <w:marLeft w:val="0"/>
          <w:marRight w:val="0"/>
          <w:marTop w:val="0"/>
          <w:marBottom w:val="0"/>
          <w:divBdr>
            <w:top w:val="none" w:sz="0" w:space="0" w:color="auto"/>
            <w:left w:val="none" w:sz="0" w:space="0" w:color="auto"/>
            <w:bottom w:val="none" w:sz="0" w:space="0" w:color="auto"/>
            <w:right w:val="none" w:sz="0" w:space="0" w:color="auto"/>
          </w:divBdr>
          <w:divsChild>
            <w:div w:id="1126242562">
              <w:marLeft w:val="0"/>
              <w:marRight w:val="0"/>
              <w:marTop w:val="0"/>
              <w:marBottom w:val="0"/>
              <w:divBdr>
                <w:top w:val="none" w:sz="0" w:space="0" w:color="auto"/>
                <w:left w:val="none" w:sz="0" w:space="0" w:color="auto"/>
                <w:bottom w:val="none" w:sz="0" w:space="0" w:color="auto"/>
                <w:right w:val="none" w:sz="0" w:space="0" w:color="auto"/>
              </w:divBdr>
            </w:div>
          </w:divsChild>
        </w:div>
        <w:div w:id="1309821364">
          <w:marLeft w:val="0"/>
          <w:marRight w:val="0"/>
          <w:marTop w:val="0"/>
          <w:marBottom w:val="0"/>
          <w:divBdr>
            <w:top w:val="none" w:sz="0" w:space="0" w:color="auto"/>
            <w:left w:val="none" w:sz="0" w:space="0" w:color="auto"/>
            <w:bottom w:val="none" w:sz="0" w:space="0" w:color="auto"/>
            <w:right w:val="none" w:sz="0" w:space="0" w:color="auto"/>
          </w:divBdr>
          <w:divsChild>
            <w:div w:id="1179930078">
              <w:marLeft w:val="0"/>
              <w:marRight w:val="0"/>
              <w:marTop w:val="0"/>
              <w:marBottom w:val="0"/>
              <w:divBdr>
                <w:top w:val="none" w:sz="0" w:space="0" w:color="auto"/>
                <w:left w:val="none" w:sz="0" w:space="0" w:color="auto"/>
                <w:bottom w:val="none" w:sz="0" w:space="0" w:color="auto"/>
                <w:right w:val="none" w:sz="0" w:space="0" w:color="auto"/>
              </w:divBdr>
              <w:divsChild>
                <w:div w:id="1964723554">
                  <w:marLeft w:val="0"/>
                  <w:marRight w:val="0"/>
                  <w:marTop w:val="0"/>
                  <w:marBottom w:val="0"/>
                  <w:divBdr>
                    <w:top w:val="none" w:sz="0" w:space="0" w:color="auto"/>
                    <w:left w:val="none" w:sz="0" w:space="0" w:color="auto"/>
                    <w:bottom w:val="none" w:sz="0" w:space="0" w:color="auto"/>
                    <w:right w:val="none" w:sz="0" w:space="0" w:color="auto"/>
                  </w:divBdr>
                  <w:divsChild>
                    <w:div w:id="179420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673011">
          <w:marLeft w:val="0"/>
          <w:marRight w:val="0"/>
          <w:marTop w:val="0"/>
          <w:marBottom w:val="0"/>
          <w:divBdr>
            <w:top w:val="none" w:sz="0" w:space="0" w:color="auto"/>
            <w:left w:val="none" w:sz="0" w:space="0" w:color="auto"/>
            <w:bottom w:val="none" w:sz="0" w:space="0" w:color="auto"/>
            <w:right w:val="none" w:sz="0" w:space="0" w:color="auto"/>
          </w:divBdr>
          <w:divsChild>
            <w:div w:id="157428098">
              <w:marLeft w:val="0"/>
              <w:marRight w:val="0"/>
              <w:marTop w:val="0"/>
              <w:marBottom w:val="0"/>
              <w:divBdr>
                <w:top w:val="none" w:sz="0" w:space="0" w:color="auto"/>
                <w:left w:val="none" w:sz="0" w:space="0" w:color="auto"/>
                <w:bottom w:val="none" w:sz="0" w:space="0" w:color="auto"/>
                <w:right w:val="none" w:sz="0" w:space="0" w:color="auto"/>
              </w:divBdr>
            </w:div>
          </w:divsChild>
        </w:div>
        <w:div w:id="517426259">
          <w:marLeft w:val="0"/>
          <w:marRight w:val="0"/>
          <w:marTop w:val="0"/>
          <w:marBottom w:val="0"/>
          <w:divBdr>
            <w:top w:val="none" w:sz="0" w:space="0" w:color="auto"/>
            <w:left w:val="none" w:sz="0" w:space="0" w:color="auto"/>
            <w:bottom w:val="none" w:sz="0" w:space="0" w:color="auto"/>
            <w:right w:val="none" w:sz="0" w:space="0" w:color="auto"/>
          </w:divBdr>
          <w:divsChild>
            <w:div w:id="799618229">
              <w:marLeft w:val="0"/>
              <w:marRight w:val="0"/>
              <w:marTop w:val="0"/>
              <w:marBottom w:val="0"/>
              <w:divBdr>
                <w:top w:val="none" w:sz="0" w:space="0" w:color="auto"/>
                <w:left w:val="none" w:sz="0" w:space="0" w:color="auto"/>
                <w:bottom w:val="none" w:sz="0" w:space="0" w:color="auto"/>
                <w:right w:val="none" w:sz="0" w:space="0" w:color="auto"/>
              </w:divBdr>
              <w:divsChild>
                <w:div w:id="477772665">
                  <w:marLeft w:val="0"/>
                  <w:marRight w:val="0"/>
                  <w:marTop w:val="0"/>
                  <w:marBottom w:val="0"/>
                  <w:divBdr>
                    <w:top w:val="none" w:sz="0" w:space="0" w:color="auto"/>
                    <w:left w:val="none" w:sz="0" w:space="0" w:color="auto"/>
                    <w:bottom w:val="none" w:sz="0" w:space="0" w:color="auto"/>
                    <w:right w:val="none" w:sz="0" w:space="0" w:color="auto"/>
                  </w:divBdr>
                  <w:divsChild>
                    <w:div w:id="969825717">
                      <w:marLeft w:val="0"/>
                      <w:marRight w:val="0"/>
                      <w:marTop w:val="0"/>
                      <w:marBottom w:val="0"/>
                      <w:divBdr>
                        <w:top w:val="none" w:sz="0" w:space="0" w:color="auto"/>
                        <w:left w:val="none" w:sz="0" w:space="0" w:color="auto"/>
                        <w:bottom w:val="none" w:sz="0" w:space="0" w:color="auto"/>
                        <w:right w:val="none" w:sz="0" w:space="0" w:color="auto"/>
                      </w:divBdr>
                      <w:divsChild>
                        <w:div w:id="185944667">
                          <w:marLeft w:val="0"/>
                          <w:marRight w:val="0"/>
                          <w:marTop w:val="0"/>
                          <w:marBottom w:val="0"/>
                          <w:divBdr>
                            <w:top w:val="none" w:sz="0" w:space="0" w:color="auto"/>
                            <w:left w:val="none" w:sz="0" w:space="0" w:color="auto"/>
                            <w:bottom w:val="none" w:sz="0" w:space="0" w:color="auto"/>
                            <w:right w:val="none" w:sz="0" w:space="0" w:color="auto"/>
                          </w:divBdr>
                          <w:divsChild>
                            <w:div w:id="888224405">
                              <w:marLeft w:val="0"/>
                              <w:marRight w:val="0"/>
                              <w:marTop w:val="0"/>
                              <w:marBottom w:val="0"/>
                              <w:divBdr>
                                <w:top w:val="none" w:sz="0" w:space="0" w:color="auto"/>
                                <w:left w:val="none" w:sz="0" w:space="0" w:color="auto"/>
                                <w:bottom w:val="none" w:sz="0" w:space="0" w:color="auto"/>
                                <w:right w:val="none" w:sz="0" w:space="0" w:color="auto"/>
                              </w:divBdr>
                            </w:div>
                          </w:divsChild>
                        </w:div>
                        <w:div w:id="1076129591">
                          <w:marLeft w:val="0"/>
                          <w:marRight w:val="0"/>
                          <w:marTop w:val="0"/>
                          <w:marBottom w:val="0"/>
                          <w:divBdr>
                            <w:top w:val="single" w:sz="6" w:space="15" w:color="E8E8E8"/>
                            <w:left w:val="none" w:sz="0" w:space="0" w:color="auto"/>
                            <w:bottom w:val="none" w:sz="0" w:space="0" w:color="auto"/>
                            <w:right w:val="none" w:sz="0" w:space="0" w:color="auto"/>
                          </w:divBdr>
                          <w:divsChild>
                            <w:div w:id="1546796381">
                              <w:marLeft w:val="0"/>
                              <w:marRight w:val="0"/>
                              <w:marTop w:val="0"/>
                              <w:marBottom w:val="0"/>
                              <w:divBdr>
                                <w:top w:val="none" w:sz="0" w:space="0" w:color="auto"/>
                                <w:left w:val="none" w:sz="0" w:space="0" w:color="auto"/>
                                <w:bottom w:val="none" w:sz="0" w:space="0" w:color="auto"/>
                                <w:right w:val="none" w:sz="0" w:space="0" w:color="auto"/>
                              </w:divBdr>
                              <w:divsChild>
                                <w:div w:id="1824349840">
                                  <w:marLeft w:val="0"/>
                                  <w:marRight w:val="0"/>
                                  <w:marTop w:val="0"/>
                                  <w:marBottom w:val="0"/>
                                  <w:divBdr>
                                    <w:top w:val="none" w:sz="0" w:space="0" w:color="auto"/>
                                    <w:left w:val="none" w:sz="0" w:space="0" w:color="auto"/>
                                    <w:bottom w:val="none" w:sz="0" w:space="0" w:color="auto"/>
                                    <w:right w:val="none" w:sz="0" w:space="0" w:color="auto"/>
                                  </w:divBdr>
                                  <w:divsChild>
                                    <w:div w:id="712845379">
                                      <w:marLeft w:val="0"/>
                                      <w:marRight w:val="0"/>
                                      <w:marTop w:val="0"/>
                                      <w:marBottom w:val="0"/>
                                      <w:divBdr>
                                        <w:top w:val="none" w:sz="0" w:space="0" w:color="auto"/>
                                        <w:left w:val="none" w:sz="0" w:space="0" w:color="auto"/>
                                        <w:bottom w:val="none" w:sz="0" w:space="0" w:color="auto"/>
                                        <w:right w:val="none" w:sz="0" w:space="0" w:color="auto"/>
                                      </w:divBdr>
                                      <w:divsChild>
                                        <w:div w:id="605846234">
                                          <w:marLeft w:val="0"/>
                                          <w:marRight w:val="0"/>
                                          <w:marTop w:val="0"/>
                                          <w:marBottom w:val="0"/>
                                          <w:divBdr>
                                            <w:top w:val="none" w:sz="0" w:space="0" w:color="auto"/>
                                            <w:left w:val="none" w:sz="0" w:space="0" w:color="auto"/>
                                            <w:bottom w:val="none" w:sz="0" w:space="0" w:color="auto"/>
                                            <w:right w:val="none" w:sz="0" w:space="0" w:color="auto"/>
                                          </w:divBdr>
                                        </w:div>
                                      </w:divsChild>
                                    </w:div>
                                    <w:div w:id="2003460841">
                                      <w:marLeft w:val="0"/>
                                      <w:marRight w:val="0"/>
                                      <w:marTop w:val="0"/>
                                      <w:marBottom w:val="0"/>
                                      <w:divBdr>
                                        <w:top w:val="none" w:sz="0" w:space="0" w:color="auto"/>
                                        <w:left w:val="none" w:sz="0" w:space="0" w:color="auto"/>
                                        <w:bottom w:val="none" w:sz="0" w:space="0" w:color="auto"/>
                                        <w:right w:val="none" w:sz="0" w:space="0" w:color="auto"/>
                                      </w:divBdr>
                                      <w:divsChild>
                                        <w:div w:id="442455486">
                                          <w:marLeft w:val="0"/>
                                          <w:marRight w:val="0"/>
                                          <w:marTop w:val="390"/>
                                          <w:marBottom w:val="0"/>
                                          <w:divBdr>
                                            <w:top w:val="none" w:sz="0" w:space="0" w:color="auto"/>
                                            <w:left w:val="none" w:sz="0" w:space="0" w:color="auto"/>
                                            <w:bottom w:val="none" w:sz="0" w:space="0" w:color="auto"/>
                                            <w:right w:val="none" w:sz="0" w:space="0" w:color="auto"/>
                                          </w:divBdr>
                                        </w:div>
                                      </w:divsChild>
                                    </w:div>
                                    <w:div w:id="440151887">
                                      <w:marLeft w:val="0"/>
                                      <w:marRight w:val="0"/>
                                      <w:marTop w:val="0"/>
                                      <w:marBottom w:val="0"/>
                                      <w:divBdr>
                                        <w:top w:val="none" w:sz="0" w:space="0" w:color="auto"/>
                                        <w:left w:val="none" w:sz="0" w:space="0" w:color="auto"/>
                                        <w:bottom w:val="none" w:sz="0" w:space="0" w:color="auto"/>
                                        <w:right w:val="none" w:sz="0" w:space="0" w:color="auto"/>
                                      </w:divBdr>
                                      <w:divsChild>
                                        <w:div w:id="48400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1397277">
                      <w:marLeft w:val="0"/>
                      <w:marRight w:val="0"/>
                      <w:marTop w:val="0"/>
                      <w:marBottom w:val="0"/>
                      <w:divBdr>
                        <w:top w:val="none" w:sz="0" w:space="0" w:color="auto"/>
                        <w:left w:val="none" w:sz="0" w:space="0" w:color="auto"/>
                        <w:bottom w:val="none" w:sz="0" w:space="0" w:color="auto"/>
                        <w:right w:val="none" w:sz="0" w:space="0" w:color="auto"/>
                      </w:divBdr>
                      <w:divsChild>
                        <w:div w:id="1265113126">
                          <w:marLeft w:val="0"/>
                          <w:marRight w:val="0"/>
                          <w:marTop w:val="0"/>
                          <w:marBottom w:val="0"/>
                          <w:divBdr>
                            <w:top w:val="none" w:sz="0" w:space="0" w:color="auto"/>
                            <w:left w:val="none" w:sz="0" w:space="0" w:color="auto"/>
                            <w:bottom w:val="none" w:sz="0" w:space="0" w:color="auto"/>
                            <w:right w:val="none" w:sz="0" w:space="0" w:color="auto"/>
                          </w:divBdr>
                          <w:divsChild>
                            <w:div w:id="158544394">
                              <w:marLeft w:val="0"/>
                              <w:marRight w:val="0"/>
                              <w:marTop w:val="0"/>
                              <w:marBottom w:val="0"/>
                              <w:divBdr>
                                <w:top w:val="none" w:sz="0" w:space="0" w:color="auto"/>
                                <w:left w:val="none" w:sz="0" w:space="0" w:color="auto"/>
                                <w:bottom w:val="none" w:sz="0" w:space="0" w:color="auto"/>
                                <w:right w:val="none" w:sz="0" w:space="0" w:color="auto"/>
                              </w:divBdr>
                            </w:div>
                          </w:divsChild>
                        </w:div>
                        <w:div w:id="1056587504">
                          <w:marLeft w:val="0"/>
                          <w:marRight w:val="0"/>
                          <w:marTop w:val="0"/>
                          <w:marBottom w:val="0"/>
                          <w:divBdr>
                            <w:top w:val="single" w:sz="6" w:space="15" w:color="E8E8E8"/>
                            <w:left w:val="none" w:sz="0" w:space="0" w:color="auto"/>
                            <w:bottom w:val="none" w:sz="0" w:space="0" w:color="auto"/>
                            <w:right w:val="none" w:sz="0" w:space="0" w:color="auto"/>
                          </w:divBdr>
                          <w:divsChild>
                            <w:div w:id="835191269">
                              <w:marLeft w:val="0"/>
                              <w:marRight w:val="0"/>
                              <w:marTop w:val="0"/>
                              <w:marBottom w:val="0"/>
                              <w:divBdr>
                                <w:top w:val="none" w:sz="0" w:space="0" w:color="auto"/>
                                <w:left w:val="none" w:sz="0" w:space="0" w:color="auto"/>
                                <w:bottom w:val="none" w:sz="0" w:space="0" w:color="auto"/>
                                <w:right w:val="none" w:sz="0" w:space="0" w:color="auto"/>
                              </w:divBdr>
                              <w:divsChild>
                                <w:div w:id="187374892">
                                  <w:marLeft w:val="0"/>
                                  <w:marRight w:val="0"/>
                                  <w:marTop w:val="0"/>
                                  <w:marBottom w:val="0"/>
                                  <w:divBdr>
                                    <w:top w:val="none" w:sz="0" w:space="0" w:color="auto"/>
                                    <w:left w:val="none" w:sz="0" w:space="0" w:color="auto"/>
                                    <w:bottom w:val="none" w:sz="0" w:space="0" w:color="auto"/>
                                    <w:right w:val="none" w:sz="0" w:space="0" w:color="auto"/>
                                  </w:divBdr>
                                  <w:divsChild>
                                    <w:div w:id="1477140334">
                                      <w:marLeft w:val="0"/>
                                      <w:marRight w:val="0"/>
                                      <w:marTop w:val="0"/>
                                      <w:marBottom w:val="0"/>
                                      <w:divBdr>
                                        <w:top w:val="none" w:sz="0" w:space="0" w:color="auto"/>
                                        <w:left w:val="none" w:sz="0" w:space="0" w:color="auto"/>
                                        <w:bottom w:val="none" w:sz="0" w:space="0" w:color="auto"/>
                                        <w:right w:val="none" w:sz="0" w:space="0" w:color="auto"/>
                                      </w:divBdr>
                                      <w:divsChild>
                                        <w:div w:id="513300595">
                                          <w:marLeft w:val="0"/>
                                          <w:marRight w:val="0"/>
                                          <w:marTop w:val="0"/>
                                          <w:marBottom w:val="0"/>
                                          <w:divBdr>
                                            <w:top w:val="none" w:sz="0" w:space="0" w:color="auto"/>
                                            <w:left w:val="none" w:sz="0" w:space="0" w:color="auto"/>
                                            <w:bottom w:val="none" w:sz="0" w:space="0" w:color="auto"/>
                                            <w:right w:val="none" w:sz="0" w:space="0" w:color="auto"/>
                                          </w:divBdr>
                                        </w:div>
                                      </w:divsChild>
                                    </w:div>
                                    <w:div w:id="1992443544">
                                      <w:marLeft w:val="0"/>
                                      <w:marRight w:val="0"/>
                                      <w:marTop w:val="0"/>
                                      <w:marBottom w:val="0"/>
                                      <w:divBdr>
                                        <w:top w:val="none" w:sz="0" w:space="0" w:color="auto"/>
                                        <w:left w:val="none" w:sz="0" w:space="0" w:color="auto"/>
                                        <w:bottom w:val="none" w:sz="0" w:space="0" w:color="auto"/>
                                        <w:right w:val="none" w:sz="0" w:space="0" w:color="auto"/>
                                      </w:divBdr>
                                      <w:divsChild>
                                        <w:div w:id="605624935">
                                          <w:marLeft w:val="0"/>
                                          <w:marRight w:val="0"/>
                                          <w:marTop w:val="390"/>
                                          <w:marBottom w:val="0"/>
                                          <w:divBdr>
                                            <w:top w:val="none" w:sz="0" w:space="0" w:color="auto"/>
                                            <w:left w:val="none" w:sz="0" w:space="0" w:color="auto"/>
                                            <w:bottom w:val="none" w:sz="0" w:space="0" w:color="auto"/>
                                            <w:right w:val="none" w:sz="0" w:space="0" w:color="auto"/>
                                          </w:divBdr>
                                        </w:div>
                                      </w:divsChild>
                                    </w:div>
                                    <w:div w:id="470486004">
                                      <w:marLeft w:val="0"/>
                                      <w:marRight w:val="0"/>
                                      <w:marTop w:val="0"/>
                                      <w:marBottom w:val="0"/>
                                      <w:divBdr>
                                        <w:top w:val="none" w:sz="0" w:space="0" w:color="auto"/>
                                        <w:left w:val="none" w:sz="0" w:space="0" w:color="auto"/>
                                        <w:bottom w:val="none" w:sz="0" w:space="0" w:color="auto"/>
                                        <w:right w:val="none" w:sz="0" w:space="0" w:color="auto"/>
                                      </w:divBdr>
                                      <w:divsChild>
                                        <w:div w:id="140564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7481442">
                      <w:marLeft w:val="0"/>
                      <w:marRight w:val="0"/>
                      <w:marTop w:val="0"/>
                      <w:marBottom w:val="0"/>
                      <w:divBdr>
                        <w:top w:val="none" w:sz="0" w:space="0" w:color="auto"/>
                        <w:left w:val="none" w:sz="0" w:space="0" w:color="auto"/>
                        <w:bottom w:val="none" w:sz="0" w:space="0" w:color="auto"/>
                        <w:right w:val="none" w:sz="0" w:space="0" w:color="auto"/>
                      </w:divBdr>
                      <w:divsChild>
                        <w:div w:id="514730505">
                          <w:marLeft w:val="0"/>
                          <w:marRight w:val="0"/>
                          <w:marTop w:val="0"/>
                          <w:marBottom w:val="0"/>
                          <w:divBdr>
                            <w:top w:val="none" w:sz="0" w:space="0" w:color="auto"/>
                            <w:left w:val="none" w:sz="0" w:space="0" w:color="auto"/>
                            <w:bottom w:val="none" w:sz="0" w:space="0" w:color="auto"/>
                            <w:right w:val="none" w:sz="0" w:space="0" w:color="auto"/>
                          </w:divBdr>
                          <w:divsChild>
                            <w:div w:id="778836254">
                              <w:marLeft w:val="0"/>
                              <w:marRight w:val="0"/>
                              <w:marTop w:val="0"/>
                              <w:marBottom w:val="0"/>
                              <w:divBdr>
                                <w:top w:val="none" w:sz="0" w:space="0" w:color="auto"/>
                                <w:left w:val="none" w:sz="0" w:space="0" w:color="auto"/>
                                <w:bottom w:val="none" w:sz="0" w:space="0" w:color="auto"/>
                                <w:right w:val="none" w:sz="0" w:space="0" w:color="auto"/>
                              </w:divBdr>
                            </w:div>
                          </w:divsChild>
                        </w:div>
                        <w:div w:id="207648582">
                          <w:marLeft w:val="0"/>
                          <w:marRight w:val="0"/>
                          <w:marTop w:val="0"/>
                          <w:marBottom w:val="0"/>
                          <w:divBdr>
                            <w:top w:val="single" w:sz="6" w:space="15" w:color="E8E8E8"/>
                            <w:left w:val="none" w:sz="0" w:space="0" w:color="auto"/>
                            <w:bottom w:val="none" w:sz="0" w:space="0" w:color="auto"/>
                            <w:right w:val="none" w:sz="0" w:space="0" w:color="auto"/>
                          </w:divBdr>
                          <w:divsChild>
                            <w:div w:id="1494252907">
                              <w:marLeft w:val="0"/>
                              <w:marRight w:val="0"/>
                              <w:marTop w:val="0"/>
                              <w:marBottom w:val="0"/>
                              <w:divBdr>
                                <w:top w:val="none" w:sz="0" w:space="0" w:color="auto"/>
                                <w:left w:val="none" w:sz="0" w:space="0" w:color="auto"/>
                                <w:bottom w:val="none" w:sz="0" w:space="0" w:color="auto"/>
                                <w:right w:val="none" w:sz="0" w:space="0" w:color="auto"/>
                              </w:divBdr>
                              <w:divsChild>
                                <w:div w:id="1562443835">
                                  <w:marLeft w:val="0"/>
                                  <w:marRight w:val="0"/>
                                  <w:marTop w:val="0"/>
                                  <w:marBottom w:val="0"/>
                                  <w:divBdr>
                                    <w:top w:val="none" w:sz="0" w:space="0" w:color="auto"/>
                                    <w:left w:val="none" w:sz="0" w:space="0" w:color="auto"/>
                                    <w:bottom w:val="none" w:sz="0" w:space="0" w:color="auto"/>
                                    <w:right w:val="none" w:sz="0" w:space="0" w:color="auto"/>
                                  </w:divBdr>
                                  <w:divsChild>
                                    <w:div w:id="235941370">
                                      <w:marLeft w:val="0"/>
                                      <w:marRight w:val="0"/>
                                      <w:marTop w:val="0"/>
                                      <w:marBottom w:val="0"/>
                                      <w:divBdr>
                                        <w:top w:val="none" w:sz="0" w:space="0" w:color="auto"/>
                                        <w:left w:val="none" w:sz="0" w:space="0" w:color="auto"/>
                                        <w:bottom w:val="none" w:sz="0" w:space="0" w:color="auto"/>
                                        <w:right w:val="none" w:sz="0" w:space="0" w:color="auto"/>
                                      </w:divBdr>
                                      <w:divsChild>
                                        <w:div w:id="793670194">
                                          <w:marLeft w:val="0"/>
                                          <w:marRight w:val="0"/>
                                          <w:marTop w:val="0"/>
                                          <w:marBottom w:val="0"/>
                                          <w:divBdr>
                                            <w:top w:val="none" w:sz="0" w:space="0" w:color="auto"/>
                                            <w:left w:val="none" w:sz="0" w:space="0" w:color="auto"/>
                                            <w:bottom w:val="none" w:sz="0" w:space="0" w:color="auto"/>
                                            <w:right w:val="none" w:sz="0" w:space="0" w:color="auto"/>
                                          </w:divBdr>
                                        </w:div>
                                      </w:divsChild>
                                    </w:div>
                                    <w:div w:id="1658221154">
                                      <w:marLeft w:val="0"/>
                                      <w:marRight w:val="0"/>
                                      <w:marTop w:val="0"/>
                                      <w:marBottom w:val="0"/>
                                      <w:divBdr>
                                        <w:top w:val="none" w:sz="0" w:space="0" w:color="auto"/>
                                        <w:left w:val="none" w:sz="0" w:space="0" w:color="auto"/>
                                        <w:bottom w:val="none" w:sz="0" w:space="0" w:color="auto"/>
                                        <w:right w:val="none" w:sz="0" w:space="0" w:color="auto"/>
                                      </w:divBdr>
                                      <w:divsChild>
                                        <w:div w:id="1863470845">
                                          <w:marLeft w:val="0"/>
                                          <w:marRight w:val="0"/>
                                          <w:marTop w:val="390"/>
                                          <w:marBottom w:val="0"/>
                                          <w:divBdr>
                                            <w:top w:val="none" w:sz="0" w:space="0" w:color="auto"/>
                                            <w:left w:val="none" w:sz="0" w:space="0" w:color="auto"/>
                                            <w:bottom w:val="none" w:sz="0" w:space="0" w:color="auto"/>
                                            <w:right w:val="none" w:sz="0" w:space="0" w:color="auto"/>
                                          </w:divBdr>
                                        </w:div>
                                      </w:divsChild>
                                    </w:div>
                                    <w:div w:id="1720397870">
                                      <w:marLeft w:val="0"/>
                                      <w:marRight w:val="0"/>
                                      <w:marTop w:val="0"/>
                                      <w:marBottom w:val="0"/>
                                      <w:divBdr>
                                        <w:top w:val="none" w:sz="0" w:space="0" w:color="auto"/>
                                        <w:left w:val="none" w:sz="0" w:space="0" w:color="auto"/>
                                        <w:bottom w:val="none" w:sz="0" w:space="0" w:color="auto"/>
                                        <w:right w:val="none" w:sz="0" w:space="0" w:color="auto"/>
                                      </w:divBdr>
                                      <w:divsChild>
                                        <w:div w:id="53839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2004153">
                      <w:marLeft w:val="0"/>
                      <w:marRight w:val="0"/>
                      <w:marTop w:val="0"/>
                      <w:marBottom w:val="0"/>
                      <w:divBdr>
                        <w:top w:val="none" w:sz="0" w:space="0" w:color="auto"/>
                        <w:left w:val="none" w:sz="0" w:space="0" w:color="auto"/>
                        <w:bottom w:val="none" w:sz="0" w:space="0" w:color="auto"/>
                        <w:right w:val="none" w:sz="0" w:space="0" w:color="auto"/>
                      </w:divBdr>
                      <w:divsChild>
                        <w:div w:id="1988975297">
                          <w:marLeft w:val="0"/>
                          <w:marRight w:val="0"/>
                          <w:marTop w:val="0"/>
                          <w:marBottom w:val="0"/>
                          <w:divBdr>
                            <w:top w:val="none" w:sz="0" w:space="0" w:color="auto"/>
                            <w:left w:val="none" w:sz="0" w:space="0" w:color="auto"/>
                            <w:bottom w:val="none" w:sz="0" w:space="0" w:color="auto"/>
                            <w:right w:val="none" w:sz="0" w:space="0" w:color="auto"/>
                          </w:divBdr>
                          <w:divsChild>
                            <w:div w:id="507597206">
                              <w:marLeft w:val="0"/>
                              <w:marRight w:val="0"/>
                              <w:marTop w:val="0"/>
                              <w:marBottom w:val="0"/>
                              <w:divBdr>
                                <w:top w:val="none" w:sz="0" w:space="0" w:color="auto"/>
                                <w:left w:val="none" w:sz="0" w:space="0" w:color="auto"/>
                                <w:bottom w:val="none" w:sz="0" w:space="0" w:color="auto"/>
                                <w:right w:val="none" w:sz="0" w:space="0" w:color="auto"/>
                              </w:divBdr>
                            </w:div>
                          </w:divsChild>
                        </w:div>
                        <w:div w:id="548995181">
                          <w:marLeft w:val="0"/>
                          <w:marRight w:val="0"/>
                          <w:marTop w:val="0"/>
                          <w:marBottom w:val="0"/>
                          <w:divBdr>
                            <w:top w:val="single" w:sz="6" w:space="15" w:color="E8E8E8"/>
                            <w:left w:val="none" w:sz="0" w:space="0" w:color="auto"/>
                            <w:bottom w:val="none" w:sz="0" w:space="0" w:color="auto"/>
                            <w:right w:val="none" w:sz="0" w:space="0" w:color="auto"/>
                          </w:divBdr>
                          <w:divsChild>
                            <w:div w:id="2054503606">
                              <w:marLeft w:val="0"/>
                              <w:marRight w:val="0"/>
                              <w:marTop w:val="0"/>
                              <w:marBottom w:val="0"/>
                              <w:divBdr>
                                <w:top w:val="none" w:sz="0" w:space="0" w:color="auto"/>
                                <w:left w:val="none" w:sz="0" w:space="0" w:color="auto"/>
                                <w:bottom w:val="none" w:sz="0" w:space="0" w:color="auto"/>
                                <w:right w:val="none" w:sz="0" w:space="0" w:color="auto"/>
                              </w:divBdr>
                              <w:divsChild>
                                <w:div w:id="693921292">
                                  <w:marLeft w:val="0"/>
                                  <w:marRight w:val="0"/>
                                  <w:marTop w:val="0"/>
                                  <w:marBottom w:val="0"/>
                                  <w:divBdr>
                                    <w:top w:val="none" w:sz="0" w:space="0" w:color="auto"/>
                                    <w:left w:val="none" w:sz="0" w:space="0" w:color="auto"/>
                                    <w:bottom w:val="none" w:sz="0" w:space="0" w:color="auto"/>
                                    <w:right w:val="none" w:sz="0" w:space="0" w:color="auto"/>
                                  </w:divBdr>
                                  <w:divsChild>
                                    <w:div w:id="385378785">
                                      <w:marLeft w:val="0"/>
                                      <w:marRight w:val="0"/>
                                      <w:marTop w:val="0"/>
                                      <w:marBottom w:val="0"/>
                                      <w:divBdr>
                                        <w:top w:val="none" w:sz="0" w:space="0" w:color="auto"/>
                                        <w:left w:val="none" w:sz="0" w:space="0" w:color="auto"/>
                                        <w:bottom w:val="none" w:sz="0" w:space="0" w:color="auto"/>
                                        <w:right w:val="none" w:sz="0" w:space="0" w:color="auto"/>
                                      </w:divBdr>
                                      <w:divsChild>
                                        <w:div w:id="2042826133">
                                          <w:marLeft w:val="0"/>
                                          <w:marRight w:val="0"/>
                                          <w:marTop w:val="0"/>
                                          <w:marBottom w:val="0"/>
                                          <w:divBdr>
                                            <w:top w:val="none" w:sz="0" w:space="0" w:color="auto"/>
                                            <w:left w:val="none" w:sz="0" w:space="0" w:color="auto"/>
                                            <w:bottom w:val="none" w:sz="0" w:space="0" w:color="auto"/>
                                            <w:right w:val="none" w:sz="0" w:space="0" w:color="auto"/>
                                          </w:divBdr>
                                        </w:div>
                                      </w:divsChild>
                                    </w:div>
                                    <w:div w:id="1158303949">
                                      <w:marLeft w:val="0"/>
                                      <w:marRight w:val="0"/>
                                      <w:marTop w:val="0"/>
                                      <w:marBottom w:val="0"/>
                                      <w:divBdr>
                                        <w:top w:val="none" w:sz="0" w:space="0" w:color="auto"/>
                                        <w:left w:val="none" w:sz="0" w:space="0" w:color="auto"/>
                                        <w:bottom w:val="none" w:sz="0" w:space="0" w:color="auto"/>
                                        <w:right w:val="none" w:sz="0" w:space="0" w:color="auto"/>
                                      </w:divBdr>
                                      <w:divsChild>
                                        <w:div w:id="91050285">
                                          <w:marLeft w:val="0"/>
                                          <w:marRight w:val="0"/>
                                          <w:marTop w:val="390"/>
                                          <w:marBottom w:val="0"/>
                                          <w:divBdr>
                                            <w:top w:val="none" w:sz="0" w:space="0" w:color="auto"/>
                                            <w:left w:val="none" w:sz="0" w:space="0" w:color="auto"/>
                                            <w:bottom w:val="none" w:sz="0" w:space="0" w:color="auto"/>
                                            <w:right w:val="none" w:sz="0" w:space="0" w:color="auto"/>
                                          </w:divBdr>
                                        </w:div>
                                      </w:divsChild>
                                    </w:div>
                                    <w:div w:id="1488981224">
                                      <w:marLeft w:val="0"/>
                                      <w:marRight w:val="0"/>
                                      <w:marTop w:val="0"/>
                                      <w:marBottom w:val="0"/>
                                      <w:divBdr>
                                        <w:top w:val="none" w:sz="0" w:space="0" w:color="auto"/>
                                        <w:left w:val="none" w:sz="0" w:space="0" w:color="auto"/>
                                        <w:bottom w:val="none" w:sz="0" w:space="0" w:color="auto"/>
                                        <w:right w:val="none" w:sz="0" w:space="0" w:color="auto"/>
                                      </w:divBdr>
                                      <w:divsChild>
                                        <w:div w:id="213663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593293">
                      <w:marLeft w:val="0"/>
                      <w:marRight w:val="0"/>
                      <w:marTop w:val="0"/>
                      <w:marBottom w:val="0"/>
                      <w:divBdr>
                        <w:top w:val="none" w:sz="0" w:space="0" w:color="auto"/>
                        <w:left w:val="none" w:sz="0" w:space="0" w:color="auto"/>
                        <w:bottom w:val="none" w:sz="0" w:space="0" w:color="auto"/>
                        <w:right w:val="none" w:sz="0" w:space="0" w:color="auto"/>
                      </w:divBdr>
                      <w:divsChild>
                        <w:div w:id="1720519676">
                          <w:marLeft w:val="0"/>
                          <w:marRight w:val="0"/>
                          <w:marTop w:val="0"/>
                          <w:marBottom w:val="0"/>
                          <w:divBdr>
                            <w:top w:val="none" w:sz="0" w:space="0" w:color="auto"/>
                            <w:left w:val="none" w:sz="0" w:space="0" w:color="auto"/>
                            <w:bottom w:val="none" w:sz="0" w:space="0" w:color="auto"/>
                            <w:right w:val="none" w:sz="0" w:space="0" w:color="auto"/>
                          </w:divBdr>
                          <w:divsChild>
                            <w:div w:id="798035698">
                              <w:marLeft w:val="0"/>
                              <w:marRight w:val="0"/>
                              <w:marTop w:val="0"/>
                              <w:marBottom w:val="0"/>
                              <w:divBdr>
                                <w:top w:val="none" w:sz="0" w:space="0" w:color="auto"/>
                                <w:left w:val="none" w:sz="0" w:space="0" w:color="auto"/>
                                <w:bottom w:val="none" w:sz="0" w:space="0" w:color="auto"/>
                                <w:right w:val="none" w:sz="0" w:space="0" w:color="auto"/>
                              </w:divBdr>
                            </w:div>
                          </w:divsChild>
                        </w:div>
                        <w:div w:id="849834072">
                          <w:marLeft w:val="0"/>
                          <w:marRight w:val="0"/>
                          <w:marTop w:val="0"/>
                          <w:marBottom w:val="0"/>
                          <w:divBdr>
                            <w:top w:val="single" w:sz="6" w:space="15" w:color="E8E8E8"/>
                            <w:left w:val="none" w:sz="0" w:space="0" w:color="auto"/>
                            <w:bottom w:val="none" w:sz="0" w:space="0" w:color="auto"/>
                            <w:right w:val="none" w:sz="0" w:space="0" w:color="auto"/>
                          </w:divBdr>
                          <w:divsChild>
                            <w:div w:id="888297426">
                              <w:marLeft w:val="0"/>
                              <w:marRight w:val="0"/>
                              <w:marTop w:val="0"/>
                              <w:marBottom w:val="0"/>
                              <w:divBdr>
                                <w:top w:val="none" w:sz="0" w:space="0" w:color="auto"/>
                                <w:left w:val="none" w:sz="0" w:space="0" w:color="auto"/>
                                <w:bottom w:val="none" w:sz="0" w:space="0" w:color="auto"/>
                                <w:right w:val="none" w:sz="0" w:space="0" w:color="auto"/>
                              </w:divBdr>
                              <w:divsChild>
                                <w:div w:id="870193061">
                                  <w:marLeft w:val="0"/>
                                  <w:marRight w:val="0"/>
                                  <w:marTop w:val="0"/>
                                  <w:marBottom w:val="0"/>
                                  <w:divBdr>
                                    <w:top w:val="none" w:sz="0" w:space="0" w:color="auto"/>
                                    <w:left w:val="none" w:sz="0" w:space="0" w:color="auto"/>
                                    <w:bottom w:val="none" w:sz="0" w:space="0" w:color="auto"/>
                                    <w:right w:val="none" w:sz="0" w:space="0" w:color="auto"/>
                                  </w:divBdr>
                                  <w:divsChild>
                                    <w:div w:id="1700617444">
                                      <w:marLeft w:val="0"/>
                                      <w:marRight w:val="0"/>
                                      <w:marTop w:val="0"/>
                                      <w:marBottom w:val="0"/>
                                      <w:divBdr>
                                        <w:top w:val="none" w:sz="0" w:space="0" w:color="auto"/>
                                        <w:left w:val="none" w:sz="0" w:space="0" w:color="auto"/>
                                        <w:bottom w:val="none" w:sz="0" w:space="0" w:color="auto"/>
                                        <w:right w:val="none" w:sz="0" w:space="0" w:color="auto"/>
                                      </w:divBdr>
                                      <w:divsChild>
                                        <w:div w:id="166627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67980040">
      <w:bodyDiv w:val="1"/>
      <w:marLeft w:val="0"/>
      <w:marRight w:val="0"/>
      <w:marTop w:val="0"/>
      <w:marBottom w:val="0"/>
      <w:divBdr>
        <w:top w:val="none" w:sz="0" w:space="0" w:color="auto"/>
        <w:left w:val="none" w:sz="0" w:space="0" w:color="auto"/>
        <w:bottom w:val="none" w:sz="0" w:space="0" w:color="auto"/>
        <w:right w:val="none" w:sz="0" w:space="0" w:color="auto"/>
      </w:divBdr>
      <w:divsChild>
        <w:div w:id="1336372475">
          <w:marLeft w:val="0"/>
          <w:marRight w:val="0"/>
          <w:marTop w:val="0"/>
          <w:marBottom w:val="0"/>
          <w:divBdr>
            <w:top w:val="none" w:sz="0" w:space="0" w:color="auto"/>
            <w:left w:val="none" w:sz="0" w:space="0" w:color="auto"/>
            <w:bottom w:val="none" w:sz="0" w:space="0" w:color="auto"/>
            <w:right w:val="none" w:sz="0" w:space="0" w:color="auto"/>
          </w:divBdr>
          <w:divsChild>
            <w:div w:id="516624591">
              <w:marLeft w:val="0"/>
              <w:marRight w:val="0"/>
              <w:marTop w:val="0"/>
              <w:marBottom w:val="0"/>
              <w:divBdr>
                <w:top w:val="none" w:sz="0" w:space="0" w:color="auto"/>
                <w:left w:val="none" w:sz="0" w:space="0" w:color="auto"/>
                <w:bottom w:val="none" w:sz="0" w:space="0" w:color="auto"/>
                <w:right w:val="none" w:sz="0" w:space="0" w:color="auto"/>
              </w:divBdr>
              <w:divsChild>
                <w:div w:id="1365330870">
                  <w:marLeft w:val="0"/>
                  <w:marRight w:val="0"/>
                  <w:marTop w:val="0"/>
                  <w:marBottom w:val="0"/>
                  <w:divBdr>
                    <w:top w:val="none" w:sz="0" w:space="0" w:color="auto"/>
                    <w:left w:val="none" w:sz="0" w:space="0" w:color="auto"/>
                    <w:bottom w:val="none" w:sz="0" w:space="0" w:color="auto"/>
                    <w:right w:val="none" w:sz="0" w:space="0" w:color="auto"/>
                  </w:divBdr>
                </w:div>
              </w:divsChild>
            </w:div>
            <w:div w:id="732698371">
              <w:marLeft w:val="0"/>
              <w:marRight w:val="0"/>
              <w:marTop w:val="0"/>
              <w:marBottom w:val="0"/>
              <w:divBdr>
                <w:top w:val="single" w:sz="6" w:space="15" w:color="E8E8E8"/>
                <w:left w:val="none" w:sz="0" w:space="0" w:color="auto"/>
                <w:bottom w:val="none" w:sz="0" w:space="0" w:color="auto"/>
                <w:right w:val="none" w:sz="0" w:space="0" w:color="auto"/>
              </w:divBdr>
              <w:divsChild>
                <w:div w:id="1653024842">
                  <w:marLeft w:val="0"/>
                  <w:marRight w:val="0"/>
                  <w:marTop w:val="0"/>
                  <w:marBottom w:val="0"/>
                  <w:divBdr>
                    <w:top w:val="none" w:sz="0" w:space="0" w:color="auto"/>
                    <w:left w:val="none" w:sz="0" w:space="0" w:color="auto"/>
                    <w:bottom w:val="none" w:sz="0" w:space="0" w:color="auto"/>
                    <w:right w:val="none" w:sz="0" w:space="0" w:color="auto"/>
                  </w:divBdr>
                  <w:divsChild>
                    <w:div w:id="1315529537">
                      <w:marLeft w:val="0"/>
                      <w:marRight w:val="0"/>
                      <w:marTop w:val="0"/>
                      <w:marBottom w:val="0"/>
                      <w:divBdr>
                        <w:top w:val="none" w:sz="0" w:space="0" w:color="auto"/>
                        <w:left w:val="none" w:sz="0" w:space="0" w:color="auto"/>
                        <w:bottom w:val="none" w:sz="0" w:space="0" w:color="auto"/>
                        <w:right w:val="none" w:sz="0" w:space="0" w:color="auto"/>
                      </w:divBdr>
                      <w:divsChild>
                        <w:div w:id="536167082">
                          <w:marLeft w:val="0"/>
                          <w:marRight w:val="0"/>
                          <w:marTop w:val="0"/>
                          <w:marBottom w:val="0"/>
                          <w:divBdr>
                            <w:top w:val="none" w:sz="0" w:space="0" w:color="auto"/>
                            <w:left w:val="none" w:sz="0" w:space="0" w:color="auto"/>
                            <w:bottom w:val="none" w:sz="0" w:space="0" w:color="auto"/>
                            <w:right w:val="none" w:sz="0" w:space="0" w:color="auto"/>
                          </w:divBdr>
                          <w:divsChild>
                            <w:div w:id="1508642231">
                              <w:marLeft w:val="0"/>
                              <w:marRight w:val="0"/>
                              <w:marTop w:val="150"/>
                              <w:marBottom w:val="0"/>
                              <w:divBdr>
                                <w:top w:val="none" w:sz="0" w:space="0" w:color="auto"/>
                                <w:left w:val="none" w:sz="0" w:space="0" w:color="auto"/>
                                <w:bottom w:val="none" w:sz="0" w:space="0" w:color="auto"/>
                                <w:right w:val="none" w:sz="0" w:space="0" w:color="auto"/>
                              </w:divBdr>
                            </w:div>
                          </w:divsChild>
                        </w:div>
                        <w:div w:id="383142229">
                          <w:marLeft w:val="0"/>
                          <w:marRight w:val="0"/>
                          <w:marTop w:val="0"/>
                          <w:marBottom w:val="0"/>
                          <w:divBdr>
                            <w:top w:val="none" w:sz="0" w:space="0" w:color="auto"/>
                            <w:left w:val="none" w:sz="0" w:space="0" w:color="auto"/>
                            <w:bottom w:val="none" w:sz="0" w:space="0" w:color="auto"/>
                            <w:right w:val="none" w:sz="0" w:space="0" w:color="auto"/>
                          </w:divBdr>
                          <w:divsChild>
                            <w:div w:id="685521591">
                              <w:marLeft w:val="0"/>
                              <w:marRight w:val="0"/>
                              <w:marTop w:val="0"/>
                              <w:marBottom w:val="0"/>
                              <w:divBdr>
                                <w:top w:val="none" w:sz="0" w:space="0" w:color="auto"/>
                                <w:left w:val="none" w:sz="0" w:space="0" w:color="auto"/>
                                <w:bottom w:val="none" w:sz="0" w:space="0" w:color="auto"/>
                                <w:right w:val="none" w:sz="0" w:space="0" w:color="auto"/>
                              </w:divBdr>
                            </w:div>
                          </w:divsChild>
                        </w:div>
                        <w:div w:id="1912808514">
                          <w:marLeft w:val="0"/>
                          <w:marRight w:val="0"/>
                          <w:marTop w:val="0"/>
                          <w:marBottom w:val="0"/>
                          <w:divBdr>
                            <w:top w:val="none" w:sz="0" w:space="0" w:color="auto"/>
                            <w:left w:val="none" w:sz="0" w:space="0" w:color="auto"/>
                            <w:bottom w:val="none" w:sz="0" w:space="0" w:color="auto"/>
                            <w:right w:val="none" w:sz="0" w:space="0" w:color="auto"/>
                          </w:divBdr>
                          <w:divsChild>
                            <w:div w:id="1752507798">
                              <w:marLeft w:val="0"/>
                              <w:marRight w:val="0"/>
                              <w:marTop w:val="150"/>
                              <w:marBottom w:val="0"/>
                              <w:divBdr>
                                <w:top w:val="none" w:sz="0" w:space="0" w:color="auto"/>
                                <w:left w:val="none" w:sz="0" w:space="0" w:color="auto"/>
                                <w:bottom w:val="none" w:sz="0" w:space="0" w:color="auto"/>
                                <w:right w:val="none" w:sz="0" w:space="0" w:color="auto"/>
                              </w:divBdr>
                            </w:div>
                          </w:divsChild>
                        </w:div>
                        <w:div w:id="1246576920">
                          <w:marLeft w:val="0"/>
                          <w:marRight w:val="0"/>
                          <w:marTop w:val="0"/>
                          <w:marBottom w:val="0"/>
                          <w:divBdr>
                            <w:top w:val="none" w:sz="0" w:space="0" w:color="auto"/>
                            <w:left w:val="none" w:sz="0" w:space="0" w:color="auto"/>
                            <w:bottom w:val="none" w:sz="0" w:space="0" w:color="auto"/>
                            <w:right w:val="none" w:sz="0" w:space="0" w:color="auto"/>
                          </w:divBdr>
                          <w:divsChild>
                            <w:div w:id="1934046344">
                              <w:marLeft w:val="0"/>
                              <w:marRight w:val="0"/>
                              <w:marTop w:val="0"/>
                              <w:marBottom w:val="0"/>
                              <w:divBdr>
                                <w:top w:val="none" w:sz="0" w:space="0" w:color="auto"/>
                                <w:left w:val="none" w:sz="0" w:space="0" w:color="auto"/>
                                <w:bottom w:val="none" w:sz="0" w:space="0" w:color="auto"/>
                                <w:right w:val="none" w:sz="0" w:space="0" w:color="auto"/>
                              </w:divBdr>
                            </w:div>
                          </w:divsChild>
                        </w:div>
                        <w:div w:id="1315798680">
                          <w:marLeft w:val="0"/>
                          <w:marRight w:val="0"/>
                          <w:marTop w:val="0"/>
                          <w:marBottom w:val="0"/>
                          <w:divBdr>
                            <w:top w:val="none" w:sz="0" w:space="0" w:color="auto"/>
                            <w:left w:val="none" w:sz="0" w:space="0" w:color="auto"/>
                            <w:bottom w:val="none" w:sz="0" w:space="0" w:color="auto"/>
                            <w:right w:val="none" w:sz="0" w:space="0" w:color="auto"/>
                          </w:divBdr>
                          <w:divsChild>
                            <w:div w:id="1577476245">
                              <w:marLeft w:val="0"/>
                              <w:marRight w:val="0"/>
                              <w:marTop w:val="390"/>
                              <w:marBottom w:val="0"/>
                              <w:divBdr>
                                <w:top w:val="none" w:sz="0" w:space="0" w:color="auto"/>
                                <w:left w:val="none" w:sz="0" w:space="0" w:color="auto"/>
                                <w:bottom w:val="none" w:sz="0" w:space="0" w:color="auto"/>
                                <w:right w:val="none" w:sz="0" w:space="0" w:color="auto"/>
                              </w:divBdr>
                            </w:div>
                          </w:divsChild>
                        </w:div>
                        <w:div w:id="1884245141">
                          <w:marLeft w:val="0"/>
                          <w:marRight w:val="0"/>
                          <w:marTop w:val="0"/>
                          <w:marBottom w:val="0"/>
                          <w:divBdr>
                            <w:top w:val="none" w:sz="0" w:space="0" w:color="auto"/>
                            <w:left w:val="none" w:sz="0" w:space="0" w:color="auto"/>
                            <w:bottom w:val="none" w:sz="0" w:space="0" w:color="auto"/>
                            <w:right w:val="none" w:sz="0" w:space="0" w:color="auto"/>
                          </w:divBdr>
                          <w:divsChild>
                            <w:div w:id="1246527206">
                              <w:marLeft w:val="0"/>
                              <w:marRight w:val="0"/>
                              <w:marTop w:val="0"/>
                              <w:marBottom w:val="0"/>
                              <w:divBdr>
                                <w:top w:val="none" w:sz="0" w:space="0" w:color="auto"/>
                                <w:left w:val="none" w:sz="0" w:space="0" w:color="auto"/>
                                <w:bottom w:val="none" w:sz="0" w:space="0" w:color="auto"/>
                                <w:right w:val="none" w:sz="0" w:space="0" w:color="auto"/>
                              </w:divBdr>
                            </w:div>
                          </w:divsChild>
                        </w:div>
                        <w:div w:id="1374884828">
                          <w:marLeft w:val="0"/>
                          <w:marRight w:val="0"/>
                          <w:marTop w:val="0"/>
                          <w:marBottom w:val="0"/>
                          <w:divBdr>
                            <w:top w:val="none" w:sz="0" w:space="0" w:color="auto"/>
                            <w:left w:val="none" w:sz="0" w:space="0" w:color="auto"/>
                            <w:bottom w:val="none" w:sz="0" w:space="0" w:color="auto"/>
                            <w:right w:val="none" w:sz="0" w:space="0" w:color="auto"/>
                          </w:divBdr>
                          <w:divsChild>
                            <w:div w:id="491213268">
                              <w:marLeft w:val="0"/>
                              <w:marRight w:val="0"/>
                              <w:marTop w:val="390"/>
                              <w:marBottom w:val="0"/>
                              <w:divBdr>
                                <w:top w:val="none" w:sz="0" w:space="0" w:color="auto"/>
                                <w:left w:val="none" w:sz="0" w:space="0" w:color="auto"/>
                                <w:bottom w:val="none" w:sz="0" w:space="0" w:color="auto"/>
                                <w:right w:val="none" w:sz="0" w:space="0" w:color="auto"/>
                              </w:divBdr>
                            </w:div>
                          </w:divsChild>
                        </w:div>
                        <w:div w:id="51269396">
                          <w:marLeft w:val="0"/>
                          <w:marRight w:val="0"/>
                          <w:marTop w:val="0"/>
                          <w:marBottom w:val="0"/>
                          <w:divBdr>
                            <w:top w:val="none" w:sz="0" w:space="0" w:color="auto"/>
                            <w:left w:val="none" w:sz="0" w:space="0" w:color="auto"/>
                            <w:bottom w:val="none" w:sz="0" w:space="0" w:color="auto"/>
                            <w:right w:val="none" w:sz="0" w:space="0" w:color="auto"/>
                          </w:divBdr>
                          <w:divsChild>
                            <w:div w:id="114034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793826">
          <w:marLeft w:val="0"/>
          <w:marRight w:val="0"/>
          <w:marTop w:val="0"/>
          <w:marBottom w:val="0"/>
          <w:divBdr>
            <w:top w:val="none" w:sz="0" w:space="0" w:color="auto"/>
            <w:left w:val="none" w:sz="0" w:space="0" w:color="auto"/>
            <w:bottom w:val="none" w:sz="0" w:space="0" w:color="auto"/>
            <w:right w:val="none" w:sz="0" w:space="0" w:color="auto"/>
          </w:divBdr>
          <w:divsChild>
            <w:div w:id="2083330246">
              <w:marLeft w:val="0"/>
              <w:marRight w:val="0"/>
              <w:marTop w:val="0"/>
              <w:marBottom w:val="0"/>
              <w:divBdr>
                <w:top w:val="none" w:sz="0" w:space="0" w:color="auto"/>
                <w:left w:val="none" w:sz="0" w:space="0" w:color="auto"/>
                <w:bottom w:val="none" w:sz="0" w:space="0" w:color="auto"/>
                <w:right w:val="none" w:sz="0" w:space="0" w:color="auto"/>
              </w:divBdr>
              <w:divsChild>
                <w:div w:id="134492727">
                  <w:marLeft w:val="0"/>
                  <w:marRight w:val="0"/>
                  <w:marTop w:val="0"/>
                  <w:marBottom w:val="0"/>
                  <w:divBdr>
                    <w:top w:val="none" w:sz="0" w:space="0" w:color="auto"/>
                    <w:left w:val="none" w:sz="0" w:space="0" w:color="auto"/>
                    <w:bottom w:val="none" w:sz="0" w:space="0" w:color="auto"/>
                    <w:right w:val="none" w:sz="0" w:space="0" w:color="auto"/>
                  </w:divBdr>
                </w:div>
              </w:divsChild>
            </w:div>
            <w:div w:id="1691755607">
              <w:marLeft w:val="0"/>
              <w:marRight w:val="0"/>
              <w:marTop w:val="0"/>
              <w:marBottom w:val="0"/>
              <w:divBdr>
                <w:top w:val="single" w:sz="6" w:space="15" w:color="E8E8E8"/>
                <w:left w:val="none" w:sz="0" w:space="0" w:color="auto"/>
                <w:bottom w:val="none" w:sz="0" w:space="0" w:color="auto"/>
                <w:right w:val="none" w:sz="0" w:space="0" w:color="auto"/>
              </w:divBdr>
              <w:divsChild>
                <w:div w:id="611669267">
                  <w:marLeft w:val="0"/>
                  <w:marRight w:val="0"/>
                  <w:marTop w:val="0"/>
                  <w:marBottom w:val="0"/>
                  <w:divBdr>
                    <w:top w:val="none" w:sz="0" w:space="0" w:color="auto"/>
                    <w:left w:val="none" w:sz="0" w:space="0" w:color="auto"/>
                    <w:bottom w:val="none" w:sz="0" w:space="0" w:color="auto"/>
                    <w:right w:val="none" w:sz="0" w:space="0" w:color="auto"/>
                  </w:divBdr>
                  <w:divsChild>
                    <w:div w:id="355468419">
                      <w:marLeft w:val="0"/>
                      <w:marRight w:val="0"/>
                      <w:marTop w:val="0"/>
                      <w:marBottom w:val="0"/>
                      <w:divBdr>
                        <w:top w:val="none" w:sz="0" w:space="0" w:color="auto"/>
                        <w:left w:val="none" w:sz="0" w:space="0" w:color="auto"/>
                        <w:bottom w:val="none" w:sz="0" w:space="0" w:color="auto"/>
                        <w:right w:val="none" w:sz="0" w:space="0" w:color="auto"/>
                      </w:divBdr>
                      <w:divsChild>
                        <w:div w:id="1261648671">
                          <w:marLeft w:val="0"/>
                          <w:marRight w:val="0"/>
                          <w:marTop w:val="0"/>
                          <w:marBottom w:val="0"/>
                          <w:divBdr>
                            <w:top w:val="none" w:sz="0" w:space="0" w:color="auto"/>
                            <w:left w:val="none" w:sz="0" w:space="0" w:color="auto"/>
                            <w:bottom w:val="none" w:sz="0" w:space="0" w:color="auto"/>
                            <w:right w:val="none" w:sz="0" w:space="0" w:color="auto"/>
                          </w:divBdr>
                          <w:divsChild>
                            <w:div w:id="1839614012">
                              <w:marLeft w:val="0"/>
                              <w:marRight w:val="0"/>
                              <w:marTop w:val="150"/>
                              <w:marBottom w:val="0"/>
                              <w:divBdr>
                                <w:top w:val="none" w:sz="0" w:space="0" w:color="auto"/>
                                <w:left w:val="none" w:sz="0" w:space="0" w:color="auto"/>
                                <w:bottom w:val="none" w:sz="0" w:space="0" w:color="auto"/>
                                <w:right w:val="none" w:sz="0" w:space="0" w:color="auto"/>
                              </w:divBdr>
                            </w:div>
                          </w:divsChild>
                        </w:div>
                        <w:div w:id="903374553">
                          <w:marLeft w:val="0"/>
                          <w:marRight w:val="0"/>
                          <w:marTop w:val="0"/>
                          <w:marBottom w:val="0"/>
                          <w:divBdr>
                            <w:top w:val="none" w:sz="0" w:space="0" w:color="auto"/>
                            <w:left w:val="none" w:sz="0" w:space="0" w:color="auto"/>
                            <w:bottom w:val="none" w:sz="0" w:space="0" w:color="auto"/>
                            <w:right w:val="none" w:sz="0" w:space="0" w:color="auto"/>
                          </w:divBdr>
                          <w:divsChild>
                            <w:div w:id="1167553435">
                              <w:marLeft w:val="0"/>
                              <w:marRight w:val="0"/>
                              <w:marTop w:val="0"/>
                              <w:marBottom w:val="0"/>
                              <w:divBdr>
                                <w:top w:val="none" w:sz="0" w:space="0" w:color="auto"/>
                                <w:left w:val="none" w:sz="0" w:space="0" w:color="auto"/>
                                <w:bottom w:val="none" w:sz="0" w:space="0" w:color="auto"/>
                                <w:right w:val="none" w:sz="0" w:space="0" w:color="auto"/>
                              </w:divBdr>
                            </w:div>
                          </w:divsChild>
                        </w:div>
                        <w:div w:id="1487549685">
                          <w:marLeft w:val="0"/>
                          <w:marRight w:val="0"/>
                          <w:marTop w:val="0"/>
                          <w:marBottom w:val="0"/>
                          <w:divBdr>
                            <w:top w:val="none" w:sz="0" w:space="0" w:color="auto"/>
                            <w:left w:val="none" w:sz="0" w:space="0" w:color="auto"/>
                            <w:bottom w:val="none" w:sz="0" w:space="0" w:color="auto"/>
                            <w:right w:val="none" w:sz="0" w:space="0" w:color="auto"/>
                          </w:divBdr>
                          <w:divsChild>
                            <w:div w:id="1075664881">
                              <w:marLeft w:val="0"/>
                              <w:marRight w:val="0"/>
                              <w:marTop w:val="150"/>
                              <w:marBottom w:val="0"/>
                              <w:divBdr>
                                <w:top w:val="none" w:sz="0" w:space="0" w:color="auto"/>
                                <w:left w:val="none" w:sz="0" w:space="0" w:color="auto"/>
                                <w:bottom w:val="none" w:sz="0" w:space="0" w:color="auto"/>
                                <w:right w:val="none" w:sz="0" w:space="0" w:color="auto"/>
                              </w:divBdr>
                            </w:div>
                          </w:divsChild>
                        </w:div>
                        <w:div w:id="246421699">
                          <w:marLeft w:val="0"/>
                          <w:marRight w:val="0"/>
                          <w:marTop w:val="0"/>
                          <w:marBottom w:val="0"/>
                          <w:divBdr>
                            <w:top w:val="none" w:sz="0" w:space="0" w:color="auto"/>
                            <w:left w:val="none" w:sz="0" w:space="0" w:color="auto"/>
                            <w:bottom w:val="none" w:sz="0" w:space="0" w:color="auto"/>
                            <w:right w:val="none" w:sz="0" w:space="0" w:color="auto"/>
                          </w:divBdr>
                          <w:divsChild>
                            <w:div w:id="1619141571">
                              <w:marLeft w:val="0"/>
                              <w:marRight w:val="0"/>
                              <w:marTop w:val="0"/>
                              <w:marBottom w:val="0"/>
                              <w:divBdr>
                                <w:top w:val="none" w:sz="0" w:space="0" w:color="auto"/>
                                <w:left w:val="none" w:sz="0" w:space="0" w:color="auto"/>
                                <w:bottom w:val="none" w:sz="0" w:space="0" w:color="auto"/>
                                <w:right w:val="none" w:sz="0" w:space="0" w:color="auto"/>
                              </w:divBdr>
                            </w:div>
                          </w:divsChild>
                        </w:div>
                        <w:div w:id="1785611517">
                          <w:marLeft w:val="0"/>
                          <w:marRight w:val="0"/>
                          <w:marTop w:val="0"/>
                          <w:marBottom w:val="0"/>
                          <w:divBdr>
                            <w:top w:val="none" w:sz="0" w:space="0" w:color="auto"/>
                            <w:left w:val="none" w:sz="0" w:space="0" w:color="auto"/>
                            <w:bottom w:val="none" w:sz="0" w:space="0" w:color="auto"/>
                            <w:right w:val="none" w:sz="0" w:space="0" w:color="auto"/>
                          </w:divBdr>
                          <w:divsChild>
                            <w:div w:id="2006282000">
                              <w:marLeft w:val="0"/>
                              <w:marRight w:val="0"/>
                              <w:marTop w:val="390"/>
                              <w:marBottom w:val="0"/>
                              <w:divBdr>
                                <w:top w:val="none" w:sz="0" w:space="0" w:color="auto"/>
                                <w:left w:val="none" w:sz="0" w:space="0" w:color="auto"/>
                                <w:bottom w:val="none" w:sz="0" w:space="0" w:color="auto"/>
                                <w:right w:val="none" w:sz="0" w:space="0" w:color="auto"/>
                              </w:divBdr>
                            </w:div>
                          </w:divsChild>
                        </w:div>
                        <w:div w:id="427312225">
                          <w:marLeft w:val="0"/>
                          <w:marRight w:val="0"/>
                          <w:marTop w:val="0"/>
                          <w:marBottom w:val="0"/>
                          <w:divBdr>
                            <w:top w:val="none" w:sz="0" w:space="0" w:color="auto"/>
                            <w:left w:val="none" w:sz="0" w:space="0" w:color="auto"/>
                            <w:bottom w:val="none" w:sz="0" w:space="0" w:color="auto"/>
                            <w:right w:val="none" w:sz="0" w:space="0" w:color="auto"/>
                          </w:divBdr>
                          <w:divsChild>
                            <w:div w:id="1989550430">
                              <w:marLeft w:val="0"/>
                              <w:marRight w:val="0"/>
                              <w:marTop w:val="0"/>
                              <w:marBottom w:val="0"/>
                              <w:divBdr>
                                <w:top w:val="none" w:sz="0" w:space="0" w:color="auto"/>
                                <w:left w:val="none" w:sz="0" w:space="0" w:color="auto"/>
                                <w:bottom w:val="none" w:sz="0" w:space="0" w:color="auto"/>
                                <w:right w:val="none" w:sz="0" w:space="0" w:color="auto"/>
                              </w:divBdr>
                            </w:div>
                          </w:divsChild>
                        </w:div>
                        <w:div w:id="1630933430">
                          <w:marLeft w:val="0"/>
                          <w:marRight w:val="0"/>
                          <w:marTop w:val="0"/>
                          <w:marBottom w:val="0"/>
                          <w:divBdr>
                            <w:top w:val="none" w:sz="0" w:space="0" w:color="auto"/>
                            <w:left w:val="none" w:sz="0" w:space="0" w:color="auto"/>
                            <w:bottom w:val="none" w:sz="0" w:space="0" w:color="auto"/>
                            <w:right w:val="none" w:sz="0" w:space="0" w:color="auto"/>
                          </w:divBdr>
                          <w:divsChild>
                            <w:div w:id="1228419335">
                              <w:marLeft w:val="0"/>
                              <w:marRight w:val="0"/>
                              <w:marTop w:val="390"/>
                              <w:marBottom w:val="0"/>
                              <w:divBdr>
                                <w:top w:val="none" w:sz="0" w:space="0" w:color="auto"/>
                                <w:left w:val="none" w:sz="0" w:space="0" w:color="auto"/>
                                <w:bottom w:val="none" w:sz="0" w:space="0" w:color="auto"/>
                                <w:right w:val="none" w:sz="0" w:space="0" w:color="auto"/>
                              </w:divBdr>
                            </w:div>
                          </w:divsChild>
                        </w:div>
                        <w:div w:id="1343509971">
                          <w:marLeft w:val="0"/>
                          <w:marRight w:val="0"/>
                          <w:marTop w:val="0"/>
                          <w:marBottom w:val="0"/>
                          <w:divBdr>
                            <w:top w:val="none" w:sz="0" w:space="0" w:color="auto"/>
                            <w:left w:val="none" w:sz="0" w:space="0" w:color="auto"/>
                            <w:bottom w:val="none" w:sz="0" w:space="0" w:color="auto"/>
                            <w:right w:val="none" w:sz="0" w:space="0" w:color="auto"/>
                          </w:divBdr>
                          <w:divsChild>
                            <w:div w:id="88178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168740">
          <w:marLeft w:val="0"/>
          <w:marRight w:val="0"/>
          <w:marTop w:val="0"/>
          <w:marBottom w:val="0"/>
          <w:divBdr>
            <w:top w:val="none" w:sz="0" w:space="0" w:color="auto"/>
            <w:left w:val="none" w:sz="0" w:space="0" w:color="auto"/>
            <w:bottom w:val="none" w:sz="0" w:space="0" w:color="auto"/>
            <w:right w:val="none" w:sz="0" w:space="0" w:color="auto"/>
          </w:divBdr>
          <w:divsChild>
            <w:div w:id="1934783277">
              <w:marLeft w:val="0"/>
              <w:marRight w:val="0"/>
              <w:marTop w:val="0"/>
              <w:marBottom w:val="0"/>
              <w:divBdr>
                <w:top w:val="none" w:sz="0" w:space="0" w:color="auto"/>
                <w:left w:val="none" w:sz="0" w:space="0" w:color="auto"/>
                <w:bottom w:val="none" w:sz="0" w:space="0" w:color="auto"/>
                <w:right w:val="none" w:sz="0" w:space="0" w:color="auto"/>
              </w:divBdr>
              <w:divsChild>
                <w:div w:id="2072464726">
                  <w:marLeft w:val="0"/>
                  <w:marRight w:val="0"/>
                  <w:marTop w:val="0"/>
                  <w:marBottom w:val="0"/>
                  <w:divBdr>
                    <w:top w:val="none" w:sz="0" w:space="0" w:color="auto"/>
                    <w:left w:val="none" w:sz="0" w:space="0" w:color="auto"/>
                    <w:bottom w:val="none" w:sz="0" w:space="0" w:color="auto"/>
                    <w:right w:val="none" w:sz="0" w:space="0" w:color="auto"/>
                  </w:divBdr>
                </w:div>
              </w:divsChild>
            </w:div>
            <w:div w:id="119031153">
              <w:marLeft w:val="0"/>
              <w:marRight w:val="0"/>
              <w:marTop w:val="0"/>
              <w:marBottom w:val="0"/>
              <w:divBdr>
                <w:top w:val="single" w:sz="6" w:space="15" w:color="E8E8E8"/>
                <w:left w:val="none" w:sz="0" w:space="0" w:color="auto"/>
                <w:bottom w:val="none" w:sz="0" w:space="0" w:color="auto"/>
                <w:right w:val="none" w:sz="0" w:space="0" w:color="auto"/>
              </w:divBdr>
              <w:divsChild>
                <w:div w:id="170999332">
                  <w:marLeft w:val="0"/>
                  <w:marRight w:val="0"/>
                  <w:marTop w:val="0"/>
                  <w:marBottom w:val="0"/>
                  <w:divBdr>
                    <w:top w:val="none" w:sz="0" w:space="0" w:color="auto"/>
                    <w:left w:val="none" w:sz="0" w:space="0" w:color="auto"/>
                    <w:bottom w:val="none" w:sz="0" w:space="0" w:color="auto"/>
                    <w:right w:val="none" w:sz="0" w:space="0" w:color="auto"/>
                  </w:divBdr>
                  <w:divsChild>
                    <w:div w:id="694623251">
                      <w:marLeft w:val="0"/>
                      <w:marRight w:val="0"/>
                      <w:marTop w:val="0"/>
                      <w:marBottom w:val="0"/>
                      <w:divBdr>
                        <w:top w:val="none" w:sz="0" w:space="0" w:color="auto"/>
                        <w:left w:val="none" w:sz="0" w:space="0" w:color="auto"/>
                        <w:bottom w:val="none" w:sz="0" w:space="0" w:color="auto"/>
                        <w:right w:val="none" w:sz="0" w:space="0" w:color="auto"/>
                      </w:divBdr>
                      <w:divsChild>
                        <w:div w:id="1699962820">
                          <w:marLeft w:val="0"/>
                          <w:marRight w:val="0"/>
                          <w:marTop w:val="0"/>
                          <w:marBottom w:val="0"/>
                          <w:divBdr>
                            <w:top w:val="none" w:sz="0" w:space="0" w:color="auto"/>
                            <w:left w:val="none" w:sz="0" w:space="0" w:color="auto"/>
                            <w:bottom w:val="none" w:sz="0" w:space="0" w:color="auto"/>
                            <w:right w:val="none" w:sz="0" w:space="0" w:color="auto"/>
                          </w:divBdr>
                          <w:divsChild>
                            <w:div w:id="698361878">
                              <w:marLeft w:val="0"/>
                              <w:marRight w:val="0"/>
                              <w:marTop w:val="150"/>
                              <w:marBottom w:val="0"/>
                              <w:divBdr>
                                <w:top w:val="none" w:sz="0" w:space="0" w:color="auto"/>
                                <w:left w:val="none" w:sz="0" w:space="0" w:color="auto"/>
                                <w:bottom w:val="none" w:sz="0" w:space="0" w:color="auto"/>
                                <w:right w:val="none" w:sz="0" w:space="0" w:color="auto"/>
                              </w:divBdr>
                            </w:div>
                          </w:divsChild>
                        </w:div>
                        <w:div w:id="1139297234">
                          <w:marLeft w:val="0"/>
                          <w:marRight w:val="0"/>
                          <w:marTop w:val="0"/>
                          <w:marBottom w:val="0"/>
                          <w:divBdr>
                            <w:top w:val="none" w:sz="0" w:space="0" w:color="auto"/>
                            <w:left w:val="none" w:sz="0" w:space="0" w:color="auto"/>
                            <w:bottom w:val="none" w:sz="0" w:space="0" w:color="auto"/>
                            <w:right w:val="none" w:sz="0" w:space="0" w:color="auto"/>
                          </w:divBdr>
                          <w:divsChild>
                            <w:div w:id="207256189">
                              <w:marLeft w:val="0"/>
                              <w:marRight w:val="0"/>
                              <w:marTop w:val="0"/>
                              <w:marBottom w:val="0"/>
                              <w:divBdr>
                                <w:top w:val="none" w:sz="0" w:space="0" w:color="auto"/>
                                <w:left w:val="none" w:sz="0" w:space="0" w:color="auto"/>
                                <w:bottom w:val="none" w:sz="0" w:space="0" w:color="auto"/>
                                <w:right w:val="none" w:sz="0" w:space="0" w:color="auto"/>
                              </w:divBdr>
                            </w:div>
                          </w:divsChild>
                        </w:div>
                        <w:div w:id="1261185588">
                          <w:marLeft w:val="0"/>
                          <w:marRight w:val="0"/>
                          <w:marTop w:val="0"/>
                          <w:marBottom w:val="0"/>
                          <w:divBdr>
                            <w:top w:val="none" w:sz="0" w:space="0" w:color="auto"/>
                            <w:left w:val="none" w:sz="0" w:space="0" w:color="auto"/>
                            <w:bottom w:val="none" w:sz="0" w:space="0" w:color="auto"/>
                            <w:right w:val="none" w:sz="0" w:space="0" w:color="auto"/>
                          </w:divBdr>
                          <w:divsChild>
                            <w:div w:id="1174153197">
                              <w:marLeft w:val="0"/>
                              <w:marRight w:val="0"/>
                              <w:marTop w:val="150"/>
                              <w:marBottom w:val="0"/>
                              <w:divBdr>
                                <w:top w:val="none" w:sz="0" w:space="0" w:color="auto"/>
                                <w:left w:val="none" w:sz="0" w:space="0" w:color="auto"/>
                                <w:bottom w:val="none" w:sz="0" w:space="0" w:color="auto"/>
                                <w:right w:val="none" w:sz="0" w:space="0" w:color="auto"/>
                              </w:divBdr>
                            </w:div>
                          </w:divsChild>
                        </w:div>
                        <w:div w:id="2069649115">
                          <w:marLeft w:val="0"/>
                          <w:marRight w:val="0"/>
                          <w:marTop w:val="0"/>
                          <w:marBottom w:val="0"/>
                          <w:divBdr>
                            <w:top w:val="none" w:sz="0" w:space="0" w:color="auto"/>
                            <w:left w:val="none" w:sz="0" w:space="0" w:color="auto"/>
                            <w:bottom w:val="none" w:sz="0" w:space="0" w:color="auto"/>
                            <w:right w:val="none" w:sz="0" w:space="0" w:color="auto"/>
                          </w:divBdr>
                          <w:divsChild>
                            <w:div w:id="1837918432">
                              <w:marLeft w:val="0"/>
                              <w:marRight w:val="0"/>
                              <w:marTop w:val="0"/>
                              <w:marBottom w:val="0"/>
                              <w:divBdr>
                                <w:top w:val="none" w:sz="0" w:space="0" w:color="auto"/>
                                <w:left w:val="none" w:sz="0" w:space="0" w:color="auto"/>
                                <w:bottom w:val="none" w:sz="0" w:space="0" w:color="auto"/>
                                <w:right w:val="none" w:sz="0" w:space="0" w:color="auto"/>
                              </w:divBdr>
                            </w:div>
                          </w:divsChild>
                        </w:div>
                        <w:div w:id="1252086340">
                          <w:marLeft w:val="0"/>
                          <w:marRight w:val="0"/>
                          <w:marTop w:val="0"/>
                          <w:marBottom w:val="0"/>
                          <w:divBdr>
                            <w:top w:val="none" w:sz="0" w:space="0" w:color="auto"/>
                            <w:left w:val="none" w:sz="0" w:space="0" w:color="auto"/>
                            <w:bottom w:val="none" w:sz="0" w:space="0" w:color="auto"/>
                            <w:right w:val="none" w:sz="0" w:space="0" w:color="auto"/>
                          </w:divBdr>
                          <w:divsChild>
                            <w:div w:id="675962205">
                              <w:marLeft w:val="0"/>
                              <w:marRight w:val="0"/>
                              <w:marTop w:val="390"/>
                              <w:marBottom w:val="0"/>
                              <w:divBdr>
                                <w:top w:val="none" w:sz="0" w:space="0" w:color="auto"/>
                                <w:left w:val="none" w:sz="0" w:space="0" w:color="auto"/>
                                <w:bottom w:val="none" w:sz="0" w:space="0" w:color="auto"/>
                                <w:right w:val="none" w:sz="0" w:space="0" w:color="auto"/>
                              </w:divBdr>
                            </w:div>
                          </w:divsChild>
                        </w:div>
                        <w:div w:id="886602799">
                          <w:marLeft w:val="0"/>
                          <w:marRight w:val="0"/>
                          <w:marTop w:val="0"/>
                          <w:marBottom w:val="0"/>
                          <w:divBdr>
                            <w:top w:val="none" w:sz="0" w:space="0" w:color="auto"/>
                            <w:left w:val="none" w:sz="0" w:space="0" w:color="auto"/>
                            <w:bottom w:val="none" w:sz="0" w:space="0" w:color="auto"/>
                            <w:right w:val="none" w:sz="0" w:space="0" w:color="auto"/>
                          </w:divBdr>
                          <w:divsChild>
                            <w:div w:id="992559467">
                              <w:marLeft w:val="0"/>
                              <w:marRight w:val="0"/>
                              <w:marTop w:val="0"/>
                              <w:marBottom w:val="0"/>
                              <w:divBdr>
                                <w:top w:val="none" w:sz="0" w:space="0" w:color="auto"/>
                                <w:left w:val="none" w:sz="0" w:space="0" w:color="auto"/>
                                <w:bottom w:val="none" w:sz="0" w:space="0" w:color="auto"/>
                                <w:right w:val="none" w:sz="0" w:space="0" w:color="auto"/>
                              </w:divBdr>
                            </w:div>
                          </w:divsChild>
                        </w:div>
                        <w:div w:id="117142924">
                          <w:marLeft w:val="0"/>
                          <w:marRight w:val="0"/>
                          <w:marTop w:val="0"/>
                          <w:marBottom w:val="0"/>
                          <w:divBdr>
                            <w:top w:val="none" w:sz="0" w:space="0" w:color="auto"/>
                            <w:left w:val="none" w:sz="0" w:space="0" w:color="auto"/>
                            <w:bottom w:val="none" w:sz="0" w:space="0" w:color="auto"/>
                            <w:right w:val="none" w:sz="0" w:space="0" w:color="auto"/>
                          </w:divBdr>
                          <w:divsChild>
                            <w:div w:id="847870251">
                              <w:marLeft w:val="0"/>
                              <w:marRight w:val="0"/>
                              <w:marTop w:val="390"/>
                              <w:marBottom w:val="0"/>
                              <w:divBdr>
                                <w:top w:val="none" w:sz="0" w:space="0" w:color="auto"/>
                                <w:left w:val="none" w:sz="0" w:space="0" w:color="auto"/>
                                <w:bottom w:val="none" w:sz="0" w:space="0" w:color="auto"/>
                                <w:right w:val="none" w:sz="0" w:space="0" w:color="auto"/>
                              </w:divBdr>
                            </w:div>
                          </w:divsChild>
                        </w:div>
                        <w:div w:id="1988506472">
                          <w:marLeft w:val="0"/>
                          <w:marRight w:val="0"/>
                          <w:marTop w:val="0"/>
                          <w:marBottom w:val="0"/>
                          <w:divBdr>
                            <w:top w:val="none" w:sz="0" w:space="0" w:color="auto"/>
                            <w:left w:val="none" w:sz="0" w:space="0" w:color="auto"/>
                            <w:bottom w:val="none" w:sz="0" w:space="0" w:color="auto"/>
                            <w:right w:val="none" w:sz="0" w:space="0" w:color="auto"/>
                          </w:divBdr>
                          <w:divsChild>
                            <w:div w:id="192911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6939496">
          <w:marLeft w:val="0"/>
          <w:marRight w:val="0"/>
          <w:marTop w:val="0"/>
          <w:marBottom w:val="0"/>
          <w:divBdr>
            <w:top w:val="none" w:sz="0" w:space="0" w:color="auto"/>
            <w:left w:val="none" w:sz="0" w:space="0" w:color="auto"/>
            <w:bottom w:val="none" w:sz="0" w:space="0" w:color="auto"/>
            <w:right w:val="none" w:sz="0" w:space="0" w:color="auto"/>
          </w:divBdr>
          <w:divsChild>
            <w:div w:id="138426863">
              <w:marLeft w:val="0"/>
              <w:marRight w:val="0"/>
              <w:marTop w:val="0"/>
              <w:marBottom w:val="0"/>
              <w:divBdr>
                <w:top w:val="none" w:sz="0" w:space="0" w:color="auto"/>
                <w:left w:val="none" w:sz="0" w:space="0" w:color="auto"/>
                <w:bottom w:val="none" w:sz="0" w:space="0" w:color="auto"/>
                <w:right w:val="none" w:sz="0" w:space="0" w:color="auto"/>
              </w:divBdr>
              <w:divsChild>
                <w:div w:id="1200896214">
                  <w:marLeft w:val="0"/>
                  <w:marRight w:val="0"/>
                  <w:marTop w:val="0"/>
                  <w:marBottom w:val="0"/>
                  <w:divBdr>
                    <w:top w:val="none" w:sz="0" w:space="0" w:color="auto"/>
                    <w:left w:val="none" w:sz="0" w:space="0" w:color="auto"/>
                    <w:bottom w:val="none" w:sz="0" w:space="0" w:color="auto"/>
                    <w:right w:val="none" w:sz="0" w:space="0" w:color="auto"/>
                  </w:divBdr>
                </w:div>
              </w:divsChild>
            </w:div>
            <w:div w:id="661664732">
              <w:marLeft w:val="0"/>
              <w:marRight w:val="0"/>
              <w:marTop w:val="0"/>
              <w:marBottom w:val="0"/>
              <w:divBdr>
                <w:top w:val="single" w:sz="6" w:space="15" w:color="E8E8E8"/>
                <w:left w:val="none" w:sz="0" w:space="0" w:color="auto"/>
                <w:bottom w:val="none" w:sz="0" w:space="0" w:color="auto"/>
                <w:right w:val="none" w:sz="0" w:space="0" w:color="auto"/>
              </w:divBdr>
              <w:divsChild>
                <w:div w:id="670572774">
                  <w:marLeft w:val="0"/>
                  <w:marRight w:val="0"/>
                  <w:marTop w:val="0"/>
                  <w:marBottom w:val="0"/>
                  <w:divBdr>
                    <w:top w:val="none" w:sz="0" w:space="0" w:color="auto"/>
                    <w:left w:val="none" w:sz="0" w:space="0" w:color="auto"/>
                    <w:bottom w:val="none" w:sz="0" w:space="0" w:color="auto"/>
                    <w:right w:val="none" w:sz="0" w:space="0" w:color="auto"/>
                  </w:divBdr>
                  <w:divsChild>
                    <w:div w:id="672991694">
                      <w:marLeft w:val="0"/>
                      <w:marRight w:val="0"/>
                      <w:marTop w:val="0"/>
                      <w:marBottom w:val="0"/>
                      <w:divBdr>
                        <w:top w:val="none" w:sz="0" w:space="0" w:color="auto"/>
                        <w:left w:val="none" w:sz="0" w:space="0" w:color="auto"/>
                        <w:bottom w:val="none" w:sz="0" w:space="0" w:color="auto"/>
                        <w:right w:val="none" w:sz="0" w:space="0" w:color="auto"/>
                      </w:divBdr>
                      <w:divsChild>
                        <w:div w:id="1003359249">
                          <w:marLeft w:val="0"/>
                          <w:marRight w:val="0"/>
                          <w:marTop w:val="0"/>
                          <w:marBottom w:val="0"/>
                          <w:divBdr>
                            <w:top w:val="none" w:sz="0" w:space="0" w:color="auto"/>
                            <w:left w:val="none" w:sz="0" w:space="0" w:color="auto"/>
                            <w:bottom w:val="none" w:sz="0" w:space="0" w:color="auto"/>
                            <w:right w:val="none" w:sz="0" w:space="0" w:color="auto"/>
                          </w:divBdr>
                          <w:divsChild>
                            <w:div w:id="830682357">
                              <w:marLeft w:val="0"/>
                              <w:marRight w:val="0"/>
                              <w:marTop w:val="150"/>
                              <w:marBottom w:val="0"/>
                              <w:divBdr>
                                <w:top w:val="none" w:sz="0" w:space="0" w:color="auto"/>
                                <w:left w:val="none" w:sz="0" w:space="0" w:color="auto"/>
                                <w:bottom w:val="none" w:sz="0" w:space="0" w:color="auto"/>
                                <w:right w:val="none" w:sz="0" w:space="0" w:color="auto"/>
                              </w:divBdr>
                            </w:div>
                          </w:divsChild>
                        </w:div>
                        <w:div w:id="1977296279">
                          <w:marLeft w:val="0"/>
                          <w:marRight w:val="0"/>
                          <w:marTop w:val="0"/>
                          <w:marBottom w:val="0"/>
                          <w:divBdr>
                            <w:top w:val="none" w:sz="0" w:space="0" w:color="auto"/>
                            <w:left w:val="none" w:sz="0" w:space="0" w:color="auto"/>
                            <w:bottom w:val="none" w:sz="0" w:space="0" w:color="auto"/>
                            <w:right w:val="none" w:sz="0" w:space="0" w:color="auto"/>
                          </w:divBdr>
                          <w:divsChild>
                            <w:div w:id="1619875886">
                              <w:marLeft w:val="0"/>
                              <w:marRight w:val="0"/>
                              <w:marTop w:val="0"/>
                              <w:marBottom w:val="0"/>
                              <w:divBdr>
                                <w:top w:val="none" w:sz="0" w:space="0" w:color="auto"/>
                                <w:left w:val="none" w:sz="0" w:space="0" w:color="auto"/>
                                <w:bottom w:val="none" w:sz="0" w:space="0" w:color="auto"/>
                                <w:right w:val="none" w:sz="0" w:space="0" w:color="auto"/>
                              </w:divBdr>
                            </w:div>
                          </w:divsChild>
                        </w:div>
                        <w:div w:id="210271609">
                          <w:marLeft w:val="0"/>
                          <w:marRight w:val="0"/>
                          <w:marTop w:val="0"/>
                          <w:marBottom w:val="0"/>
                          <w:divBdr>
                            <w:top w:val="none" w:sz="0" w:space="0" w:color="auto"/>
                            <w:left w:val="none" w:sz="0" w:space="0" w:color="auto"/>
                            <w:bottom w:val="none" w:sz="0" w:space="0" w:color="auto"/>
                            <w:right w:val="none" w:sz="0" w:space="0" w:color="auto"/>
                          </w:divBdr>
                          <w:divsChild>
                            <w:div w:id="837035778">
                              <w:marLeft w:val="0"/>
                              <w:marRight w:val="0"/>
                              <w:marTop w:val="150"/>
                              <w:marBottom w:val="0"/>
                              <w:divBdr>
                                <w:top w:val="none" w:sz="0" w:space="0" w:color="auto"/>
                                <w:left w:val="none" w:sz="0" w:space="0" w:color="auto"/>
                                <w:bottom w:val="none" w:sz="0" w:space="0" w:color="auto"/>
                                <w:right w:val="none" w:sz="0" w:space="0" w:color="auto"/>
                              </w:divBdr>
                            </w:div>
                          </w:divsChild>
                        </w:div>
                        <w:div w:id="1294479798">
                          <w:marLeft w:val="0"/>
                          <w:marRight w:val="0"/>
                          <w:marTop w:val="0"/>
                          <w:marBottom w:val="0"/>
                          <w:divBdr>
                            <w:top w:val="none" w:sz="0" w:space="0" w:color="auto"/>
                            <w:left w:val="none" w:sz="0" w:space="0" w:color="auto"/>
                            <w:bottom w:val="none" w:sz="0" w:space="0" w:color="auto"/>
                            <w:right w:val="none" w:sz="0" w:space="0" w:color="auto"/>
                          </w:divBdr>
                          <w:divsChild>
                            <w:div w:id="1921013308">
                              <w:marLeft w:val="0"/>
                              <w:marRight w:val="0"/>
                              <w:marTop w:val="0"/>
                              <w:marBottom w:val="0"/>
                              <w:divBdr>
                                <w:top w:val="none" w:sz="0" w:space="0" w:color="auto"/>
                                <w:left w:val="none" w:sz="0" w:space="0" w:color="auto"/>
                                <w:bottom w:val="none" w:sz="0" w:space="0" w:color="auto"/>
                                <w:right w:val="none" w:sz="0" w:space="0" w:color="auto"/>
                              </w:divBdr>
                            </w:div>
                          </w:divsChild>
                        </w:div>
                        <w:div w:id="2026983084">
                          <w:marLeft w:val="0"/>
                          <w:marRight w:val="0"/>
                          <w:marTop w:val="0"/>
                          <w:marBottom w:val="0"/>
                          <w:divBdr>
                            <w:top w:val="none" w:sz="0" w:space="0" w:color="auto"/>
                            <w:left w:val="none" w:sz="0" w:space="0" w:color="auto"/>
                            <w:bottom w:val="none" w:sz="0" w:space="0" w:color="auto"/>
                            <w:right w:val="none" w:sz="0" w:space="0" w:color="auto"/>
                          </w:divBdr>
                          <w:divsChild>
                            <w:div w:id="392778003">
                              <w:marLeft w:val="0"/>
                              <w:marRight w:val="0"/>
                              <w:marTop w:val="390"/>
                              <w:marBottom w:val="0"/>
                              <w:divBdr>
                                <w:top w:val="none" w:sz="0" w:space="0" w:color="auto"/>
                                <w:left w:val="none" w:sz="0" w:space="0" w:color="auto"/>
                                <w:bottom w:val="none" w:sz="0" w:space="0" w:color="auto"/>
                                <w:right w:val="none" w:sz="0" w:space="0" w:color="auto"/>
                              </w:divBdr>
                            </w:div>
                          </w:divsChild>
                        </w:div>
                        <w:div w:id="457259464">
                          <w:marLeft w:val="0"/>
                          <w:marRight w:val="0"/>
                          <w:marTop w:val="0"/>
                          <w:marBottom w:val="0"/>
                          <w:divBdr>
                            <w:top w:val="none" w:sz="0" w:space="0" w:color="auto"/>
                            <w:left w:val="none" w:sz="0" w:space="0" w:color="auto"/>
                            <w:bottom w:val="none" w:sz="0" w:space="0" w:color="auto"/>
                            <w:right w:val="none" w:sz="0" w:space="0" w:color="auto"/>
                          </w:divBdr>
                          <w:divsChild>
                            <w:div w:id="974870722">
                              <w:marLeft w:val="0"/>
                              <w:marRight w:val="0"/>
                              <w:marTop w:val="0"/>
                              <w:marBottom w:val="0"/>
                              <w:divBdr>
                                <w:top w:val="none" w:sz="0" w:space="0" w:color="auto"/>
                                <w:left w:val="none" w:sz="0" w:space="0" w:color="auto"/>
                                <w:bottom w:val="none" w:sz="0" w:space="0" w:color="auto"/>
                                <w:right w:val="none" w:sz="0" w:space="0" w:color="auto"/>
                              </w:divBdr>
                            </w:div>
                          </w:divsChild>
                        </w:div>
                        <w:div w:id="1797064011">
                          <w:marLeft w:val="0"/>
                          <w:marRight w:val="0"/>
                          <w:marTop w:val="0"/>
                          <w:marBottom w:val="0"/>
                          <w:divBdr>
                            <w:top w:val="none" w:sz="0" w:space="0" w:color="auto"/>
                            <w:left w:val="none" w:sz="0" w:space="0" w:color="auto"/>
                            <w:bottom w:val="none" w:sz="0" w:space="0" w:color="auto"/>
                            <w:right w:val="none" w:sz="0" w:space="0" w:color="auto"/>
                          </w:divBdr>
                          <w:divsChild>
                            <w:div w:id="1326276334">
                              <w:marLeft w:val="0"/>
                              <w:marRight w:val="0"/>
                              <w:marTop w:val="390"/>
                              <w:marBottom w:val="0"/>
                              <w:divBdr>
                                <w:top w:val="none" w:sz="0" w:space="0" w:color="auto"/>
                                <w:left w:val="none" w:sz="0" w:space="0" w:color="auto"/>
                                <w:bottom w:val="none" w:sz="0" w:space="0" w:color="auto"/>
                                <w:right w:val="none" w:sz="0" w:space="0" w:color="auto"/>
                              </w:divBdr>
                            </w:div>
                          </w:divsChild>
                        </w:div>
                        <w:div w:id="331178585">
                          <w:marLeft w:val="0"/>
                          <w:marRight w:val="0"/>
                          <w:marTop w:val="0"/>
                          <w:marBottom w:val="0"/>
                          <w:divBdr>
                            <w:top w:val="none" w:sz="0" w:space="0" w:color="auto"/>
                            <w:left w:val="none" w:sz="0" w:space="0" w:color="auto"/>
                            <w:bottom w:val="none" w:sz="0" w:space="0" w:color="auto"/>
                            <w:right w:val="none" w:sz="0" w:space="0" w:color="auto"/>
                          </w:divBdr>
                          <w:divsChild>
                            <w:div w:id="80334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0279509">
      <w:bodyDiv w:val="1"/>
      <w:marLeft w:val="0"/>
      <w:marRight w:val="0"/>
      <w:marTop w:val="0"/>
      <w:marBottom w:val="0"/>
      <w:divBdr>
        <w:top w:val="none" w:sz="0" w:space="0" w:color="auto"/>
        <w:left w:val="none" w:sz="0" w:space="0" w:color="auto"/>
        <w:bottom w:val="none" w:sz="0" w:space="0" w:color="auto"/>
        <w:right w:val="none" w:sz="0" w:space="0" w:color="auto"/>
      </w:divBdr>
      <w:divsChild>
        <w:div w:id="187181288">
          <w:marLeft w:val="0"/>
          <w:marRight w:val="0"/>
          <w:marTop w:val="0"/>
          <w:marBottom w:val="0"/>
          <w:divBdr>
            <w:top w:val="none" w:sz="0" w:space="0" w:color="auto"/>
            <w:left w:val="none" w:sz="0" w:space="0" w:color="auto"/>
            <w:bottom w:val="none" w:sz="0" w:space="0" w:color="auto"/>
            <w:right w:val="none" w:sz="0" w:space="0" w:color="auto"/>
          </w:divBdr>
          <w:divsChild>
            <w:div w:id="1381436741">
              <w:marLeft w:val="0"/>
              <w:marRight w:val="0"/>
              <w:marTop w:val="0"/>
              <w:marBottom w:val="0"/>
              <w:divBdr>
                <w:top w:val="none" w:sz="0" w:space="0" w:color="auto"/>
                <w:left w:val="none" w:sz="0" w:space="0" w:color="auto"/>
                <w:bottom w:val="none" w:sz="0" w:space="0" w:color="auto"/>
                <w:right w:val="none" w:sz="0" w:space="0" w:color="auto"/>
              </w:divBdr>
            </w:div>
          </w:divsChild>
        </w:div>
        <w:div w:id="2034838756">
          <w:marLeft w:val="0"/>
          <w:marRight w:val="0"/>
          <w:marTop w:val="0"/>
          <w:marBottom w:val="0"/>
          <w:divBdr>
            <w:top w:val="single" w:sz="6" w:space="15" w:color="E8E8E8"/>
            <w:left w:val="none" w:sz="0" w:space="0" w:color="auto"/>
            <w:bottom w:val="none" w:sz="0" w:space="0" w:color="auto"/>
            <w:right w:val="none" w:sz="0" w:space="0" w:color="auto"/>
          </w:divBdr>
          <w:divsChild>
            <w:div w:id="688719906">
              <w:marLeft w:val="0"/>
              <w:marRight w:val="0"/>
              <w:marTop w:val="0"/>
              <w:marBottom w:val="0"/>
              <w:divBdr>
                <w:top w:val="none" w:sz="0" w:space="0" w:color="auto"/>
                <w:left w:val="none" w:sz="0" w:space="0" w:color="auto"/>
                <w:bottom w:val="none" w:sz="0" w:space="0" w:color="auto"/>
                <w:right w:val="none" w:sz="0" w:space="0" w:color="auto"/>
              </w:divBdr>
              <w:divsChild>
                <w:div w:id="1470854510">
                  <w:marLeft w:val="0"/>
                  <w:marRight w:val="0"/>
                  <w:marTop w:val="0"/>
                  <w:marBottom w:val="0"/>
                  <w:divBdr>
                    <w:top w:val="none" w:sz="0" w:space="0" w:color="auto"/>
                    <w:left w:val="none" w:sz="0" w:space="0" w:color="auto"/>
                    <w:bottom w:val="none" w:sz="0" w:space="0" w:color="auto"/>
                    <w:right w:val="none" w:sz="0" w:space="0" w:color="auto"/>
                  </w:divBdr>
                  <w:divsChild>
                    <w:div w:id="93982093">
                      <w:marLeft w:val="0"/>
                      <w:marRight w:val="0"/>
                      <w:marTop w:val="0"/>
                      <w:marBottom w:val="0"/>
                      <w:divBdr>
                        <w:top w:val="none" w:sz="0" w:space="0" w:color="auto"/>
                        <w:left w:val="none" w:sz="0" w:space="0" w:color="auto"/>
                        <w:bottom w:val="none" w:sz="0" w:space="0" w:color="auto"/>
                        <w:right w:val="none" w:sz="0" w:space="0" w:color="auto"/>
                      </w:divBdr>
                      <w:divsChild>
                        <w:div w:id="1474327176">
                          <w:marLeft w:val="0"/>
                          <w:marRight w:val="0"/>
                          <w:marTop w:val="0"/>
                          <w:marBottom w:val="0"/>
                          <w:divBdr>
                            <w:top w:val="none" w:sz="0" w:space="0" w:color="auto"/>
                            <w:left w:val="none" w:sz="0" w:space="0" w:color="auto"/>
                            <w:bottom w:val="none" w:sz="0" w:space="0" w:color="auto"/>
                            <w:right w:val="none" w:sz="0" w:space="0" w:color="auto"/>
                          </w:divBdr>
                        </w:div>
                      </w:divsChild>
                    </w:div>
                    <w:div w:id="19815989">
                      <w:marLeft w:val="0"/>
                      <w:marRight w:val="0"/>
                      <w:marTop w:val="0"/>
                      <w:marBottom w:val="0"/>
                      <w:divBdr>
                        <w:top w:val="none" w:sz="0" w:space="0" w:color="auto"/>
                        <w:left w:val="none" w:sz="0" w:space="0" w:color="auto"/>
                        <w:bottom w:val="none" w:sz="0" w:space="0" w:color="auto"/>
                        <w:right w:val="none" w:sz="0" w:space="0" w:color="auto"/>
                      </w:divBdr>
                      <w:divsChild>
                        <w:div w:id="1818112670">
                          <w:marLeft w:val="0"/>
                          <w:marRight w:val="0"/>
                          <w:marTop w:val="0"/>
                          <w:marBottom w:val="0"/>
                          <w:divBdr>
                            <w:top w:val="none" w:sz="0" w:space="0" w:color="auto"/>
                            <w:left w:val="none" w:sz="0" w:space="0" w:color="auto"/>
                            <w:bottom w:val="none" w:sz="0" w:space="0" w:color="auto"/>
                            <w:right w:val="none" w:sz="0" w:space="0" w:color="auto"/>
                          </w:divBdr>
                        </w:div>
                      </w:divsChild>
                    </w:div>
                    <w:div w:id="1392190951">
                      <w:marLeft w:val="0"/>
                      <w:marRight w:val="0"/>
                      <w:marTop w:val="0"/>
                      <w:marBottom w:val="0"/>
                      <w:divBdr>
                        <w:top w:val="none" w:sz="0" w:space="0" w:color="auto"/>
                        <w:left w:val="none" w:sz="0" w:space="0" w:color="auto"/>
                        <w:bottom w:val="none" w:sz="0" w:space="0" w:color="auto"/>
                        <w:right w:val="none" w:sz="0" w:space="0" w:color="auto"/>
                      </w:divBdr>
                      <w:divsChild>
                        <w:div w:id="888686055">
                          <w:marLeft w:val="0"/>
                          <w:marRight w:val="0"/>
                          <w:marTop w:val="150"/>
                          <w:marBottom w:val="0"/>
                          <w:divBdr>
                            <w:top w:val="none" w:sz="0" w:space="0" w:color="auto"/>
                            <w:left w:val="none" w:sz="0" w:space="0" w:color="auto"/>
                            <w:bottom w:val="none" w:sz="0" w:space="0" w:color="auto"/>
                            <w:right w:val="none" w:sz="0" w:space="0" w:color="auto"/>
                          </w:divBdr>
                        </w:div>
                      </w:divsChild>
                    </w:div>
                    <w:div w:id="951786801">
                      <w:marLeft w:val="0"/>
                      <w:marRight w:val="0"/>
                      <w:marTop w:val="0"/>
                      <w:marBottom w:val="0"/>
                      <w:divBdr>
                        <w:top w:val="none" w:sz="0" w:space="0" w:color="auto"/>
                        <w:left w:val="none" w:sz="0" w:space="0" w:color="auto"/>
                        <w:bottom w:val="none" w:sz="0" w:space="0" w:color="auto"/>
                        <w:right w:val="none" w:sz="0" w:space="0" w:color="auto"/>
                      </w:divBdr>
                      <w:divsChild>
                        <w:div w:id="599411692">
                          <w:marLeft w:val="0"/>
                          <w:marRight w:val="0"/>
                          <w:marTop w:val="0"/>
                          <w:marBottom w:val="0"/>
                          <w:divBdr>
                            <w:top w:val="none" w:sz="0" w:space="0" w:color="auto"/>
                            <w:left w:val="none" w:sz="0" w:space="0" w:color="auto"/>
                            <w:bottom w:val="none" w:sz="0" w:space="0" w:color="auto"/>
                            <w:right w:val="none" w:sz="0" w:space="0" w:color="auto"/>
                          </w:divBdr>
                        </w:div>
                      </w:divsChild>
                    </w:div>
                    <w:div w:id="857545727">
                      <w:marLeft w:val="0"/>
                      <w:marRight w:val="0"/>
                      <w:marTop w:val="0"/>
                      <w:marBottom w:val="0"/>
                      <w:divBdr>
                        <w:top w:val="none" w:sz="0" w:space="0" w:color="auto"/>
                        <w:left w:val="none" w:sz="0" w:space="0" w:color="auto"/>
                        <w:bottom w:val="none" w:sz="0" w:space="0" w:color="auto"/>
                        <w:right w:val="none" w:sz="0" w:space="0" w:color="auto"/>
                      </w:divBdr>
                      <w:divsChild>
                        <w:div w:id="1703288512">
                          <w:marLeft w:val="0"/>
                          <w:marRight w:val="0"/>
                          <w:marTop w:val="390"/>
                          <w:marBottom w:val="0"/>
                          <w:divBdr>
                            <w:top w:val="none" w:sz="0" w:space="0" w:color="auto"/>
                            <w:left w:val="none" w:sz="0" w:space="0" w:color="auto"/>
                            <w:bottom w:val="none" w:sz="0" w:space="0" w:color="auto"/>
                            <w:right w:val="none" w:sz="0" w:space="0" w:color="auto"/>
                          </w:divBdr>
                        </w:div>
                      </w:divsChild>
                    </w:div>
                    <w:div w:id="930167758">
                      <w:marLeft w:val="0"/>
                      <w:marRight w:val="0"/>
                      <w:marTop w:val="0"/>
                      <w:marBottom w:val="0"/>
                      <w:divBdr>
                        <w:top w:val="none" w:sz="0" w:space="0" w:color="auto"/>
                        <w:left w:val="none" w:sz="0" w:space="0" w:color="auto"/>
                        <w:bottom w:val="none" w:sz="0" w:space="0" w:color="auto"/>
                        <w:right w:val="none" w:sz="0" w:space="0" w:color="auto"/>
                      </w:divBdr>
                      <w:divsChild>
                        <w:div w:id="388262073">
                          <w:marLeft w:val="0"/>
                          <w:marRight w:val="0"/>
                          <w:marTop w:val="0"/>
                          <w:marBottom w:val="0"/>
                          <w:divBdr>
                            <w:top w:val="none" w:sz="0" w:space="0" w:color="auto"/>
                            <w:left w:val="none" w:sz="0" w:space="0" w:color="auto"/>
                            <w:bottom w:val="none" w:sz="0" w:space="0" w:color="auto"/>
                            <w:right w:val="none" w:sz="0" w:space="0" w:color="auto"/>
                          </w:divBdr>
                        </w:div>
                      </w:divsChild>
                    </w:div>
                    <w:div w:id="901526791">
                      <w:marLeft w:val="0"/>
                      <w:marRight w:val="0"/>
                      <w:marTop w:val="0"/>
                      <w:marBottom w:val="0"/>
                      <w:divBdr>
                        <w:top w:val="none" w:sz="0" w:space="0" w:color="auto"/>
                        <w:left w:val="none" w:sz="0" w:space="0" w:color="auto"/>
                        <w:bottom w:val="none" w:sz="0" w:space="0" w:color="auto"/>
                        <w:right w:val="none" w:sz="0" w:space="0" w:color="auto"/>
                      </w:divBdr>
                      <w:divsChild>
                        <w:div w:id="162072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309391">
      <w:bodyDiv w:val="1"/>
      <w:marLeft w:val="0"/>
      <w:marRight w:val="0"/>
      <w:marTop w:val="0"/>
      <w:marBottom w:val="0"/>
      <w:divBdr>
        <w:top w:val="none" w:sz="0" w:space="0" w:color="auto"/>
        <w:left w:val="none" w:sz="0" w:space="0" w:color="auto"/>
        <w:bottom w:val="none" w:sz="0" w:space="0" w:color="auto"/>
        <w:right w:val="none" w:sz="0" w:space="0" w:color="auto"/>
      </w:divBdr>
    </w:div>
    <w:div w:id="1055735978">
      <w:bodyDiv w:val="1"/>
      <w:marLeft w:val="0"/>
      <w:marRight w:val="0"/>
      <w:marTop w:val="0"/>
      <w:marBottom w:val="0"/>
      <w:divBdr>
        <w:top w:val="none" w:sz="0" w:space="0" w:color="auto"/>
        <w:left w:val="none" w:sz="0" w:space="0" w:color="auto"/>
        <w:bottom w:val="none" w:sz="0" w:space="0" w:color="auto"/>
        <w:right w:val="none" w:sz="0" w:space="0" w:color="auto"/>
      </w:divBdr>
    </w:div>
    <w:div w:id="1057315051">
      <w:bodyDiv w:val="1"/>
      <w:marLeft w:val="0"/>
      <w:marRight w:val="0"/>
      <w:marTop w:val="0"/>
      <w:marBottom w:val="0"/>
      <w:divBdr>
        <w:top w:val="none" w:sz="0" w:space="0" w:color="auto"/>
        <w:left w:val="none" w:sz="0" w:space="0" w:color="auto"/>
        <w:bottom w:val="none" w:sz="0" w:space="0" w:color="auto"/>
        <w:right w:val="none" w:sz="0" w:space="0" w:color="auto"/>
      </w:divBdr>
      <w:divsChild>
        <w:div w:id="143476856">
          <w:marLeft w:val="0"/>
          <w:marRight w:val="0"/>
          <w:marTop w:val="0"/>
          <w:marBottom w:val="0"/>
          <w:divBdr>
            <w:top w:val="none" w:sz="0" w:space="0" w:color="auto"/>
            <w:left w:val="none" w:sz="0" w:space="0" w:color="auto"/>
            <w:bottom w:val="none" w:sz="0" w:space="0" w:color="auto"/>
            <w:right w:val="none" w:sz="0" w:space="0" w:color="auto"/>
          </w:divBdr>
          <w:divsChild>
            <w:div w:id="1881476597">
              <w:marLeft w:val="0"/>
              <w:marRight w:val="0"/>
              <w:marTop w:val="0"/>
              <w:marBottom w:val="0"/>
              <w:divBdr>
                <w:top w:val="none" w:sz="0" w:space="0" w:color="auto"/>
                <w:left w:val="none" w:sz="0" w:space="0" w:color="auto"/>
                <w:bottom w:val="none" w:sz="0" w:space="0" w:color="auto"/>
                <w:right w:val="none" w:sz="0" w:space="0" w:color="auto"/>
              </w:divBdr>
            </w:div>
          </w:divsChild>
        </w:div>
        <w:div w:id="1538591272">
          <w:marLeft w:val="0"/>
          <w:marRight w:val="0"/>
          <w:marTop w:val="0"/>
          <w:marBottom w:val="0"/>
          <w:divBdr>
            <w:top w:val="none" w:sz="0" w:space="0" w:color="auto"/>
            <w:left w:val="none" w:sz="0" w:space="0" w:color="auto"/>
            <w:bottom w:val="none" w:sz="0" w:space="0" w:color="auto"/>
            <w:right w:val="none" w:sz="0" w:space="0" w:color="auto"/>
          </w:divBdr>
          <w:divsChild>
            <w:div w:id="372508168">
              <w:marLeft w:val="0"/>
              <w:marRight w:val="0"/>
              <w:marTop w:val="0"/>
              <w:marBottom w:val="0"/>
              <w:divBdr>
                <w:top w:val="none" w:sz="0" w:space="0" w:color="auto"/>
                <w:left w:val="none" w:sz="0" w:space="0" w:color="auto"/>
                <w:bottom w:val="none" w:sz="0" w:space="0" w:color="auto"/>
                <w:right w:val="none" w:sz="0" w:space="0" w:color="auto"/>
              </w:divBdr>
              <w:divsChild>
                <w:div w:id="878399788">
                  <w:marLeft w:val="0"/>
                  <w:marRight w:val="0"/>
                  <w:marTop w:val="0"/>
                  <w:marBottom w:val="0"/>
                  <w:divBdr>
                    <w:top w:val="none" w:sz="0" w:space="0" w:color="auto"/>
                    <w:left w:val="none" w:sz="0" w:space="0" w:color="auto"/>
                    <w:bottom w:val="none" w:sz="0" w:space="0" w:color="auto"/>
                    <w:right w:val="none" w:sz="0" w:space="0" w:color="auto"/>
                  </w:divBdr>
                  <w:divsChild>
                    <w:div w:id="95278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098766">
          <w:marLeft w:val="0"/>
          <w:marRight w:val="0"/>
          <w:marTop w:val="0"/>
          <w:marBottom w:val="0"/>
          <w:divBdr>
            <w:top w:val="none" w:sz="0" w:space="0" w:color="auto"/>
            <w:left w:val="none" w:sz="0" w:space="0" w:color="auto"/>
            <w:bottom w:val="none" w:sz="0" w:space="0" w:color="auto"/>
            <w:right w:val="none" w:sz="0" w:space="0" w:color="auto"/>
          </w:divBdr>
          <w:divsChild>
            <w:div w:id="1022123259">
              <w:marLeft w:val="0"/>
              <w:marRight w:val="0"/>
              <w:marTop w:val="0"/>
              <w:marBottom w:val="0"/>
              <w:divBdr>
                <w:top w:val="none" w:sz="0" w:space="0" w:color="auto"/>
                <w:left w:val="none" w:sz="0" w:space="0" w:color="auto"/>
                <w:bottom w:val="none" w:sz="0" w:space="0" w:color="auto"/>
                <w:right w:val="none" w:sz="0" w:space="0" w:color="auto"/>
              </w:divBdr>
            </w:div>
          </w:divsChild>
        </w:div>
        <w:div w:id="1424910291">
          <w:marLeft w:val="0"/>
          <w:marRight w:val="0"/>
          <w:marTop w:val="0"/>
          <w:marBottom w:val="0"/>
          <w:divBdr>
            <w:top w:val="none" w:sz="0" w:space="0" w:color="auto"/>
            <w:left w:val="none" w:sz="0" w:space="0" w:color="auto"/>
            <w:bottom w:val="none" w:sz="0" w:space="0" w:color="auto"/>
            <w:right w:val="none" w:sz="0" w:space="0" w:color="auto"/>
          </w:divBdr>
          <w:divsChild>
            <w:div w:id="1296260068">
              <w:marLeft w:val="0"/>
              <w:marRight w:val="0"/>
              <w:marTop w:val="0"/>
              <w:marBottom w:val="0"/>
              <w:divBdr>
                <w:top w:val="none" w:sz="0" w:space="0" w:color="auto"/>
                <w:left w:val="none" w:sz="0" w:space="0" w:color="auto"/>
                <w:bottom w:val="none" w:sz="0" w:space="0" w:color="auto"/>
                <w:right w:val="none" w:sz="0" w:space="0" w:color="auto"/>
              </w:divBdr>
              <w:divsChild>
                <w:div w:id="1532919315">
                  <w:marLeft w:val="0"/>
                  <w:marRight w:val="0"/>
                  <w:marTop w:val="0"/>
                  <w:marBottom w:val="0"/>
                  <w:divBdr>
                    <w:top w:val="none" w:sz="0" w:space="0" w:color="auto"/>
                    <w:left w:val="none" w:sz="0" w:space="0" w:color="auto"/>
                    <w:bottom w:val="none" w:sz="0" w:space="0" w:color="auto"/>
                    <w:right w:val="none" w:sz="0" w:space="0" w:color="auto"/>
                  </w:divBdr>
                  <w:divsChild>
                    <w:div w:id="316495914">
                      <w:marLeft w:val="0"/>
                      <w:marRight w:val="0"/>
                      <w:marTop w:val="0"/>
                      <w:marBottom w:val="0"/>
                      <w:divBdr>
                        <w:top w:val="none" w:sz="0" w:space="0" w:color="auto"/>
                        <w:left w:val="none" w:sz="0" w:space="0" w:color="auto"/>
                        <w:bottom w:val="none" w:sz="0" w:space="0" w:color="auto"/>
                        <w:right w:val="none" w:sz="0" w:space="0" w:color="auto"/>
                      </w:divBdr>
                      <w:divsChild>
                        <w:div w:id="1061367831">
                          <w:marLeft w:val="0"/>
                          <w:marRight w:val="0"/>
                          <w:marTop w:val="0"/>
                          <w:marBottom w:val="0"/>
                          <w:divBdr>
                            <w:top w:val="none" w:sz="0" w:space="0" w:color="auto"/>
                            <w:left w:val="none" w:sz="0" w:space="0" w:color="auto"/>
                            <w:bottom w:val="none" w:sz="0" w:space="0" w:color="auto"/>
                            <w:right w:val="none" w:sz="0" w:space="0" w:color="auto"/>
                          </w:divBdr>
                          <w:divsChild>
                            <w:div w:id="1367945304">
                              <w:marLeft w:val="0"/>
                              <w:marRight w:val="0"/>
                              <w:marTop w:val="0"/>
                              <w:marBottom w:val="0"/>
                              <w:divBdr>
                                <w:top w:val="none" w:sz="0" w:space="0" w:color="auto"/>
                                <w:left w:val="none" w:sz="0" w:space="0" w:color="auto"/>
                                <w:bottom w:val="none" w:sz="0" w:space="0" w:color="auto"/>
                                <w:right w:val="none" w:sz="0" w:space="0" w:color="auto"/>
                              </w:divBdr>
                            </w:div>
                          </w:divsChild>
                        </w:div>
                        <w:div w:id="944114302">
                          <w:marLeft w:val="0"/>
                          <w:marRight w:val="0"/>
                          <w:marTop w:val="0"/>
                          <w:marBottom w:val="0"/>
                          <w:divBdr>
                            <w:top w:val="single" w:sz="6" w:space="15" w:color="E8E8E8"/>
                            <w:left w:val="none" w:sz="0" w:space="0" w:color="auto"/>
                            <w:bottom w:val="none" w:sz="0" w:space="0" w:color="auto"/>
                            <w:right w:val="none" w:sz="0" w:space="0" w:color="auto"/>
                          </w:divBdr>
                          <w:divsChild>
                            <w:div w:id="896401733">
                              <w:marLeft w:val="0"/>
                              <w:marRight w:val="0"/>
                              <w:marTop w:val="0"/>
                              <w:marBottom w:val="0"/>
                              <w:divBdr>
                                <w:top w:val="none" w:sz="0" w:space="0" w:color="auto"/>
                                <w:left w:val="none" w:sz="0" w:space="0" w:color="auto"/>
                                <w:bottom w:val="none" w:sz="0" w:space="0" w:color="auto"/>
                                <w:right w:val="none" w:sz="0" w:space="0" w:color="auto"/>
                              </w:divBdr>
                              <w:divsChild>
                                <w:div w:id="1604453911">
                                  <w:marLeft w:val="0"/>
                                  <w:marRight w:val="0"/>
                                  <w:marTop w:val="0"/>
                                  <w:marBottom w:val="0"/>
                                  <w:divBdr>
                                    <w:top w:val="none" w:sz="0" w:space="0" w:color="auto"/>
                                    <w:left w:val="none" w:sz="0" w:space="0" w:color="auto"/>
                                    <w:bottom w:val="none" w:sz="0" w:space="0" w:color="auto"/>
                                    <w:right w:val="none" w:sz="0" w:space="0" w:color="auto"/>
                                  </w:divBdr>
                                  <w:divsChild>
                                    <w:div w:id="1068646769">
                                      <w:marLeft w:val="0"/>
                                      <w:marRight w:val="0"/>
                                      <w:marTop w:val="0"/>
                                      <w:marBottom w:val="0"/>
                                      <w:divBdr>
                                        <w:top w:val="none" w:sz="0" w:space="0" w:color="auto"/>
                                        <w:left w:val="none" w:sz="0" w:space="0" w:color="auto"/>
                                        <w:bottom w:val="none" w:sz="0" w:space="0" w:color="auto"/>
                                        <w:right w:val="none" w:sz="0" w:space="0" w:color="auto"/>
                                      </w:divBdr>
                                      <w:divsChild>
                                        <w:div w:id="130757273">
                                          <w:marLeft w:val="0"/>
                                          <w:marRight w:val="0"/>
                                          <w:marTop w:val="0"/>
                                          <w:marBottom w:val="0"/>
                                          <w:divBdr>
                                            <w:top w:val="none" w:sz="0" w:space="0" w:color="auto"/>
                                            <w:left w:val="none" w:sz="0" w:space="0" w:color="auto"/>
                                            <w:bottom w:val="none" w:sz="0" w:space="0" w:color="auto"/>
                                            <w:right w:val="none" w:sz="0" w:space="0" w:color="auto"/>
                                          </w:divBdr>
                                        </w:div>
                                      </w:divsChild>
                                    </w:div>
                                    <w:div w:id="166751545">
                                      <w:marLeft w:val="0"/>
                                      <w:marRight w:val="0"/>
                                      <w:marTop w:val="0"/>
                                      <w:marBottom w:val="0"/>
                                      <w:divBdr>
                                        <w:top w:val="none" w:sz="0" w:space="0" w:color="auto"/>
                                        <w:left w:val="none" w:sz="0" w:space="0" w:color="auto"/>
                                        <w:bottom w:val="none" w:sz="0" w:space="0" w:color="auto"/>
                                        <w:right w:val="none" w:sz="0" w:space="0" w:color="auto"/>
                                      </w:divBdr>
                                      <w:divsChild>
                                        <w:div w:id="808518646">
                                          <w:marLeft w:val="0"/>
                                          <w:marRight w:val="0"/>
                                          <w:marTop w:val="0"/>
                                          <w:marBottom w:val="0"/>
                                          <w:divBdr>
                                            <w:top w:val="none" w:sz="0" w:space="0" w:color="auto"/>
                                            <w:left w:val="none" w:sz="0" w:space="0" w:color="auto"/>
                                            <w:bottom w:val="none" w:sz="0" w:space="0" w:color="auto"/>
                                            <w:right w:val="none" w:sz="0" w:space="0" w:color="auto"/>
                                          </w:divBdr>
                                        </w:div>
                                      </w:divsChild>
                                    </w:div>
                                    <w:div w:id="312610945">
                                      <w:marLeft w:val="0"/>
                                      <w:marRight w:val="0"/>
                                      <w:marTop w:val="0"/>
                                      <w:marBottom w:val="0"/>
                                      <w:divBdr>
                                        <w:top w:val="none" w:sz="0" w:space="0" w:color="auto"/>
                                        <w:left w:val="none" w:sz="0" w:space="0" w:color="auto"/>
                                        <w:bottom w:val="none" w:sz="0" w:space="0" w:color="auto"/>
                                        <w:right w:val="none" w:sz="0" w:space="0" w:color="auto"/>
                                      </w:divBdr>
                                      <w:divsChild>
                                        <w:div w:id="1098058359">
                                          <w:marLeft w:val="0"/>
                                          <w:marRight w:val="0"/>
                                          <w:marTop w:val="150"/>
                                          <w:marBottom w:val="0"/>
                                          <w:divBdr>
                                            <w:top w:val="none" w:sz="0" w:space="0" w:color="auto"/>
                                            <w:left w:val="none" w:sz="0" w:space="0" w:color="auto"/>
                                            <w:bottom w:val="none" w:sz="0" w:space="0" w:color="auto"/>
                                            <w:right w:val="none" w:sz="0" w:space="0" w:color="auto"/>
                                          </w:divBdr>
                                        </w:div>
                                      </w:divsChild>
                                    </w:div>
                                    <w:div w:id="1907496606">
                                      <w:marLeft w:val="0"/>
                                      <w:marRight w:val="0"/>
                                      <w:marTop w:val="0"/>
                                      <w:marBottom w:val="0"/>
                                      <w:divBdr>
                                        <w:top w:val="none" w:sz="0" w:space="0" w:color="auto"/>
                                        <w:left w:val="none" w:sz="0" w:space="0" w:color="auto"/>
                                        <w:bottom w:val="none" w:sz="0" w:space="0" w:color="auto"/>
                                        <w:right w:val="none" w:sz="0" w:space="0" w:color="auto"/>
                                      </w:divBdr>
                                      <w:divsChild>
                                        <w:div w:id="1901481205">
                                          <w:marLeft w:val="0"/>
                                          <w:marRight w:val="0"/>
                                          <w:marTop w:val="0"/>
                                          <w:marBottom w:val="0"/>
                                          <w:divBdr>
                                            <w:top w:val="none" w:sz="0" w:space="0" w:color="auto"/>
                                            <w:left w:val="none" w:sz="0" w:space="0" w:color="auto"/>
                                            <w:bottom w:val="none" w:sz="0" w:space="0" w:color="auto"/>
                                            <w:right w:val="none" w:sz="0" w:space="0" w:color="auto"/>
                                          </w:divBdr>
                                        </w:div>
                                      </w:divsChild>
                                    </w:div>
                                    <w:div w:id="1480460102">
                                      <w:marLeft w:val="0"/>
                                      <w:marRight w:val="0"/>
                                      <w:marTop w:val="0"/>
                                      <w:marBottom w:val="0"/>
                                      <w:divBdr>
                                        <w:top w:val="none" w:sz="0" w:space="0" w:color="auto"/>
                                        <w:left w:val="none" w:sz="0" w:space="0" w:color="auto"/>
                                        <w:bottom w:val="none" w:sz="0" w:space="0" w:color="auto"/>
                                        <w:right w:val="none" w:sz="0" w:space="0" w:color="auto"/>
                                      </w:divBdr>
                                      <w:divsChild>
                                        <w:div w:id="1034040773">
                                          <w:marLeft w:val="0"/>
                                          <w:marRight w:val="0"/>
                                          <w:marTop w:val="390"/>
                                          <w:marBottom w:val="0"/>
                                          <w:divBdr>
                                            <w:top w:val="none" w:sz="0" w:space="0" w:color="auto"/>
                                            <w:left w:val="none" w:sz="0" w:space="0" w:color="auto"/>
                                            <w:bottom w:val="none" w:sz="0" w:space="0" w:color="auto"/>
                                            <w:right w:val="none" w:sz="0" w:space="0" w:color="auto"/>
                                          </w:divBdr>
                                        </w:div>
                                      </w:divsChild>
                                    </w:div>
                                    <w:div w:id="331491683">
                                      <w:marLeft w:val="0"/>
                                      <w:marRight w:val="0"/>
                                      <w:marTop w:val="0"/>
                                      <w:marBottom w:val="0"/>
                                      <w:divBdr>
                                        <w:top w:val="none" w:sz="0" w:space="0" w:color="auto"/>
                                        <w:left w:val="none" w:sz="0" w:space="0" w:color="auto"/>
                                        <w:bottom w:val="none" w:sz="0" w:space="0" w:color="auto"/>
                                        <w:right w:val="none" w:sz="0" w:space="0" w:color="auto"/>
                                      </w:divBdr>
                                      <w:divsChild>
                                        <w:div w:id="114963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8038227">
      <w:bodyDiv w:val="1"/>
      <w:marLeft w:val="0"/>
      <w:marRight w:val="0"/>
      <w:marTop w:val="0"/>
      <w:marBottom w:val="0"/>
      <w:divBdr>
        <w:top w:val="none" w:sz="0" w:space="0" w:color="auto"/>
        <w:left w:val="none" w:sz="0" w:space="0" w:color="auto"/>
        <w:bottom w:val="none" w:sz="0" w:space="0" w:color="auto"/>
        <w:right w:val="none" w:sz="0" w:space="0" w:color="auto"/>
      </w:divBdr>
      <w:divsChild>
        <w:div w:id="1267807094">
          <w:marLeft w:val="0"/>
          <w:marRight w:val="0"/>
          <w:marTop w:val="0"/>
          <w:marBottom w:val="0"/>
          <w:divBdr>
            <w:top w:val="none" w:sz="0" w:space="0" w:color="auto"/>
            <w:left w:val="none" w:sz="0" w:space="0" w:color="auto"/>
            <w:bottom w:val="none" w:sz="0" w:space="0" w:color="auto"/>
            <w:right w:val="none" w:sz="0" w:space="0" w:color="auto"/>
          </w:divBdr>
        </w:div>
      </w:divsChild>
    </w:div>
    <w:div w:id="1199048974">
      <w:bodyDiv w:val="1"/>
      <w:marLeft w:val="0"/>
      <w:marRight w:val="0"/>
      <w:marTop w:val="0"/>
      <w:marBottom w:val="0"/>
      <w:divBdr>
        <w:top w:val="none" w:sz="0" w:space="0" w:color="auto"/>
        <w:left w:val="none" w:sz="0" w:space="0" w:color="auto"/>
        <w:bottom w:val="none" w:sz="0" w:space="0" w:color="auto"/>
        <w:right w:val="none" w:sz="0" w:space="0" w:color="auto"/>
      </w:divBdr>
      <w:divsChild>
        <w:div w:id="344599247">
          <w:marLeft w:val="0"/>
          <w:marRight w:val="0"/>
          <w:marTop w:val="0"/>
          <w:marBottom w:val="0"/>
          <w:divBdr>
            <w:top w:val="none" w:sz="0" w:space="0" w:color="auto"/>
            <w:left w:val="none" w:sz="0" w:space="0" w:color="auto"/>
            <w:bottom w:val="none" w:sz="0" w:space="0" w:color="auto"/>
            <w:right w:val="none" w:sz="0" w:space="0" w:color="auto"/>
          </w:divBdr>
          <w:divsChild>
            <w:div w:id="593318982">
              <w:marLeft w:val="0"/>
              <w:marRight w:val="0"/>
              <w:marTop w:val="0"/>
              <w:marBottom w:val="0"/>
              <w:divBdr>
                <w:top w:val="none" w:sz="0" w:space="0" w:color="auto"/>
                <w:left w:val="none" w:sz="0" w:space="0" w:color="auto"/>
                <w:bottom w:val="none" w:sz="0" w:space="0" w:color="auto"/>
                <w:right w:val="none" w:sz="0" w:space="0" w:color="auto"/>
              </w:divBdr>
            </w:div>
          </w:divsChild>
        </w:div>
        <w:div w:id="895703712">
          <w:marLeft w:val="0"/>
          <w:marRight w:val="0"/>
          <w:marTop w:val="0"/>
          <w:marBottom w:val="0"/>
          <w:divBdr>
            <w:top w:val="single" w:sz="6" w:space="15" w:color="E8E8E8"/>
            <w:left w:val="none" w:sz="0" w:space="0" w:color="auto"/>
            <w:bottom w:val="none" w:sz="0" w:space="0" w:color="auto"/>
            <w:right w:val="none" w:sz="0" w:space="0" w:color="auto"/>
          </w:divBdr>
          <w:divsChild>
            <w:div w:id="634602132">
              <w:marLeft w:val="0"/>
              <w:marRight w:val="0"/>
              <w:marTop w:val="0"/>
              <w:marBottom w:val="0"/>
              <w:divBdr>
                <w:top w:val="none" w:sz="0" w:space="0" w:color="auto"/>
                <w:left w:val="none" w:sz="0" w:space="0" w:color="auto"/>
                <w:bottom w:val="none" w:sz="0" w:space="0" w:color="auto"/>
                <w:right w:val="none" w:sz="0" w:space="0" w:color="auto"/>
              </w:divBdr>
              <w:divsChild>
                <w:div w:id="1845238853">
                  <w:marLeft w:val="0"/>
                  <w:marRight w:val="0"/>
                  <w:marTop w:val="0"/>
                  <w:marBottom w:val="0"/>
                  <w:divBdr>
                    <w:top w:val="none" w:sz="0" w:space="0" w:color="auto"/>
                    <w:left w:val="none" w:sz="0" w:space="0" w:color="auto"/>
                    <w:bottom w:val="none" w:sz="0" w:space="0" w:color="auto"/>
                    <w:right w:val="none" w:sz="0" w:space="0" w:color="auto"/>
                  </w:divBdr>
                  <w:divsChild>
                    <w:div w:id="1679385073">
                      <w:marLeft w:val="0"/>
                      <w:marRight w:val="0"/>
                      <w:marTop w:val="0"/>
                      <w:marBottom w:val="0"/>
                      <w:divBdr>
                        <w:top w:val="none" w:sz="0" w:space="0" w:color="auto"/>
                        <w:left w:val="none" w:sz="0" w:space="0" w:color="auto"/>
                        <w:bottom w:val="none" w:sz="0" w:space="0" w:color="auto"/>
                        <w:right w:val="none" w:sz="0" w:space="0" w:color="auto"/>
                      </w:divBdr>
                      <w:divsChild>
                        <w:div w:id="1232274265">
                          <w:marLeft w:val="0"/>
                          <w:marRight w:val="0"/>
                          <w:marTop w:val="0"/>
                          <w:marBottom w:val="0"/>
                          <w:divBdr>
                            <w:top w:val="none" w:sz="0" w:space="0" w:color="auto"/>
                            <w:left w:val="none" w:sz="0" w:space="0" w:color="auto"/>
                            <w:bottom w:val="none" w:sz="0" w:space="0" w:color="auto"/>
                            <w:right w:val="none" w:sz="0" w:space="0" w:color="auto"/>
                          </w:divBdr>
                        </w:div>
                      </w:divsChild>
                    </w:div>
                    <w:div w:id="910122438">
                      <w:marLeft w:val="0"/>
                      <w:marRight w:val="0"/>
                      <w:marTop w:val="0"/>
                      <w:marBottom w:val="0"/>
                      <w:divBdr>
                        <w:top w:val="none" w:sz="0" w:space="0" w:color="auto"/>
                        <w:left w:val="none" w:sz="0" w:space="0" w:color="auto"/>
                        <w:bottom w:val="none" w:sz="0" w:space="0" w:color="auto"/>
                        <w:right w:val="none" w:sz="0" w:space="0" w:color="auto"/>
                      </w:divBdr>
                      <w:divsChild>
                        <w:div w:id="261493949">
                          <w:marLeft w:val="0"/>
                          <w:marRight w:val="0"/>
                          <w:marTop w:val="0"/>
                          <w:marBottom w:val="0"/>
                          <w:divBdr>
                            <w:top w:val="none" w:sz="0" w:space="0" w:color="auto"/>
                            <w:left w:val="none" w:sz="0" w:space="0" w:color="auto"/>
                            <w:bottom w:val="none" w:sz="0" w:space="0" w:color="auto"/>
                            <w:right w:val="none" w:sz="0" w:space="0" w:color="auto"/>
                          </w:divBdr>
                        </w:div>
                      </w:divsChild>
                    </w:div>
                    <w:div w:id="2073499224">
                      <w:marLeft w:val="0"/>
                      <w:marRight w:val="0"/>
                      <w:marTop w:val="0"/>
                      <w:marBottom w:val="0"/>
                      <w:divBdr>
                        <w:top w:val="none" w:sz="0" w:space="0" w:color="auto"/>
                        <w:left w:val="none" w:sz="0" w:space="0" w:color="auto"/>
                        <w:bottom w:val="none" w:sz="0" w:space="0" w:color="auto"/>
                        <w:right w:val="none" w:sz="0" w:space="0" w:color="auto"/>
                      </w:divBdr>
                      <w:divsChild>
                        <w:div w:id="606042784">
                          <w:marLeft w:val="0"/>
                          <w:marRight w:val="0"/>
                          <w:marTop w:val="150"/>
                          <w:marBottom w:val="0"/>
                          <w:divBdr>
                            <w:top w:val="none" w:sz="0" w:space="0" w:color="auto"/>
                            <w:left w:val="none" w:sz="0" w:space="0" w:color="auto"/>
                            <w:bottom w:val="none" w:sz="0" w:space="0" w:color="auto"/>
                            <w:right w:val="none" w:sz="0" w:space="0" w:color="auto"/>
                          </w:divBdr>
                        </w:div>
                      </w:divsChild>
                    </w:div>
                    <w:div w:id="393965215">
                      <w:marLeft w:val="0"/>
                      <w:marRight w:val="0"/>
                      <w:marTop w:val="0"/>
                      <w:marBottom w:val="0"/>
                      <w:divBdr>
                        <w:top w:val="none" w:sz="0" w:space="0" w:color="auto"/>
                        <w:left w:val="none" w:sz="0" w:space="0" w:color="auto"/>
                        <w:bottom w:val="none" w:sz="0" w:space="0" w:color="auto"/>
                        <w:right w:val="none" w:sz="0" w:space="0" w:color="auto"/>
                      </w:divBdr>
                      <w:divsChild>
                        <w:div w:id="5481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7540254">
      <w:bodyDiv w:val="1"/>
      <w:marLeft w:val="0"/>
      <w:marRight w:val="0"/>
      <w:marTop w:val="0"/>
      <w:marBottom w:val="0"/>
      <w:divBdr>
        <w:top w:val="none" w:sz="0" w:space="0" w:color="auto"/>
        <w:left w:val="none" w:sz="0" w:space="0" w:color="auto"/>
        <w:bottom w:val="none" w:sz="0" w:space="0" w:color="auto"/>
        <w:right w:val="none" w:sz="0" w:space="0" w:color="auto"/>
      </w:divBdr>
      <w:divsChild>
        <w:div w:id="2013140580">
          <w:marLeft w:val="0"/>
          <w:marRight w:val="0"/>
          <w:marTop w:val="0"/>
          <w:marBottom w:val="0"/>
          <w:divBdr>
            <w:top w:val="none" w:sz="0" w:space="0" w:color="auto"/>
            <w:left w:val="none" w:sz="0" w:space="0" w:color="auto"/>
            <w:bottom w:val="none" w:sz="0" w:space="0" w:color="auto"/>
            <w:right w:val="none" w:sz="0" w:space="0" w:color="auto"/>
          </w:divBdr>
          <w:divsChild>
            <w:div w:id="2091197529">
              <w:marLeft w:val="0"/>
              <w:marRight w:val="0"/>
              <w:marTop w:val="0"/>
              <w:marBottom w:val="0"/>
              <w:divBdr>
                <w:top w:val="none" w:sz="0" w:space="0" w:color="auto"/>
                <w:left w:val="none" w:sz="0" w:space="0" w:color="auto"/>
                <w:bottom w:val="none" w:sz="0" w:space="0" w:color="auto"/>
                <w:right w:val="none" w:sz="0" w:space="0" w:color="auto"/>
              </w:divBdr>
            </w:div>
          </w:divsChild>
        </w:div>
        <w:div w:id="195314813">
          <w:marLeft w:val="0"/>
          <w:marRight w:val="0"/>
          <w:marTop w:val="0"/>
          <w:marBottom w:val="0"/>
          <w:divBdr>
            <w:top w:val="none" w:sz="0" w:space="0" w:color="auto"/>
            <w:left w:val="none" w:sz="0" w:space="0" w:color="auto"/>
            <w:bottom w:val="none" w:sz="0" w:space="0" w:color="auto"/>
            <w:right w:val="none" w:sz="0" w:space="0" w:color="auto"/>
          </w:divBdr>
          <w:divsChild>
            <w:div w:id="1692756493">
              <w:marLeft w:val="0"/>
              <w:marRight w:val="0"/>
              <w:marTop w:val="0"/>
              <w:marBottom w:val="0"/>
              <w:divBdr>
                <w:top w:val="none" w:sz="0" w:space="0" w:color="auto"/>
                <w:left w:val="none" w:sz="0" w:space="0" w:color="auto"/>
                <w:bottom w:val="none" w:sz="0" w:space="0" w:color="auto"/>
                <w:right w:val="none" w:sz="0" w:space="0" w:color="auto"/>
              </w:divBdr>
              <w:divsChild>
                <w:div w:id="1021466829">
                  <w:marLeft w:val="0"/>
                  <w:marRight w:val="0"/>
                  <w:marTop w:val="0"/>
                  <w:marBottom w:val="0"/>
                  <w:divBdr>
                    <w:top w:val="none" w:sz="0" w:space="0" w:color="auto"/>
                    <w:left w:val="none" w:sz="0" w:space="0" w:color="auto"/>
                    <w:bottom w:val="none" w:sz="0" w:space="0" w:color="auto"/>
                    <w:right w:val="none" w:sz="0" w:space="0" w:color="auto"/>
                  </w:divBdr>
                  <w:divsChild>
                    <w:div w:id="14131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597446">
          <w:marLeft w:val="0"/>
          <w:marRight w:val="0"/>
          <w:marTop w:val="0"/>
          <w:marBottom w:val="0"/>
          <w:divBdr>
            <w:top w:val="none" w:sz="0" w:space="0" w:color="auto"/>
            <w:left w:val="none" w:sz="0" w:space="0" w:color="auto"/>
            <w:bottom w:val="none" w:sz="0" w:space="0" w:color="auto"/>
            <w:right w:val="none" w:sz="0" w:space="0" w:color="auto"/>
          </w:divBdr>
          <w:divsChild>
            <w:div w:id="135293848">
              <w:marLeft w:val="0"/>
              <w:marRight w:val="0"/>
              <w:marTop w:val="0"/>
              <w:marBottom w:val="0"/>
              <w:divBdr>
                <w:top w:val="none" w:sz="0" w:space="0" w:color="auto"/>
                <w:left w:val="none" w:sz="0" w:space="0" w:color="auto"/>
                <w:bottom w:val="none" w:sz="0" w:space="0" w:color="auto"/>
                <w:right w:val="none" w:sz="0" w:space="0" w:color="auto"/>
              </w:divBdr>
            </w:div>
          </w:divsChild>
        </w:div>
        <w:div w:id="1486704577">
          <w:marLeft w:val="0"/>
          <w:marRight w:val="0"/>
          <w:marTop w:val="0"/>
          <w:marBottom w:val="0"/>
          <w:divBdr>
            <w:top w:val="none" w:sz="0" w:space="0" w:color="auto"/>
            <w:left w:val="none" w:sz="0" w:space="0" w:color="auto"/>
            <w:bottom w:val="none" w:sz="0" w:space="0" w:color="auto"/>
            <w:right w:val="none" w:sz="0" w:space="0" w:color="auto"/>
          </w:divBdr>
          <w:divsChild>
            <w:div w:id="707099455">
              <w:marLeft w:val="0"/>
              <w:marRight w:val="0"/>
              <w:marTop w:val="0"/>
              <w:marBottom w:val="0"/>
              <w:divBdr>
                <w:top w:val="none" w:sz="0" w:space="0" w:color="auto"/>
                <w:left w:val="none" w:sz="0" w:space="0" w:color="auto"/>
                <w:bottom w:val="none" w:sz="0" w:space="0" w:color="auto"/>
                <w:right w:val="none" w:sz="0" w:space="0" w:color="auto"/>
              </w:divBdr>
              <w:divsChild>
                <w:div w:id="1410154692">
                  <w:marLeft w:val="0"/>
                  <w:marRight w:val="0"/>
                  <w:marTop w:val="0"/>
                  <w:marBottom w:val="0"/>
                  <w:divBdr>
                    <w:top w:val="none" w:sz="0" w:space="0" w:color="auto"/>
                    <w:left w:val="none" w:sz="0" w:space="0" w:color="auto"/>
                    <w:bottom w:val="none" w:sz="0" w:space="0" w:color="auto"/>
                    <w:right w:val="none" w:sz="0" w:space="0" w:color="auto"/>
                  </w:divBdr>
                  <w:divsChild>
                    <w:div w:id="1043018412">
                      <w:marLeft w:val="0"/>
                      <w:marRight w:val="0"/>
                      <w:marTop w:val="0"/>
                      <w:marBottom w:val="0"/>
                      <w:divBdr>
                        <w:top w:val="none" w:sz="0" w:space="0" w:color="auto"/>
                        <w:left w:val="none" w:sz="0" w:space="0" w:color="auto"/>
                        <w:bottom w:val="none" w:sz="0" w:space="0" w:color="auto"/>
                        <w:right w:val="none" w:sz="0" w:space="0" w:color="auto"/>
                      </w:divBdr>
                      <w:divsChild>
                        <w:div w:id="1249193543">
                          <w:marLeft w:val="0"/>
                          <w:marRight w:val="0"/>
                          <w:marTop w:val="0"/>
                          <w:marBottom w:val="0"/>
                          <w:divBdr>
                            <w:top w:val="none" w:sz="0" w:space="0" w:color="auto"/>
                            <w:left w:val="none" w:sz="0" w:space="0" w:color="auto"/>
                            <w:bottom w:val="none" w:sz="0" w:space="0" w:color="auto"/>
                            <w:right w:val="none" w:sz="0" w:space="0" w:color="auto"/>
                          </w:divBdr>
                          <w:divsChild>
                            <w:div w:id="1579318676">
                              <w:marLeft w:val="0"/>
                              <w:marRight w:val="0"/>
                              <w:marTop w:val="0"/>
                              <w:marBottom w:val="0"/>
                              <w:divBdr>
                                <w:top w:val="none" w:sz="0" w:space="0" w:color="auto"/>
                                <w:left w:val="none" w:sz="0" w:space="0" w:color="auto"/>
                                <w:bottom w:val="none" w:sz="0" w:space="0" w:color="auto"/>
                                <w:right w:val="none" w:sz="0" w:space="0" w:color="auto"/>
                              </w:divBdr>
                            </w:div>
                          </w:divsChild>
                        </w:div>
                        <w:div w:id="239756693">
                          <w:marLeft w:val="0"/>
                          <w:marRight w:val="0"/>
                          <w:marTop w:val="0"/>
                          <w:marBottom w:val="0"/>
                          <w:divBdr>
                            <w:top w:val="single" w:sz="6" w:space="15" w:color="E8E8E8"/>
                            <w:left w:val="none" w:sz="0" w:space="0" w:color="auto"/>
                            <w:bottom w:val="none" w:sz="0" w:space="0" w:color="auto"/>
                            <w:right w:val="none" w:sz="0" w:space="0" w:color="auto"/>
                          </w:divBdr>
                          <w:divsChild>
                            <w:div w:id="74325998">
                              <w:marLeft w:val="0"/>
                              <w:marRight w:val="0"/>
                              <w:marTop w:val="0"/>
                              <w:marBottom w:val="0"/>
                              <w:divBdr>
                                <w:top w:val="none" w:sz="0" w:space="0" w:color="auto"/>
                                <w:left w:val="none" w:sz="0" w:space="0" w:color="auto"/>
                                <w:bottom w:val="none" w:sz="0" w:space="0" w:color="auto"/>
                                <w:right w:val="none" w:sz="0" w:space="0" w:color="auto"/>
                              </w:divBdr>
                              <w:divsChild>
                                <w:div w:id="1919249072">
                                  <w:marLeft w:val="0"/>
                                  <w:marRight w:val="0"/>
                                  <w:marTop w:val="0"/>
                                  <w:marBottom w:val="0"/>
                                  <w:divBdr>
                                    <w:top w:val="none" w:sz="0" w:space="0" w:color="auto"/>
                                    <w:left w:val="none" w:sz="0" w:space="0" w:color="auto"/>
                                    <w:bottom w:val="none" w:sz="0" w:space="0" w:color="auto"/>
                                    <w:right w:val="none" w:sz="0" w:space="0" w:color="auto"/>
                                  </w:divBdr>
                                  <w:divsChild>
                                    <w:div w:id="937983681">
                                      <w:marLeft w:val="0"/>
                                      <w:marRight w:val="0"/>
                                      <w:marTop w:val="0"/>
                                      <w:marBottom w:val="0"/>
                                      <w:divBdr>
                                        <w:top w:val="none" w:sz="0" w:space="0" w:color="auto"/>
                                        <w:left w:val="none" w:sz="0" w:space="0" w:color="auto"/>
                                        <w:bottom w:val="none" w:sz="0" w:space="0" w:color="auto"/>
                                        <w:right w:val="none" w:sz="0" w:space="0" w:color="auto"/>
                                      </w:divBdr>
                                      <w:divsChild>
                                        <w:div w:id="1987082483">
                                          <w:marLeft w:val="0"/>
                                          <w:marRight w:val="0"/>
                                          <w:marTop w:val="0"/>
                                          <w:marBottom w:val="0"/>
                                          <w:divBdr>
                                            <w:top w:val="none" w:sz="0" w:space="0" w:color="auto"/>
                                            <w:left w:val="none" w:sz="0" w:space="0" w:color="auto"/>
                                            <w:bottom w:val="none" w:sz="0" w:space="0" w:color="auto"/>
                                            <w:right w:val="none" w:sz="0" w:space="0" w:color="auto"/>
                                          </w:divBdr>
                                        </w:div>
                                      </w:divsChild>
                                    </w:div>
                                    <w:div w:id="2040471148">
                                      <w:marLeft w:val="0"/>
                                      <w:marRight w:val="0"/>
                                      <w:marTop w:val="0"/>
                                      <w:marBottom w:val="0"/>
                                      <w:divBdr>
                                        <w:top w:val="none" w:sz="0" w:space="0" w:color="auto"/>
                                        <w:left w:val="none" w:sz="0" w:space="0" w:color="auto"/>
                                        <w:bottom w:val="none" w:sz="0" w:space="0" w:color="auto"/>
                                        <w:right w:val="none" w:sz="0" w:space="0" w:color="auto"/>
                                      </w:divBdr>
                                      <w:divsChild>
                                        <w:div w:id="1650014859">
                                          <w:marLeft w:val="0"/>
                                          <w:marRight w:val="0"/>
                                          <w:marTop w:val="390"/>
                                          <w:marBottom w:val="0"/>
                                          <w:divBdr>
                                            <w:top w:val="none" w:sz="0" w:space="0" w:color="auto"/>
                                            <w:left w:val="none" w:sz="0" w:space="0" w:color="auto"/>
                                            <w:bottom w:val="none" w:sz="0" w:space="0" w:color="auto"/>
                                            <w:right w:val="none" w:sz="0" w:space="0" w:color="auto"/>
                                          </w:divBdr>
                                        </w:div>
                                      </w:divsChild>
                                    </w:div>
                                    <w:div w:id="1450273239">
                                      <w:marLeft w:val="0"/>
                                      <w:marRight w:val="0"/>
                                      <w:marTop w:val="0"/>
                                      <w:marBottom w:val="0"/>
                                      <w:divBdr>
                                        <w:top w:val="none" w:sz="0" w:space="0" w:color="auto"/>
                                        <w:left w:val="none" w:sz="0" w:space="0" w:color="auto"/>
                                        <w:bottom w:val="none" w:sz="0" w:space="0" w:color="auto"/>
                                        <w:right w:val="none" w:sz="0" w:space="0" w:color="auto"/>
                                      </w:divBdr>
                                      <w:divsChild>
                                        <w:div w:id="162935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7630775">
                      <w:marLeft w:val="0"/>
                      <w:marRight w:val="0"/>
                      <w:marTop w:val="0"/>
                      <w:marBottom w:val="0"/>
                      <w:divBdr>
                        <w:top w:val="none" w:sz="0" w:space="0" w:color="auto"/>
                        <w:left w:val="none" w:sz="0" w:space="0" w:color="auto"/>
                        <w:bottom w:val="none" w:sz="0" w:space="0" w:color="auto"/>
                        <w:right w:val="none" w:sz="0" w:space="0" w:color="auto"/>
                      </w:divBdr>
                      <w:divsChild>
                        <w:div w:id="1697655715">
                          <w:marLeft w:val="0"/>
                          <w:marRight w:val="0"/>
                          <w:marTop w:val="0"/>
                          <w:marBottom w:val="0"/>
                          <w:divBdr>
                            <w:top w:val="none" w:sz="0" w:space="0" w:color="auto"/>
                            <w:left w:val="none" w:sz="0" w:space="0" w:color="auto"/>
                            <w:bottom w:val="none" w:sz="0" w:space="0" w:color="auto"/>
                            <w:right w:val="none" w:sz="0" w:space="0" w:color="auto"/>
                          </w:divBdr>
                          <w:divsChild>
                            <w:div w:id="5059577">
                              <w:marLeft w:val="0"/>
                              <w:marRight w:val="0"/>
                              <w:marTop w:val="0"/>
                              <w:marBottom w:val="0"/>
                              <w:divBdr>
                                <w:top w:val="none" w:sz="0" w:space="0" w:color="auto"/>
                                <w:left w:val="none" w:sz="0" w:space="0" w:color="auto"/>
                                <w:bottom w:val="none" w:sz="0" w:space="0" w:color="auto"/>
                                <w:right w:val="none" w:sz="0" w:space="0" w:color="auto"/>
                              </w:divBdr>
                            </w:div>
                          </w:divsChild>
                        </w:div>
                        <w:div w:id="1311207928">
                          <w:marLeft w:val="0"/>
                          <w:marRight w:val="0"/>
                          <w:marTop w:val="0"/>
                          <w:marBottom w:val="0"/>
                          <w:divBdr>
                            <w:top w:val="single" w:sz="6" w:space="15" w:color="E8E8E8"/>
                            <w:left w:val="none" w:sz="0" w:space="0" w:color="auto"/>
                            <w:bottom w:val="none" w:sz="0" w:space="0" w:color="auto"/>
                            <w:right w:val="none" w:sz="0" w:space="0" w:color="auto"/>
                          </w:divBdr>
                          <w:divsChild>
                            <w:div w:id="1623270968">
                              <w:marLeft w:val="0"/>
                              <w:marRight w:val="0"/>
                              <w:marTop w:val="0"/>
                              <w:marBottom w:val="0"/>
                              <w:divBdr>
                                <w:top w:val="none" w:sz="0" w:space="0" w:color="auto"/>
                                <w:left w:val="none" w:sz="0" w:space="0" w:color="auto"/>
                                <w:bottom w:val="none" w:sz="0" w:space="0" w:color="auto"/>
                                <w:right w:val="none" w:sz="0" w:space="0" w:color="auto"/>
                              </w:divBdr>
                              <w:divsChild>
                                <w:div w:id="1081830580">
                                  <w:marLeft w:val="0"/>
                                  <w:marRight w:val="0"/>
                                  <w:marTop w:val="0"/>
                                  <w:marBottom w:val="0"/>
                                  <w:divBdr>
                                    <w:top w:val="none" w:sz="0" w:space="0" w:color="auto"/>
                                    <w:left w:val="none" w:sz="0" w:space="0" w:color="auto"/>
                                    <w:bottom w:val="none" w:sz="0" w:space="0" w:color="auto"/>
                                    <w:right w:val="none" w:sz="0" w:space="0" w:color="auto"/>
                                  </w:divBdr>
                                  <w:divsChild>
                                    <w:div w:id="1531529046">
                                      <w:marLeft w:val="0"/>
                                      <w:marRight w:val="0"/>
                                      <w:marTop w:val="0"/>
                                      <w:marBottom w:val="0"/>
                                      <w:divBdr>
                                        <w:top w:val="none" w:sz="0" w:space="0" w:color="auto"/>
                                        <w:left w:val="none" w:sz="0" w:space="0" w:color="auto"/>
                                        <w:bottom w:val="none" w:sz="0" w:space="0" w:color="auto"/>
                                        <w:right w:val="none" w:sz="0" w:space="0" w:color="auto"/>
                                      </w:divBdr>
                                      <w:divsChild>
                                        <w:div w:id="1898322995">
                                          <w:marLeft w:val="0"/>
                                          <w:marRight w:val="0"/>
                                          <w:marTop w:val="0"/>
                                          <w:marBottom w:val="0"/>
                                          <w:divBdr>
                                            <w:top w:val="none" w:sz="0" w:space="0" w:color="auto"/>
                                            <w:left w:val="none" w:sz="0" w:space="0" w:color="auto"/>
                                            <w:bottom w:val="none" w:sz="0" w:space="0" w:color="auto"/>
                                            <w:right w:val="none" w:sz="0" w:space="0" w:color="auto"/>
                                          </w:divBdr>
                                        </w:div>
                                      </w:divsChild>
                                    </w:div>
                                    <w:div w:id="1046493772">
                                      <w:marLeft w:val="0"/>
                                      <w:marRight w:val="0"/>
                                      <w:marTop w:val="0"/>
                                      <w:marBottom w:val="0"/>
                                      <w:divBdr>
                                        <w:top w:val="none" w:sz="0" w:space="0" w:color="auto"/>
                                        <w:left w:val="none" w:sz="0" w:space="0" w:color="auto"/>
                                        <w:bottom w:val="none" w:sz="0" w:space="0" w:color="auto"/>
                                        <w:right w:val="none" w:sz="0" w:space="0" w:color="auto"/>
                                      </w:divBdr>
                                      <w:divsChild>
                                        <w:div w:id="1052847122">
                                          <w:marLeft w:val="0"/>
                                          <w:marRight w:val="0"/>
                                          <w:marTop w:val="390"/>
                                          <w:marBottom w:val="0"/>
                                          <w:divBdr>
                                            <w:top w:val="none" w:sz="0" w:space="0" w:color="auto"/>
                                            <w:left w:val="none" w:sz="0" w:space="0" w:color="auto"/>
                                            <w:bottom w:val="none" w:sz="0" w:space="0" w:color="auto"/>
                                            <w:right w:val="none" w:sz="0" w:space="0" w:color="auto"/>
                                          </w:divBdr>
                                        </w:div>
                                      </w:divsChild>
                                    </w:div>
                                    <w:div w:id="1432623758">
                                      <w:marLeft w:val="0"/>
                                      <w:marRight w:val="0"/>
                                      <w:marTop w:val="0"/>
                                      <w:marBottom w:val="0"/>
                                      <w:divBdr>
                                        <w:top w:val="none" w:sz="0" w:space="0" w:color="auto"/>
                                        <w:left w:val="none" w:sz="0" w:space="0" w:color="auto"/>
                                        <w:bottom w:val="none" w:sz="0" w:space="0" w:color="auto"/>
                                        <w:right w:val="none" w:sz="0" w:space="0" w:color="auto"/>
                                      </w:divBdr>
                                      <w:divsChild>
                                        <w:div w:id="138957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0922769">
                      <w:marLeft w:val="0"/>
                      <w:marRight w:val="0"/>
                      <w:marTop w:val="0"/>
                      <w:marBottom w:val="0"/>
                      <w:divBdr>
                        <w:top w:val="none" w:sz="0" w:space="0" w:color="auto"/>
                        <w:left w:val="none" w:sz="0" w:space="0" w:color="auto"/>
                        <w:bottom w:val="none" w:sz="0" w:space="0" w:color="auto"/>
                        <w:right w:val="none" w:sz="0" w:space="0" w:color="auto"/>
                      </w:divBdr>
                      <w:divsChild>
                        <w:div w:id="1326930281">
                          <w:marLeft w:val="0"/>
                          <w:marRight w:val="0"/>
                          <w:marTop w:val="0"/>
                          <w:marBottom w:val="0"/>
                          <w:divBdr>
                            <w:top w:val="none" w:sz="0" w:space="0" w:color="auto"/>
                            <w:left w:val="none" w:sz="0" w:space="0" w:color="auto"/>
                            <w:bottom w:val="none" w:sz="0" w:space="0" w:color="auto"/>
                            <w:right w:val="none" w:sz="0" w:space="0" w:color="auto"/>
                          </w:divBdr>
                          <w:divsChild>
                            <w:div w:id="1826433336">
                              <w:marLeft w:val="0"/>
                              <w:marRight w:val="0"/>
                              <w:marTop w:val="0"/>
                              <w:marBottom w:val="0"/>
                              <w:divBdr>
                                <w:top w:val="none" w:sz="0" w:space="0" w:color="auto"/>
                                <w:left w:val="none" w:sz="0" w:space="0" w:color="auto"/>
                                <w:bottom w:val="none" w:sz="0" w:space="0" w:color="auto"/>
                                <w:right w:val="none" w:sz="0" w:space="0" w:color="auto"/>
                              </w:divBdr>
                            </w:div>
                          </w:divsChild>
                        </w:div>
                        <w:div w:id="1184710532">
                          <w:marLeft w:val="0"/>
                          <w:marRight w:val="0"/>
                          <w:marTop w:val="0"/>
                          <w:marBottom w:val="0"/>
                          <w:divBdr>
                            <w:top w:val="single" w:sz="6" w:space="15" w:color="E8E8E8"/>
                            <w:left w:val="none" w:sz="0" w:space="0" w:color="auto"/>
                            <w:bottom w:val="none" w:sz="0" w:space="0" w:color="auto"/>
                            <w:right w:val="none" w:sz="0" w:space="0" w:color="auto"/>
                          </w:divBdr>
                          <w:divsChild>
                            <w:div w:id="1719164780">
                              <w:marLeft w:val="0"/>
                              <w:marRight w:val="0"/>
                              <w:marTop w:val="0"/>
                              <w:marBottom w:val="0"/>
                              <w:divBdr>
                                <w:top w:val="none" w:sz="0" w:space="0" w:color="auto"/>
                                <w:left w:val="none" w:sz="0" w:space="0" w:color="auto"/>
                                <w:bottom w:val="none" w:sz="0" w:space="0" w:color="auto"/>
                                <w:right w:val="none" w:sz="0" w:space="0" w:color="auto"/>
                              </w:divBdr>
                              <w:divsChild>
                                <w:div w:id="1277905608">
                                  <w:marLeft w:val="0"/>
                                  <w:marRight w:val="0"/>
                                  <w:marTop w:val="0"/>
                                  <w:marBottom w:val="0"/>
                                  <w:divBdr>
                                    <w:top w:val="none" w:sz="0" w:space="0" w:color="auto"/>
                                    <w:left w:val="none" w:sz="0" w:space="0" w:color="auto"/>
                                    <w:bottom w:val="none" w:sz="0" w:space="0" w:color="auto"/>
                                    <w:right w:val="none" w:sz="0" w:space="0" w:color="auto"/>
                                  </w:divBdr>
                                  <w:divsChild>
                                    <w:div w:id="1661349239">
                                      <w:marLeft w:val="0"/>
                                      <w:marRight w:val="0"/>
                                      <w:marTop w:val="0"/>
                                      <w:marBottom w:val="0"/>
                                      <w:divBdr>
                                        <w:top w:val="none" w:sz="0" w:space="0" w:color="auto"/>
                                        <w:left w:val="none" w:sz="0" w:space="0" w:color="auto"/>
                                        <w:bottom w:val="none" w:sz="0" w:space="0" w:color="auto"/>
                                        <w:right w:val="none" w:sz="0" w:space="0" w:color="auto"/>
                                      </w:divBdr>
                                      <w:divsChild>
                                        <w:div w:id="1612057129">
                                          <w:marLeft w:val="0"/>
                                          <w:marRight w:val="0"/>
                                          <w:marTop w:val="0"/>
                                          <w:marBottom w:val="0"/>
                                          <w:divBdr>
                                            <w:top w:val="none" w:sz="0" w:space="0" w:color="auto"/>
                                            <w:left w:val="none" w:sz="0" w:space="0" w:color="auto"/>
                                            <w:bottom w:val="none" w:sz="0" w:space="0" w:color="auto"/>
                                            <w:right w:val="none" w:sz="0" w:space="0" w:color="auto"/>
                                          </w:divBdr>
                                        </w:div>
                                      </w:divsChild>
                                    </w:div>
                                    <w:div w:id="351348894">
                                      <w:marLeft w:val="0"/>
                                      <w:marRight w:val="0"/>
                                      <w:marTop w:val="0"/>
                                      <w:marBottom w:val="0"/>
                                      <w:divBdr>
                                        <w:top w:val="none" w:sz="0" w:space="0" w:color="auto"/>
                                        <w:left w:val="none" w:sz="0" w:space="0" w:color="auto"/>
                                        <w:bottom w:val="none" w:sz="0" w:space="0" w:color="auto"/>
                                        <w:right w:val="none" w:sz="0" w:space="0" w:color="auto"/>
                                      </w:divBdr>
                                      <w:divsChild>
                                        <w:div w:id="1128469789">
                                          <w:marLeft w:val="0"/>
                                          <w:marRight w:val="0"/>
                                          <w:marTop w:val="390"/>
                                          <w:marBottom w:val="0"/>
                                          <w:divBdr>
                                            <w:top w:val="none" w:sz="0" w:space="0" w:color="auto"/>
                                            <w:left w:val="none" w:sz="0" w:space="0" w:color="auto"/>
                                            <w:bottom w:val="none" w:sz="0" w:space="0" w:color="auto"/>
                                            <w:right w:val="none" w:sz="0" w:space="0" w:color="auto"/>
                                          </w:divBdr>
                                        </w:div>
                                      </w:divsChild>
                                    </w:div>
                                    <w:div w:id="980503172">
                                      <w:marLeft w:val="0"/>
                                      <w:marRight w:val="0"/>
                                      <w:marTop w:val="0"/>
                                      <w:marBottom w:val="0"/>
                                      <w:divBdr>
                                        <w:top w:val="none" w:sz="0" w:space="0" w:color="auto"/>
                                        <w:left w:val="none" w:sz="0" w:space="0" w:color="auto"/>
                                        <w:bottom w:val="none" w:sz="0" w:space="0" w:color="auto"/>
                                        <w:right w:val="none" w:sz="0" w:space="0" w:color="auto"/>
                                      </w:divBdr>
                                      <w:divsChild>
                                        <w:div w:id="87014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5432597">
                      <w:marLeft w:val="0"/>
                      <w:marRight w:val="0"/>
                      <w:marTop w:val="0"/>
                      <w:marBottom w:val="0"/>
                      <w:divBdr>
                        <w:top w:val="none" w:sz="0" w:space="0" w:color="auto"/>
                        <w:left w:val="none" w:sz="0" w:space="0" w:color="auto"/>
                        <w:bottom w:val="none" w:sz="0" w:space="0" w:color="auto"/>
                        <w:right w:val="none" w:sz="0" w:space="0" w:color="auto"/>
                      </w:divBdr>
                      <w:divsChild>
                        <w:div w:id="1754812376">
                          <w:marLeft w:val="0"/>
                          <w:marRight w:val="0"/>
                          <w:marTop w:val="0"/>
                          <w:marBottom w:val="0"/>
                          <w:divBdr>
                            <w:top w:val="none" w:sz="0" w:space="0" w:color="auto"/>
                            <w:left w:val="none" w:sz="0" w:space="0" w:color="auto"/>
                            <w:bottom w:val="none" w:sz="0" w:space="0" w:color="auto"/>
                            <w:right w:val="none" w:sz="0" w:space="0" w:color="auto"/>
                          </w:divBdr>
                          <w:divsChild>
                            <w:div w:id="1051467474">
                              <w:marLeft w:val="0"/>
                              <w:marRight w:val="0"/>
                              <w:marTop w:val="0"/>
                              <w:marBottom w:val="0"/>
                              <w:divBdr>
                                <w:top w:val="none" w:sz="0" w:space="0" w:color="auto"/>
                                <w:left w:val="none" w:sz="0" w:space="0" w:color="auto"/>
                                <w:bottom w:val="none" w:sz="0" w:space="0" w:color="auto"/>
                                <w:right w:val="none" w:sz="0" w:space="0" w:color="auto"/>
                              </w:divBdr>
                            </w:div>
                          </w:divsChild>
                        </w:div>
                        <w:div w:id="686297080">
                          <w:marLeft w:val="0"/>
                          <w:marRight w:val="0"/>
                          <w:marTop w:val="0"/>
                          <w:marBottom w:val="0"/>
                          <w:divBdr>
                            <w:top w:val="single" w:sz="6" w:space="15" w:color="E8E8E8"/>
                            <w:left w:val="none" w:sz="0" w:space="0" w:color="auto"/>
                            <w:bottom w:val="none" w:sz="0" w:space="0" w:color="auto"/>
                            <w:right w:val="none" w:sz="0" w:space="0" w:color="auto"/>
                          </w:divBdr>
                          <w:divsChild>
                            <w:div w:id="884024574">
                              <w:marLeft w:val="0"/>
                              <w:marRight w:val="0"/>
                              <w:marTop w:val="0"/>
                              <w:marBottom w:val="0"/>
                              <w:divBdr>
                                <w:top w:val="none" w:sz="0" w:space="0" w:color="auto"/>
                                <w:left w:val="none" w:sz="0" w:space="0" w:color="auto"/>
                                <w:bottom w:val="none" w:sz="0" w:space="0" w:color="auto"/>
                                <w:right w:val="none" w:sz="0" w:space="0" w:color="auto"/>
                              </w:divBdr>
                              <w:divsChild>
                                <w:div w:id="363603108">
                                  <w:marLeft w:val="0"/>
                                  <w:marRight w:val="0"/>
                                  <w:marTop w:val="0"/>
                                  <w:marBottom w:val="0"/>
                                  <w:divBdr>
                                    <w:top w:val="none" w:sz="0" w:space="0" w:color="auto"/>
                                    <w:left w:val="none" w:sz="0" w:space="0" w:color="auto"/>
                                    <w:bottom w:val="none" w:sz="0" w:space="0" w:color="auto"/>
                                    <w:right w:val="none" w:sz="0" w:space="0" w:color="auto"/>
                                  </w:divBdr>
                                  <w:divsChild>
                                    <w:div w:id="1668173733">
                                      <w:marLeft w:val="0"/>
                                      <w:marRight w:val="0"/>
                                      <w:marTop w:val="0"/>
                                      <w:marBottom w:val="0"/>
                                      <w:divBdr>
                                        <w:top w:val="none" w:sz="0" w:space="0" w:color="auto"/>
                                        <w:left w:val="none" w:sz="0" w:space="0" w:color="auto"/>
                                        <w:bottom w:val="none" w:sz="0" w:space="0" w:color="auto"/>
                                        <w:right w:val="none" w:sz="0" w:space="0" w:color="auto"/>
                                      </w:divBdr>
                                      <w:divsChild>
                                        <w:div w:id="158035751">
                                          <w:marLeft w:val="0"/>
                                          <w:marRight w:val="0"/>
                                          <w:marTop w:val="0"/>
                                          <w:marBottom w:val="0"/>
                                          <w:divBdr>
                                            <w:top w:val="none" w:sz="0" w:space="0" w:color="auto"/>
                                            <w:left w:val="none" w:sz="0" w:space="0" w:color="auto"/>
                                            <w:bottom w:val="none" w:sz="0" w:space="0" w:color="auto"/>
                                            <w:right w:val="none" w:sz="0" w:space="0" w:color="auto"/>
                                          </w:divBdr>
                                        </w:div>
                                      </w:divsChild>
                                    </w:div>
                                    <w:div w:id="681977070">
                                      <w:marLeft w:val="0"/>
                                      <w:marRight w:val="0"/>
                                      <w:marTop w:val="0"/>
                                      <w:marBottom w:val="0"/>
                                      <w:divBdr>
                                        <w:top w:val="none" w:sz="0" w:space="0" w:color="auto"/>
                                        <w:left w:val="none" w:sz="0" w:space="0" w:color="auto"/>
                                        <w:bottom w:val="none" w:sz="0" w:space="0" w:color="auto"/>
                                        <w:right w:val="none" w:sz="0" w:space="0" w:color="auto"/>
                                      </w:divBdr>
                                      <w:divsChild>
                                        <w:div w:id="241791739">
                                          <w:marLeft w:val="0"/>
                                          <w:marRight w:val="0"/>
                                          <w:marTop w:val="390"/>
                                          <w:marBottom w:val="0"/>
                                          <w:divBdr>
                                            <w:top w:val="none" w:sz="0" w:space="0" w:color="auto"/>
                                            <w:left w:val="none" w:sz="0" w:space="0" w:color="auto"/>
                                            <w:bottom w:val="none" w:sz="0" w:space="0" w:color="auto"/>
                                            <w:right w:val="none" w:sz="0" w:space="0" w:color="auto"/>
                                          </w:divBdr>
                                        </w:div>
                                      </w:divsChild>
                                    </w:div>
                                    <w:div w:id="1347907839">
                                      <w:marLeft w:val="0"/>
                                      <w:marRight w:val="0"/>
                                      <w:marTop w:val="0"/>
                                      <w:marBottom w:val="0"/>
                                      <w:divBdr>
                                        <w:top w:val="none" w:sz="0" w:space="0" w:color="auto"/>
                                        <w:left w:val="none" w:sz="0" w:space="0" w:color="auto"/>
                                        <w:bottom w:val="none" w:sz="0" w:space="0" w:color="auto"/>
                                        <w:right w:val="none" w:sz="0" w:space="0" w:color="auto"/>
                                      </w:divBdr>
                                      <w:divsChild>
                                        <w:div w:id="191018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2955593">
                      <w:marLeft w:val="0"/>
                      <w:marRight w:val="0"/>
                      <w:marTop w:val="0"/>
                      <w:marBottom w:val="0"/>
                      <w:divBdr>
                        <w:top w:val="none" w:sz="0" w:space="0" w:color="auto"/>
                        <w:left w:val="none" w:sz="0" w:space="0" w:color="auto"/>
                        <w:bottom w:val="none" w:sz="0" w:space="0" w:color="auto"/>
                        <w:right w:val="none" w:sz="0" w:space="0" w:color="auto"/>
                      </w:divBdr>
                      <w:divsChild>
                        <w:div w:id="542013797">
                          <w:marLeft w:val="0"/>
                          <w:marRight w:val="0"/>
                          <w:marTop w:val="0"/>
                          <w:marBottom w:val="0"/>
                          <w:divBdr>
                            <w:top w:val="none" w:sz="0" w:space="0" w:color="auto"/>
                            <w:left w:val="none" w:sz="0" w:space="0" w:color="auto"/>
                            <w:bottom w:val="none" w:sz="0" w:space="0" w:color="auto"/>
                            <w:right w:val="none" w:sz="0" w:space="0" w:color="auto"/>
                          </w:divBdr>
                          <w:divsChild>
                            <w:div w:id="1873573103">
                              <w:marLeft w:val="0"/>
                              <w:marRight w:val="0"/>
                              <w:marTop w:val="0"/>
                              <w:marBottom w:val="0"/>
                              <w:divBdr>
                                <w:top w:val="none" w:sz="0" w:space="0" w:color="auto"/>
                                <w:left w:val="none" w:sz="0" w:space="0" w:color="auto"/>
                                <w:bottom w:val="none" w:sz="0" w:space="0" w:color="auto"/>
                                <w:right w:val="none" w:sz="0" w:space="0" w:color="auto"/>
                              </w:divBdr>
                            </w:div>
                          </w:divsChild>
                        </w:div>
                        <w:div w:id="99228143">
                          <w:marLeft w:val="0"/>
                          <w:marRight w:val="0"/>
                          <w:marTop w:val="0"/>
                          <w:marBottom w:val="0"/>
                          <w:divBdr>
                            <w:top w:val="single" w:sz="6" w:space="15" w:color="E8E8E8"/>
                            <w:left w:val="none" w:sz="0" w:space="0" w:color="auto"/>
                            <w:bottom w:val="none" w:sz="0" w:space="0" w:color="auto"/>
                            <w:right w:val="none" w:sz="0" w:space="0" w:color="auto"/>
                          </w:divBdr>
                          <w:divsChild>
                            <w:div w:id="1424257015">
                              <w:marLeft w:val="0"/>
                              <w:marRight w:val="0"/>
                              <w:marTop w:val="0"/>
                              <w:marBottom w:val="0"/>
                              <w:divBdr>
                                <w:top w:val="none" w:sz="0" w:space="0" w:color="auto"/>
                                <w:left w:val="none" w:sz="0" w:space="0" w:color="auto"/>
                                <w:bottom w:val="none" w:sz="0" w:space="0" w:color="auto"/>
                                <w:right w:val="none" w:sz="0" w:space="0" w:color="auto"/>
                              </w:divBdr>
                              <w:divsChild>
                                <w:div w:id="814563752">
                                  <w:marLeft w:val="0"/>
                                  <w:marRight w:val="0"/>
                                  <w:marTop w:val="0"/>
                                  <w:marBottom w:val="0"/>
                                  <w:divBdr>
                                    <w:top w:val="none" w:sz="0" w:space="0" w:color="auto"/>
                                    <w:left w:val="none" w:sz="0" w:space="0" w:color="auto"/>
                                    <w:bottom w:val="none" w:sz="0" w:space="0" w:color="auto"/>
                                    <w:right w:val="none" w:sz="0" w:space="0" w:color="auto"/>
                                  </w:divBdr>
                                  <w:divsChild>
                                    <w:div w:id="204560932">
                                      <w:marLeft w:val="0"/>
                                      <w:marRight w:val="0"/>
                                      <w:marTop w:val="0"/>
                                      <w:marBottom w:val="0"/>
                                      <w:divBdr>
                                        <w:top w:val="none" w:sz="0" w:space="0" w:color="auto"/>
                                        <w:left w:val="none" w:sz="0" w:space="0" w:color="auto"/>
                                        <w:bottom w:val="none" w:sz="0" w:space="0" w:color="auto"/>
                                        <w:right w:val="none" w:sz="0" w:space="0" w:color="auto"/>
                                      </w:divBdr>
                                      <w:divsChild>
                                        <w:div w:id="62836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4455074">
      <w:bodyDiv w:val="1"/>
      <w:marLeft w:val="0"/>
      <w:marRight w:val="0"/>
      <w:marTop w:val="0"/>
      <w:marBottom w:val="0"/>
      <w:divBdr>
        <w:top w:val="none" w:sz="0" w:space="0" w:color="auto"/>
        <w:left w:val="none" w:sz="0" w:space="0" w:color="auto"/>
        <w:bottom w:val="none" w:sz="0" w:space="0" w:color="auto"/>
        <w:right w:val="none" w:sz="0" w:space="0" w:color="auto"/>
      </w:divBdr>
    </w:div>
    <w:div w:id="1413040465">
      <w:bodyDiv w:val="1"/>
      <w:marLeft w:val="0"/>
      <w:marRight w:val="0"/>
      <w:marTop w:val="0"/>
      <w:marBottom w:val="0"/>
      <w:divBdr>
        <w:top w:val="none" w:sz="0" w:space="0" w:color="auto"/>
        <w:left w:val="none" w:sz="0" w:space="0" w:color="auto"/>
        <w:bottom w:val="none" w:sz="0" w:space="0" w:color="auto"/>
        <w:right w:val="none" w:sz="0" w:space="0" w:color="auto"/>
      </w:divBdr>
      <w:divsChild>
        <w:div w:id="1843662631">
          <w:marLeft w:val="0"/>
          <w:marRight w:val="0"/>
          <w:marTop w:val="0"/>
          <w:marBottom w:val="0"/>
          <w:divBdr>
            <w:top w:val="none" w:sz="0" w:space="0" w:color="auto"/>
            <w:left w:val="none" w:sz="0" w:space="0" w:color="auto"/>
            <w:bottom w:val="none" w:sz="0" w:space="0" w:color="auto"/>
            <w:right w:val="none" w:sz="0" w:space="0" w:color="auto"/>
          </w:divBdr>
        </w:div>
      </w:divsChild>
    </w:div>
    <w:div w:id="1504708847">
      <w:bodyDiv w:val="1"/>
      <w:marLeft w:val="0"/>
      <w:marRight w:val="0"/>
      <w:marTop w:val="0"/>
      <w:marBottom w:val="0"/>
      <w:divBdr>
        <w:top w:val="none" w:sz="0" w:space="0" w:color="auto"/>
        <w:left w:val="none" w:sz="0" w:space="0" w:color="auto"/>
        <w:bottom w:val="none" w:sz="0" w:space="0" w:color="auto"/>
        <w:right w:val="none" w:sz="0" w:space="0" w:color="auto"/>
      </w:divBdr>
    </w:div>
    <w:div w:id="1506045749">
      <w:bodyDiv w:val="1"/>
      <w:marLeft w:val="0"/>
      <w:marRight w:val="0"/>
      <w:marTop w:val="0"/>
      <w:marBottom w:val="0"/>
      <w:divBdr>
        <w:top w:val="none" w:sz="0" w:space="0" w:color="auto"/>
        <w:left w:val="none" w:sz="0" w:space="0" w:color="auto"/>
        <w:bottom w:val="none" w:sz="0" w:space="0" w:color="auto"/>
        <w:right w:val="none" w:sz="0" w:space="0" w:color="auto"/>
      </w:divBdr>
    </w:div>
    <w:div w:id="1598438848">
      <w:bodyDiv w:val="1"/>
      <w:marLeft w:val="0"/>
      <w:marRight w:val="0"/>
      <w:marTop w:val="0"/>
      <w:marBottom w:val="0"/>
      <w:divBdr>
        <w:top w:val="none" w:sz="0" w:space="0" w:color="auto"/>
        <w:left w:val="none" w:sz="0" w:space="0" w:color="auto"/>
        <w:bottom w:val="none" w:sz="0" w:space="0" w:color="auto"/>
        <w:right w:val="none" w:sz="0" w:space="0" w:color="auto"/>
      </w:divBdr>
    </w:div>
    <w:div w:id="1616523277">
      <w:bodyDiv w:val="1"/>
      <w:marLeft w:val="0"/>
      <w:marRight w:val="0"/>
      <w:marTop w:val="0"/>
      <w:marBottom w:val="0"/>
      <w:divBdr>
        <w:top w:val="none" w:sz="0" w:space="0" w:color="auto"/>
        <w:left w:val="none" w:sz="0" w:space="0" w:color="auto"/>
        <w:bottom w:val="none" w:sz="0" w:space="0" w:color="auto"/>
        <w:right w:val="none" w:sz="0" w:space="0" w:color="auto"/>
      </w:divBdr>
      <w:divsChild>
        <w:div w:id="2080667302">
          <w:marLeft w:val="0"/>
          <w:marRight w:val="0"/>
          <w:marTop w:val="240"/>
          <w:marBottom w:val="240"/>
          <w:divBdr>
            <w:top w:val="none" w:sz="0" w:space="0" w:color="auto"/>
            <w:left w:val="none" w:sz="0" w:space="0" w:color="auto"/>
            <w:bottom w:val="none" w:sz="0" w:space="0" w:color="auto"/>
            <w:right w:val="none" w:sz="0" w:space="0" w:color="auto"/>
          </w:divBdr>
        </w:div>
        <w:div w:id="1956324396">
          <w:marLeft w:val="0"/>
          <w:marRight w:val="0"/>
          <w:marTop w:val="240"/>
          <w:marBottom w:val="240"/>
          <w:divBdr>
            <w:top w:val="none" w:sz="0" w:space="0" w:color="auto"/>
            <w:left w:val="none" w:sz="0" w:space="0" w:color="auto"/>
            <w:bottom w:val="none" w:sz="0" w:space="0" w:color="auto"/>
            <w:right w:val="none" w:sz="0" w:space="0" w:color="auto"/>
          </w:divBdr>
        </w:div>
        <w:div w:id="801575823">
          <w:marLeft w:val="0"/>
          <w:marRight w:val="0"/>
          <w:marTop w:val="240"/>
          <w:marBottom w:val="240"/>
          <w:divBdr>
            <w:top w:val="none" w:sz="0" w:space="0" w:color="auto"/>
            <w:left w:val="none" w:sz="0" w:space="0" w:color="auto"/>
            <w:bottom w:val="none" w:sz="0" w:space="0" w:color="auto"/>
            <w:right w:val="none" w:sz="0" w:space="0" w:color="auto"/>
          </w:divBdr>
        </w:div>
        <w:div w:id="1605186362">
          <w:marLeft w:val="0"/>
          <w:marRight w:val="0"/>
          <w:marTop w:val="240"/>
          <w:marBottom w:val="240"/>
          <w:divBdr>
            <w:top w:val="none" w:sz="0" w:space="0" w:color="auto"/>
            <w:left w:val="none" w:sz="0" w:space="0" w:color="auto"/>
            <w:bottom w:val="none" w:sz="0" w:space="0" w:color="auto"/>
            <w:right w:val="none" w:sz="0" w:space="0" w:color="auto"/>
          </w:divBdr>
        </w:div>
        <w:div w:id="1222600830">
          <w:marLeft w:val="0"/>
          <w:marRight w:val="0"/>
          <w:marTop w:val="240"/>
          <w:marBottom w:val="240"/>
          <w:divBdr>
            <w:top w:val="none" w:sz="0" w:space="0" w:color="auto"/>
            <w:left w:val="none" w:sz="0" w:space="0" w:color="auto"/>
            <w:bottom w:val="none" w:sz="0" w:space="0" w:color="auto"/>
            <w:right w:val="none" w:sz="0" w:space="0" w:color="auto"/>
          </w:divBdr>
        </w:div>
        <w:div w:id="1634557465">
          <w:marLeft w:val="0"/>
          <w:marRight w:val="0"/>
          <w:marTop w:val="240"/>
          <w:marBottom w:val="240"/>
          <w:divBdr>
            <w:top w:val="none" w:sz="0" w:space="0" w:color="auto"/>
            <w:left w:val="none" w:sz="0" w:space="0" w:color="auto"/>
            <w:bottom w:val="none" w:sz="0" w:space="0" w:color="auto"/>
            <w:right w:val="none" w:sz="0" w:space="0" w:color="auto"/>
          </w:divBdr>
        </w:div>
        <w:div w:id="127943159">
          <w:marLeft w:val="0"/>
          <w:marRight w:val="0"/>
          <w:marTop w:val="240"/>
          <w:marBottom w:val="240"/>
          <w:divBdr>
            <w:top w:val="none" w:sz="0" w:space="0" w:color="auto"/>
            <w:left w:val="none" w:sz="0" w:space="0" w:color="auto"/>
            <w:bottom w:val="none" w:sz="0" w:space="0" w:color="auto"/>
            <w:right w:val="none" w:sz="0" w:space="0" w:color="auto"/>
          </w:divBdr>
        </w:div>
        <w:div w:id="928078153">
          <w:marLeft w:val="0"/>
          <w:marRight w:val="0"/>
          <w:marTop w:val="240"/>
          <w:marBottom w:val="240"/>
          <w:divBdr>
            <w:top w:val="none" w:sz="0" w:space="0" w:color="auto"/>
            <w:left w:val="none" w:sz="0" w:space="0" w:color="auto"/>
            <w:bottom w:val="none" w:sz="0" w:space="0" w:color="auto"/>
            <w:right w:val="none" w:sz="0" w:space="0" w:color="auto"/>
          </w:divBdr>
        </w:div>
      </w:divsChild>
    </w:div>
    <w:div w:id="1667393368">
      <w:bodyDiv w:val="1"/>
      <w:marLeft w:val="0"/>
      <w:marRight w:val="0"/>
      <w:marTop w:val="0"/>
      <w:marBottom w:val="0"/>
      <w:divBdr>
        <w:top w:val="none" w:sz="0" w:space="0" w:color="auto"/>
        <w:left w:val="none" w:sz="0" w:space="0" w:color="auto"/>
        <w:bottom w:val="none" w:sz="0" w:space="0" w:color="auto"/>
        <w:right w:val="none" w:sz="0" w:space="0" w:color="auto"/>
      </w:divBdr>
      <w:divsChild>
        <w:div w:id="1948807472">
          <w:marLeft w:val="0"/>
          <w:marRight w:val="0"/>
          <w:marTop w:val="0"/>
          <w:marBottom w:val="0"/>
          <w:divBdr>
            <w:top w:val="none" w:sz="0" w:space="0" w:color="auto"/>
            <w:left w:val="none" w:sz="0" w:space="0" w:color="auto"/>
            <w:bottom w:val="none" w:sz="0" w:space="0" w:color="auto"/>
            <w:right w:val="none" w:sz="0" w:space="0" w:color="auto"/>
          </w:divBdr>
          <w:divsChild>
            <w:div w:id="2077631163">
              <w:marLeft w:val="0"/>
              <w:marRight w:val="0"/>
              <w:marTop w:val="0"/>
              <w:marBottom w:val="0"/>
              <w:divBdr>
                <w:top w:val="none" w:sz="0" w:space="0" w:color="auto"/>
                <w:left w:val="none" w:sz="0" w:space="0" w:color="auto"/>
                <w:bottom w:val="none" w:sz="0" w:space="0" w:color="auto"/>
                <w:right w:val="none" w:sz="0" w:space="0" w:color="auto"/>
              </w:divBdr>
            </w:div>
          </w:divsChild>
        </w:div>
        <w:div w:id="526219932">
          <w:marLeft w:val="0"/>
          <w:marRight w:val="0"/>
          <w:marTop w:val="0"/>
          <w:marBottom w:val="0"/>
          <w:divBdr>
            <w:top w:val="none" w:sz="0" w:space="0" w:color="auto"/>
            <w:left w:val="none" w:sz="0" w:space="0" w:color="auto"/>
            <w:bottom w:val="none" w:sz="0" w:space="0" w:color="auto"/>
            <w:right w:val="none" w:sz="0" w:space="0" w:color="auto"/>
          </w:divBdr>
          <w:divsChild>
            <w:div w:id="741637753">
              <w:marLeft w:val="0"/>
              <w:marRight w:val="0"/>
              <w:marTop w:val="0"/>
              <w:marBottom w:val="0"/>
              <w:divBdr>
                <w:top w:val="none" w:sz="0" w:space="0" w:color="auto"/>
                <w:left w:val="none" w:sz="0" w:space="0" w:color="auto"/>
                <w:bottom w:val="none" w:sz="0" w:space="0" w:color="auto"/>
                <w:right w:val="none" w:sz="0" w:space="0" w:color="auto"/>
              </w:divBdr>
              <w:divsChild>
                <w:div w:id="419105644">
                  <w:marLeft w:val="0"/>
                  <w:marRight w:val="0"/>
                  <w:marTop w:val="0"/>
                  <w:marBottom w:val="0"/>
                  <w:divBdr>
                    <w:top w:val="none" w:sz="0" w:space="0" w:color="auto"/>
                    <w:left w:val="none" w:sz="0" w:space="0" w:color="auto"/>
                    <w:bottom w:val="none" w:sz="0" w:space="0" w:color="auto"/>
                    <w:right w:val="none" w:sz="0" w:space="0" w:color="auto"/>
                  </w:divBdr>
                  <w:divsChild>
                    <w:div w:id="171423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313704">
          <w:marLeft w:val="0"/>
          <w:marRight w:val="0"/>
          <w:marTop w:val="0"/>
          <w:marBottom w:val="0"/>
          <w:divBdr>
            <w:top w:val="none" w:sz="0" w:space="0" w:color="auto"/>
            <w:left w:val="none" w:sz="0" w:space="0" w:color="auto"/>
            <w:bottom w:val="none" w:sz="0" w:space="0" w:color="auto"/>
            <w:right w:val="none" w:sz="0" w:space="0" w:color="auto"/>
          </w:divBdr>
          <w:divsChild>
            <w:div w:id="1769883745">
              <w:marLeft w:val="0"/>
              <w:marRight w:val="0"/>
              <w:marTop w:val="0"/>
              <w:marBottom w:val="0"/>
              <w:divBdr>
                <w:top w:val="none" w:sz="0" w:space="0" w:color="auto"/>
                <w:left w:val="none" w:sz="0" w:space="0" w:color="auto"/>
                <w:bottom w:val="none" w:sz="0" w:space="0" w:color="auto"/>
                <w:right w:val="none" w:sz="0" w:space="0" w:color="auto"/>
              </w:divBdr>
            </w:div>
          </w:divsChild>
        </w:div>
        <w:div w:id="958145951">
          <w:marLeft w:val="0"/>
          <w:marRight w:val="0"/>
          <w:marTop w:val="0"/>
          <w:marBottom w:val="0"/>
          <w:divBdr>
            <w:top w:val="none" w:sz="0" w:space="0" w:color="auto"/>
            <w:left w:val="none" w:sz="0" w:space="0" w:color="auto"/>
            <w:bottom w:val="none" w:sz="0" w:space="0" w:color="auto"/>
            <w:right w:val="none" w:sz="0" w:space="0" w:color="auto"/>
          </w:divBdr>
          <w:divsChild>
            <w:div w:id="2126608914">
              <w:marLeft w:val="0"/>
              <w:marRight w:val="0"/>
              <w:marTop w:val="0"/>
              <w:marBottom w:val="0"/>
              <w:divBdr>
                <w:top w:val="none" w:sz="0" w:space="0" w:color="auto"/>
                <w:left w:val="none" w:sz="0" w:space="0" w:color="auto"/>
                <w:bottom w:val="none" w:sz="0" w:space="0" w:color="auto"/>
                <w:right w:val="none" w:sz="0" w:space="0" w:color="auto"/>
              </w:divBdr>
              <w:divsChild>
                <w:div w:id="1386179334">
                  <w:marLeft w:val="0"/>
                  <w:marRight w:val="0"/>
                  <w:marTop w:val="0"/>
                  <w:marBottom w:val="0"/>
                  <w:divBdr>
                    <w:top w:val="none" w:sz="0" w:space="0" w:color="auto"/>
                    <w:left w:val="none" w:sz="0" w:space="0" w:color="auto"/>
                    <w:bottom w:val="none" w:sz="0" w:space="0" w:color="auto"/>
                    <w:right w:val="none" w:sz="0" w:space="0" w:color="auto"/>
                  </w:divBdr>
                  <w:divsChild>
                    <w:div w:id="520971493">
                      <w:marLeft w:val="0"/>
                      <w:marRight w:val="0"/>
                      <w:marTop w:val="0"/>
                      <w:marBottom w:val="0"/>
                      <w:divBdr>
                        <w:top w:val="none" w:sz="0" w:space="0" w:color="auto"/>
                        <w:left w:val="none" w:sz="0" w:space="0" w:color="auto"/>
                        <w:bottom w:val="none" w:sz="0" w:space="0" w:color="auto"/>
                        <w:right w:val="none" w:sz="0" w:space="0" w:color="auto"/>
                      </w:divBdr>
                      <w:divsChild>
                        <w:div w:id="1225986343">
                          <w:marLeft w:val="0"/>
                          <w:marRight w:val="0"/>
                          <w:marTop w:val="0"/>
                          <w:marBottom w:val="0"/>
                          <w:divBdr>
                            <w:top w:val="none" w:sz="0" w:space="0" w:color="auto"/>
                            <w:left w:val="none" w:sz="0" w:space="0" w:color="auto"/>
                            <w:bottom w:val="none" w:sz="0" w:space="0" w:color="auto"/>
                            <w:right w:val="none" w:sz="0" w:space="0" w:color="auto"/>
                          </w:divBdr>
                          <w:divsChild>
                            <w:div w:id="1637947209">
                              <w:marLeft w:val="0"/>
                              <w:marRight w:val="0"/>
                              <w:marTop w:val="0"/>
                              <w:marBottom w:val="0"/>
                              <w:divBdr>
                                <w:top w:val="none" w:sz="0" w:space="0" w:color="auto"/>
                                <w:left w:val="none" w:sz="0" w:space="0" w:color="auto"/>
                                <w:bottom w:val="none" w:sz="0" w:space="0" w:color="auto"/>
                                <w:right w:val="none" w:sz="0" w:space="0" w:color="auto"/>
                              </w:divBdr>
                            </w:div>
                          </w:divsChild>
                        </w:div>
                        <w:div w:id="1306012325">
                          <w:marLeft w:val="0"/>
                          <w:marRight w:val="0"/>
                          <w:marTop w:val="0"/>
                          <w:marBottom w:val="0"/>
                          <w:divBdr>
                            <w:top w:val="single" w:sz="6" w:space="15" w:color="E8E8E8"/>
                            <w:left w:val="none" w:sz="0" w:space="0" w:color="auto"/>
                            <w:bottom w:val="none" w:sz="0" w:space="0" w:color="auto"/>
                            <w:right w:val="none" w:sz="0" w:space="0" w:color="auto"/>
                          </w:divBdr>
                          <w:divsChild>
                            <w:div w:id="624503279">
                              <w:marLeft w:val="0"/>
                              <w:marRight w:val="0"/>
                              <w:marTop w:val="0"/>
                              <w:marBottom w:val="0"/>
                              <w:divBdr>
                                <w:top w:val="none" w:sz="0" w:space="0" w:color="auto"/>
                                <w:left w:val="none" w:sz="0" w:space="0" w:color="auto"/>
                                <w:bottom w:val="none" w:sz="0" w:space="0" w:color="auto"/>
                                <w:right w:val="none" w:sz="0" w:space="0" w:color="auto"/>
                              </w:divBdr>
                              <w:divsChild>
                                <w:div w:id="146020031">
                                  <w:marLeft w:val="0"/>
                                  <w:marRight w:val="0"/>
                                  <w:marTop w:val="0"/>
                                  <w:marBottom w:val="0"/>
                                  <w:divBdr>
                                    <w:top w:val="none" w:sz="0" w:space="0" w:color="auto"/>
                                    <w:left w:val="none" w:sz="0" w:space="0" w:color="auto"/>
                                    <w:bottom w:val="none" w:sz="0" w:space="0" w:color="auto"/>
                                    <w:right w:val="none" w:sz="0" w:space="0" w:color="auto"/>
                                  </w:divBdr>
                                  <w:divsChild>
                                    <w:div w:id="1046830688">
                                      <w:marLeft w:val="0"/>
                                      <w:marRight w:val="0"/>
                                      <w:marTop w:val="0"/>
                                      <w:marBottom w:val="0"/>
                                      <w:divBdr>
                                        <w:top w:val="none" w:sz="0" w:space="0" w:color="auto"/>
                                        <w:left w:val="none" w:sz="0" w:space="0" w:color="auto"/>
                                        <w:bottom w:val="none" w:sz="0" w:space="0" w:color="auto"/>
                                        <w:right w:val="none" w:sz="0" w:space="0" w:color="auto"/>
                                      </w:divBdr>
                                      <w:divsChild>
                                        <w:div w:id="2134398083">
                                          <w:marLeft w:val="0"/>
                                          <w:marRight w:val="0"/>
                                          <w:marTop w:val="0"/>
                                          <w:marBottom w:val="0"/>
                                          <w:divBdr>
                                            <w:top w:val="none" w:sz="0" w:space="0" w:color="auto"/>
                                            <w:left w:val="none" w:sz="0" w:space="0" w:color="auto"/>
                                            <w:bottom w:val="none" w:sz="0" w:space="0" w:color="auto"/>
                                            <w:right w:val="none" w:sz="0" w:space="0" w:color="auto"/>
                                          </w:divBdr>
                                        </w:div>
                                      </w:divsChild>
                                    </w:div>
                                    <w:div w:id="982465785">
                                      <w:marLeft w:val="0"/>
                                      <w:marRight w:val="0"/>
                                      <w:marTop w:val="0"/>
                                      <w:marBottom w:val="0"/>
                                      <w:divBdr>
                                        <w:top w:val="none" w:sz="0" w:space="0" w:color="auto"/>
                                        <w:left w:val="none" w:sz="0" w:space="0" w:color="auto"/>
                                        <w:bottom w:val="none" w:sz="0" w:space="0" w:color="auto"/>
                                        <w:right w:val="none" w:sz="0" w:space="0" w:color="auto"/>
                                      </w:divBdr>
                                      <w:divsChild>
                                        <w:div w:id="513882648">
                                          <w:marLeft w:val="0"/>
                                          <w:marRight w:val="0"/>
                                          <w:marTop w:val="0"/>
                                          <w:marBottom w:val="0"/>
                                          <w:divBdr>
                                            <w:top w:val="none" w:sz="0" w:space="0" w:color="auto"/>
                                            <w:left w:val="none" w:sz="0" w:space="0" w:color="auto"/>
                                            <w:bottom w:val="none" w:sz="0" w:space="0" w:color="auto"/>
                                            <w:right w:val="none" w:sz="0" w:space="0" w:color="auto"/>
                                          </w:divBdr>
                                        </w:div>
                                      </w:divsChild>
                                    </w:div>
                                    <w:div w:id="1848589624">
                                      <w:marLeft w:val="0"/>
                                      <w:marRight w:val="0"/>
                                      <w:marTop w:val="0"/>
                                      <w:marBottom w:val="0"/>
                                      <w:divBdr>
                                        <w:top w:val="none" w:sz="0" w:space="0" w:color="auto"/>
                                        <w:left w:val="none" w:sz="0" w:space="0" w:color="auto"/>
                                        <w:bottom w:val="none" w:sz="0" w:space="0" w:color="auto"/>
                                        <w:right w:val="none" w:sz="0" w:space="0" w:color="auto"/>
                                      </w:divBdr>
                                      <w:divsChild>
                                        <w:div w:id="1054088400">
                                          <w:marLeft w:val="0"/>
                                          <w:marRight w:val="0"/>
                                          <w:marTop w:val="150"/>
                                          <w:marBottom w:val="0"/>
                                          <w:divBdr>
                                            <w:top w:val="none" w:sz="0" w:space="0" w:color="auto"/>
                                            <w:left w:val="none" w:sz="0" w:space="0" w:color="auto"/>
                                            <w:bottom w:val="none" w:sz="0" w:space="0" w:color="auto"/>
                                            <w:right w:val="none" w:sz="0" w:space="0" w:color="auto"/>
                                          </w:divBdr>
                                        </w:div>
                                      </w:divsChild>
                                    </w:div>
                                    <w:div w:id="1215627896">
                                      <w:marLeft w:val="0"/>
                                      <w:marRight w:val="0"/>
                                      <w:marTop w:val="0"/>
                                      <w:marBottom w:val="0"/>
                                      <w:divBdr>
                                        <w:top w:val="none" w:sz="0" w:space="0" w:color="auto"/>
                                        <w:left w:val="none" w:sz="0" w:space="0" w:color="auto"/>
                                        <w:bottom w:val="none" w:sz="0" w:space="0" w:color="auto"/>
                                        <w:right w:val="none" w:sz="0" w:space="0" w:color="auto"/>
                                      </w:divBdr>
                                      <w:divsChild>
                                        <w:div w:id="922181350">
                                          <w:marLeft w:val="0"/>
                                          <w:marRight w:val="0"/>
                                          <w:marTop w:val="0"/>
                                          <w:marBottom w:val="0"/>
                                          <w:divBdr>
                                            <w:top w:val="none" w:sz="0" w:space="0" w:color="auto"/>
                                            <w:left w:val="none" w:sz="0" w:space="0" w:color="auto"/>
                                            <w:bottom w:val="none" w:sz="0" w:space="0" w:color="auto"/>
                                            <w:right w:val="none" w:sz="0" w:space="0" w:color="auto"/>
                                          </w:divBdr>
                                        </w:div>
                                      </w:divsChild>
                                    </w:div>
                                    <w:div w:id="2125922575">
                                      <w:marLeft w:val="0"/>
                                      <w:marRight w:val="0"/>
                                      <w:marTop w:val="0"/>
                                      <w:marBottom w:val="0"/>
                                      <w:divBdr>
                                        <w:top w:val="none" w:sz="0" w:space="0" w:color="auto"/>
                                        <w:left w:val="none" w:sz="0" w:space="0" w:color="auto"/>
                                        <w:bottom w:val="none" w:sz="0" w:space="0" w:color="auto"/>
                                        <w:right w:val="none" w:sz="0" w:space="0" w:color="auto"/>
                                      </w:divBdr>
                                      <w:divsChild>
                                        <w:div w:id="1065421614">
                                          <w:marLeft w:val="0"/>
                                          <w:marRight w:val="0"/>
                                          <w:marTop w:val="390"/>
                                          <w:marBottom w:val="0"/>
                                          <w:divBdr>
                                            <w:top w:val="none" w:sz="0" w:space="0" w:color="auto"/>
                                            <w:left w:val="none" w:sz="0" w:space="0" w:color="auto"/>
                                            <w:bottom w:val="none" w:sz="0" w:space="0" w:color="auto"/>
                                            <w:right w:val="none" w:sz="0" w:space="0" w:color="auto"/>
                                          </w:divBdr>
                                        </w:div>
                                      </w:divsChild>
                                    </w:div>
                                    <w:div w:id="1309749502">
                                      <w:marLeft w:val="0"/>
                                      <w:marRight w:val="0"/>
                                      <w:marTop w:val="0"/>
                                      <w:marBottom w:val="0"/>
                                      <w:divBdr>
                                        <w:top w:val="none" w:sz="0" w:space="0" w:color="auto"/>
                                        <w:left w:val="none" w:sz="0" w:space="0" w:color="auto"/>
                                        <w:bottom w:val="none" w:sz="0" w:space="0" w:color="auto"/>
                                        <w:right w:val="none" w:sz="0" w:space="0" w:color="auto"/>
                                      </w:divBdr>
                                      <w:divsChild>
                                        <w:div w:id="195802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991165">
      <w:bodyDiv w:val="1"/>
      <w:marLeft w:val="0"/>
      <w:marRight w:val="0"/>
      <w:marTop w:val="0"/>
      <w:marBottom w:val="0"/>
      <w:divBdr>
        <w:top w:val="none" w:sz="0" w:space="0" w:color="auto"/>
        <w:left w:val="none" w:sz="0" w:space="0" w:color="auto"/>
        <w:bottom w:val="none" w:sz="0" w:space="0" w:color="auto"/>
        <w:right w:val="none" w:sz="0" w:space="0" w:color="auto"/>
      </w:divBdr>
    </w:div>
    <w:div w:id="1742828947">
      <w:bodyDiv w:val="1"/>
      <w:marLeft w:val="0"/>
      <w:marRight w:val="0"/>
      <w:marTop w:val="0"/>
      <w:marBottom w:val="0"/>
      <w:divBdr>
        <w:top w:val="none" w:sz="0" w:space="0" w:color="auto"/>
        <w:left w:val="none" w:sz="0" w:space="0" w:color="auto"/>
        <w:bottom w:val="none" w:sz="0" w:space="0" w:color="auto"/>
        <w:right w:val="none" w:sz="0" w:space="0" w:color="auto"/>
      </w:divBdr>
      <w:divsChild>
        <w:div w:id="37705433">
          <w:marLeft w:val="0"/>
          <w:marRight w:val="0"/>
          <w:marTop w:val="0"/>
          <w:marBottom w:val="0"/>
          <w:divBdr>
            <w:top w:val="none" w:sz="0" w:space="0" w:color="auto"/>
            <w:left w:val="none" w:sz="0" w:space="0" w:color="auto"/>
            <w:bottom w:val="none" w:sz="0" w:space="0" w:color="auto"/>
            <w:right w:val="none" w:sz="0" w:space="0" w:color="auto"/>
          </w:divBdr>
        </w:div>
      </w:divsChild>
    </w:div>
    <w:div w:id="1754353335">
      <w:bodyDiv w:val="1"/>
      <w:marLeft w:val="0"/>
      <w:marRight w:val="0"/>
      <w:marTop w:val="0"/>
      <w:marBottom w:val="0"/>
      <w:divBdr>
        <w:top w:val="none" w:sz="0" w:space="0" w:color="auto"/>
        <w:left w:val="none" w:sz="0" w:space="0" w:color="auto"/>
        <w:bottom w:val="none" w:sz="0" w:space="0" w:color="auto"/>
        <w:right w:val="none" w:sz="0" w:space="0" w:color="auto"/>
      </w:divBdr>
    </w:div>
    <w:div w:id="1765567743">
      <w:bodyDiv w:val="1"/>
      <w:marLeft w:val="0"/>
      <w:marRight w:val="0"/>
      <w:marTop w:val="0"/>
      <w:marBottom w:val="0"/>
      <w:divBdr>
        <w:top w:val="none" w:sz="0" w:space="0" w:color="auto"/>
        <w:left w:val="none" w:sz="0" w:space="0" w:color="auto"/>
        <w:bottom w:val="none" w:sz="0" w:space="0" w:color="auto"/>
        <w:right w:val="none" w:sz="0" w:space="0" w:color="auto"/>
      </w:divBdr>
    </w:div>
    <w:div w:id="1835608442">
      <w:bodyDiv w:val="1"/>
      <w:marLeft w:val="0"/>
      <w:marRight w:val="0"/>
      <w:marTop w:val="0"/>
      <w:marBottom w:val="0"/>
      <w:divBdr>
        <w:top w:val="none" w:sz="0" w:space="0" w:color="auto"/>
        <w:left w:val="none" w:sz="0" w:space="0" w:color="auto"/>
        <w:bottom w:val="none" w:sz="0" w:space="0" w:color="auto"/>
        <w:right w:val="none" w:sz="0" w:space="0" w:color="auto"/>
      </w:divBdr>
      <w:divsChild>
        <w:div w:id="1456488302">
          <w:marLeft w:val="0"/>
          <w:marRight w:val="0"/>
          <w:marTop w:val="0"/>
          <w:marBottom w:val="0"/>
          <w:divBdr>
            <w:top w:val="none" w:sz="0" w:space="0" w:color="auto"/>
            <w:left w:val="none" w:sz="0" w:space="0" w:color="auto"/>
            <w:bottom w:val="none" w:sz="0" w:space="0" w:color="auto"/>
            <w:right w:val="none" w:sz="0" w:space="0" w:color="auto"/>
          </w:divBdr>
        </w:div>
      </w:divsChild>
    </w:div>
    <w:div w:id="1852598630">
      <w:bodyDiv w:val="1"/>
      <w:marLeft w:val="0"/>
      <w:marRight w:val="0"/>
      <w:marTop w:val="0"/>
      <w:marBottom w:val="0"/>
      <w:divBdr>
        <w:top w:val="none" w:sz="0" w:space="0" w:color="auto"/>
        <w:left w:val="none" w:sz="0" w:space="0" w:color="auto"/>
        <w:bottom w:val="none" w:sz="0" w:space="0" w:color="auto"/>
        <w:right w:val="none" w:sz="0" w:space="0" w:color="auto"/>
      </w:divBdr>
      <w:divsChild>
        <w:div w:id="556743091">
          <w:marLeft w:val="0"/>
          <w:marRight w:val="0"/>
          <w:marTop w:val="0"/>
          <w:marBottom w:val="0"/>
          <w:divBdr>
            <w:top w:val="none" w:sz="0" w:space="0" w:color="auto"/>
            <w:left w:val="none" w:sz="0" w:space="0" w:color="auto"/>
            <w:bottom w:val="none" w:sz="0" w:space="0" w:color="auto"/>
            <w:right w:val="none" w:sz="0" w:space="0" w:color="auto"/>
          </w:divBdr>
          <w:divsChild>
            <w:div w:id="2018917331">
              <w:marLeft w:val="0"/>
              <w:marRight w:val="0"/>
              <w:marTop w:val="0"/>
              <w:marBottom w:val="0"/>
              <w:divBdr>
                <w:top w:val="none" w:sz="0" w:space="0" w:color="auto"/>
                <w:left w:val="none" w:sz="0" w:space="0" w:color="auto"/>
                <w:bottom w:val="none" w:sz="0" w:space="0" w:color="auto"/>
                <w:right w:val="none" w:sz="0" w:space="0" w:color="auto"/>
              </w:divBdr>
            </w:div>
          </w:divsChild>
        </w:div>
        <w:div w:id="1191182593">
          <w:marLeft w:val="0"/>
          <w:marRight w:val="0"/>
          <w:marTop w:val="0"/>
          <w:marBottom w:val="0"/>
          <w:divBdr>
            <w:top w:val="none" w:sz="0" w:space="0" w:color="auto"/>
            <w:left w:val="none" w:sz="0" w:space="0" w:color="auto"/>
            <w:bottom w:val="none" w:sz="0" w:space="0" w:color="auto"/>
            <w:right w:val="none" w:sz="0" w:space="0" w:color="auto"/>
          </w:divBdr>
          <w:divsChild>
            <w:div w:id="314259708">
              <w:marLeft w:val="0"/>
              <w:marRight w:val="0"/>
              <w:marTop w:val="0"/>
              <w:marBottom w:val="0"/>
              <w:divBdr>
                <w:top w:val="none" w:sz="0" w:space="0" w:color="auto"/>
                <w:left w:val="none" w:sz="0" w:space="0" w:color="auto"/>
                <w:bottom w:val="none" w:sz="0" w:space="0" w:color="auto"/>
                <w:right w:val="none" w:sz="0" w:space="0" w:color="auto"/>
              </w:divBdr>
              <w:divsChild>
                <w:div w:id="1783497015">
                  <w:marLeft w:val="0"/>
                  <w:marRight w:val="0"/>
                  <w:marTop w:val="0"/>
                  <w:marBottom w:val="0"/>
                  <w:divBdr>
                    <w:top w:val="none" w:sz="0" w:space="0" w:color="auto"/>
                    <w:left w:val="none" w:sz="0" w:space="0" w:color="auto"/>
                    <w:bottom w:val="none" w:sz="0" w:space="0" w:color="auto"/>
                    <w:right w:val="none" w:sz="0" w:space="0" w:color="auto"/>
                  </w:divBdr>
                  <w:divsChild>
                    <w:div w:id="35566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744976">
          <w:marLeft w:val="0"/>
          <w:marRight w:val="0"/>
          <w:marTop w:val="0"/>
          <w:marBottom w:val="0"/>
          <w:divBdr>
            <w:top w:val="none" w:sz="0" w:space="0" w:color="auto"/>
            <w:left w:val="none" w:sz="0" w:space="0" w:color="auto"/>
            <w:bottom w:val="none" w:sz="0" w:space="0" w:color="auto"/>
            <w:right w:val="none" w:sz="0" w:space="0" w:color="auto"/>
          </w:divBdr>
          <w:divsChild>
            <w:div w:id="274219392">
              <w:marLeft w:val="0"/>
              <w:marRight w:val="0"/>
              <w:marTop w:val="0"/>
              <w:marBottom w:val="0"/>
              <w:divBdr>
                <w:top w:val="none" w:sz="0" w:space="0" w:color="auto"/>
                <w:left w:val="none" w:sz="0" w:space="0" w:color="auto"/>
                <w:bottom w:val="none" w:sz="0" w:space="0" w:color="auto"/>
                <w:right w:val="none" w:sz="0" w:space="0" w:color="auto"/>
              </w:divBdr>
            </w:div>
          </w:divsChild>
        </w:div>
        <w:div w:id="644239858">
          <w:marLeft w:val="0"/>
          <w:marRight w:val="0"/>
          <w:marTop w:val="0"/>
          <w:marBottom w:val="0"/>
          <w:divBdr>
            <w:top w:val="none" w:sz="0" w:space="0" w:color="auto"/>
            <w:left w:val="none" w:sz="0" w:space="0" w:color="auto"/>
            <w:bottom w:val="none" w:sz="0" w:space="0" w:color="auto"/>
            <w:right w:val="none" w:sz="0" w:space="0" w:color="auto"/>
          </w:divBdr>
          <w:divsChild>
            <w:div w:id="904030633">
              <w:marLeft w:val="0"/>
              <w:marRight w:val="0"/>
              <w:marTop w:val="150"/>
              <w:marBottom w:val="0"/>
              <w:divBdr>
                <w:top w:val="none" w:sz="0" w:space="0" w:color="auto"/>
                <w:left w:val="none" w:sz="0" w:space="0" w:color="auto"/>
                <w:bottom w:val="none" w:sz="0" w:space="0" w:color="auto"/>
                <w:right w:val="none" w:sz="0" w:space="0" w:color="auto"/>
              </w:divBdr>
            </w:div>
          </w:divsChild>
        </w:div>
        <w:div w:id="2031102169">
          <w:marLeft w:val="0"/>
          <w:marRight w:val="0"/>
          <w:marTop w:val="0"/>
          <w:marBottom w:val="0"/>
          <w:divBdr>
            <w:top w:val="none" w:sz="0" w:space="0" w:color="auto"/>
            <w:left w:val="none" w:sz="0" w:space="0" w:color="auto"/>
            <w:bottom w:val="none" w:sz="0" w:space="0" w:color="auto"/>
            <w:right w:val="none" w:sz="0" w:space="0" w:color="auto"/>
          </w:divBdr>
          <w:divsChild>
            <w:div w:id="1708024191">
              <w:marLeft w:val="0"/>
              <w:marRight w:val="0"/>
              <w:marTop w:val="225"/>
              <w:marBottom w:val="450"/>
              <w:divBdr>
                <w:top w:val="none" w:sz="0" w:space="0" w:color="auto"/>
                <w:left w:val="none" w:sz="0" w:space="0" w:color="auto"/>
                <w:bottom w:val="none" w:sz="0" w:space="0" w:color="auto"/>
                <w:right w:val="none" w:sz="0" w:space="0" w:color="auto"/>
              </w:divBdr>
            </w:div>
          </w:divsChild>
        </w:div>
        <w:div w:id="1073628783">
          <w:marLeft w:val="0"/>
          <w:marRight w:val="0"/>
          <w:marTop w:val="0"/>
          <w:marBottom w:val="0"/>
          <w:divBdr>
            <w:top w:val="none" w:sz="0" w:space="0" w:color="auto"/>
            <w:left w:val="none" w:sz="0" w:space="0" w:color="auto"/>
            <w:bottom w:val="none" w:sz="0" w:space="0" w:color="auto"/>
            <w:right w:val="none" w:sz="0" w:space="0" w:color="auto"/>
          </w:divBdr>
          <w:divsChild>
            <w:div w:id="705061610">
              <w:marLeft w:val="0"/>
              <w:marRight w:val="0"/>
              <w:marTop w:val="0"/>
              <w:marBottom w:val="0"/>
              <w:divBdr>
                <w:top w:val="none" w:sz="0" w:space="0" w:color="auto"/>
                <w:left w:val="none" w:sz="0" w:space="0" w:color="auto"/>
                <w:bottom w:val="none" w:sz="0" w:space="0" w:color="auto"/>
                <w:right w:val="none" w:sz="0" w:space="0" w:color="auto"/>
              </w:divBdr>
            </w:div>
          </w:divsChild>
        </w:div>
        <w:div w:id="968821884">
          <w:marLeft w:val="0"/>
          <w:marRight w:val="0"/>
          <w:marTop w:val="0"/>
          <w:marBottom w:val="0"/>
          <w:divBdr>
            <w:top w:val="none" w:sz="0" w:space="0" w:color="auto"/>
            <w:left w:val="none" w:sz="0" w:space="0" w:color="auto"/>
            <w:bottom w:val="none" w:sz="0" w:space="0" w:color="auto"/>
            <w:right w:val="none" w:sz="0" w:space="0" w:color="auto"/>
          </w:divBdr>
          <w:divsChild>
            <w:div w:id="2143956426">
              <w:marLeft w:val="0"/>
              <w:marRight w:val="0"/>
              <w:marTop w:val="0"/>
              <w:marBottom w:val="0"/>
              <w:divBdr>
                <w:top w:val="none" w:sz="0" w:space="0" w:color="auto"/>
                <w:left w:val="none" w:sz="0" w:space="0" w:color="auto"/>
                <w:bottom w:val="none" w:sz="0" w:space="0" w:color="auto"/>
                <w:right w:val="none" w:sz="0" w:space="0" w:color="auto"/>
              </w:divBdr>
              <w:divsChild>
                <w:div w:id="1114907881">
                  <w:marLeft w:val="0"/>
                  <w:marRight w:val="0"/>
                  <w:marTop w:val="0"/>
                  <w:marBottom w:val="0"/>
                  <w:divBdr>
                    <w:top w:val="none" w:sz="0" w:space="0" w:color="auto"/>
                    <w:left w:val="none" w:sz="0" w:space="0" w:color="auto"/>
                    <w:bottom w:val="none" w:sz="0" w:space="0" w:color="auto"/>
                    <w:right w:val="none" w:sz="0" w:space="0" w:color="auto"/>
                  </w:divBdr>
                  <w:divsChild>
                    <w:div w:id="775322218">
                      <w:marLeft w:val="0"/>
                      <w:marRight w:val="0"/>
                      <w:marTop w:val="0"/>
                      <w:marBottom w:val="0"/>
                      <w:divBdr>
                        <w:top w:val="none" w:sz="0" w:space="0" w:color="auto"/>
                        <w:left w:val="none" w:sz="0" w:space="0" w:color="auto"/>
                        <w:bottom w:val="none" w:sz="0" w:space="0" w:color="auto"/>
                        <w:right w:val="none" w:sz="0" w:space="0" w:color="auto"/>
                      </w:divBdr>
                      <w:divsChild>
                        <w:div w:id="393163083">
                          <w:marLeft w:val="0"/>
                          <w:marRight w:val="0"/>
                          <w:marTop w:val="0"/>
                          <w:marBottom w:val="0"/>
                          <w:divBdr>
                            <w:top w:val="none" w:sz="0" w:space="0" w:color="auto"/>
                            <w:left w:val="none" w:sz="0" w:space="0" w:color="auto"/>
                            <w:bottom w:val="none" w:sz="0" w:space="0" w:color="auto"/>
                            <w:right w:val="none" w:sz="0" w:space="0" w:color="auto"/>
                          </w:divBdr>
                          <w:divsChild>
                            <w:div w:id="60492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09729">
                      <w:marLeft w:val="0"/>
                      <w:marRight w:val="0"/>
                      <w:marTop w:val="0"/>
                      <w:marBottom w:val="0"/>
                      <w:divBdr>
                        <w:top w:val="none" w:sz="0" w:space="0" w:color="auto"/>
                        <w:left w:val="none" w:sz="0" w:space="0" w:color="auto"/>
                        <w:bottom w:val="none" w:sz="0" w:space="0" w:color="auto"/>
                        <w:right w:val="none" w:sz="0" w:space="0" w:color="auto"/>
                      </w:divBdr>
                      <w:divsChild>
                        <w:div w:id="866673417">
                          <w:marLeft w:val="0"/>
                          <w:marRight w:val="0"/>
                          <w:marTop w:val="0"/>
                          <w:marBottom w:val="0"/>
                          <w:divBdr>
                            <w:top w:val="none" w:sz="0" w:space="0" w:color="auto"/>
                            <w:left w:val="none" w:sz="0" w:space="0" w:color="auto"/>
                            <w:bottom w:val="none" w:sz="0" w:space="0" w:color="auto"/>
                            <w:right w:val="none" w:sz="0" w:space="0" w:color="auto"/>
                          </w:divBdr>
                          <w:divsChild>
                            <w:div w:id="171639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36135">
                      <w:marLeft w:val="0"/>
                      <w:marRight w:val="0"/>
                      <w:marTop w:val="0"/>
                      <w:marBottom w:val="0"/>
                      <w:divBdr>
                        <w:top w:val="none" w:sz="0" w:space="0" w:color="auto"/>
                        <w:left w:val="none" w:sz="0" w:space="0" w:color="auto"/>
                        <w:bottom w:val="none" w:sz="0" w:space="0" w:color="auto"/>
                        <w:right w:val="none" w:sz="0" w:space="0" w:color="auto"/>
                      </w:divBdr>
                      <w:divsChild>
                        <w:div w:id="151220649">
                          <w:marLeft w:val="0"/>
                          <w:marRight w:val="0"/>
                          <w:marTop w:val="0"/>
                          <w:marBottom w:val="0"/>
                          <w:divBdr>
                            <w:top w:val="none" w:sz="0" w:space="0" w:color="auto"/>
                            <w:left w:val="none" w:sz="0" w:space="0" w:color="auto"/>
                            <w:bottom w:val="none" w:sz="0" w:space="0" w:color="auto"/>
                            <w:right w:val="none" w:sz="0" w:space="0" w:color="auto"/>
                          </w:divBdr>
                          <w:divsChild>
                            <w:div w:id="491217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011271">
                      <w:marLeft w:val="0"/>
                      <w:marRight w:val="0"/>
                      <w:marTop w:val="0"/>
                      <w:marBottom w:val="0"/>
                      <w:divBdr>
                        <w:top w:val="none" w:sz="0" w:space="0" w:color="auto"/>
                        <w:left w:val="none" w:sz="0" w:space="0" w:color="auto"/>
                        <w:bottom w:val="none" w:sz="0" w:space="0" w:color="auto"/>
                        <w:right w:val="none" w:sz="0" w:space="0" w:color="auto"/>
                      </w:divBdr>
                      <w:divsChild>
                        <w:div w:id="1793550259">
                          <w:marLeft w:val="0"/>
                          <w:marRight w:val="0"/>
                          <w:marTop w:val="0"/>
                          <w:marBottom w:val="0"/>
                          <w:divBdr>
                            <w:top w:val="none" w:sz="0" w:space="0" w:color="auto"/>
                            <w:left w:val="none" w:sz="0" w:space="0" w:color="auto"/>
                            <w:bottom w:val="none" w:sz="0" w:space="0" w:color="auto"/>
                            <w:right w:val="none" w:sz="0" w:space="0" w:color="auto"/>
                          </w:divBdr>
                          <w:divsChild>
                            <w:div w:id="98343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3924483">
      <w:bodyDiv w:val="1"/>
      <w:marLeft w:val="0"/>
      <w:marRight w:val="0"/>
      <w:marTop w:val="0"/>
      <w:marBottom w:val="0"/>
      <w:divBdr>
        <w:top w:val="none" w:sz="0" w:space="0" w:color="auto"/>
        <w:left w:val="none" w:sz="0" w:space="0" w:color="auto"/>
        <w:bottom w:val="none" w:sz="0" w:space="0" w:color="auto"/>
        <w:right w:val="none" w:sz="0" w:space="0" w:color="auto"/>
      </w:divBdr>
    </w:div>
    <w:div w:id="1993831211">
      <w:bodyDiv w:val="1"/>
      <w:marLeft w:val="0"/>
      <w:marRight w:val="0"/>
      <w:marTop w:val="0"/>
      <w:marBottom w:val="0"/>
      <w:divBdr>
        <w:top w:val="none" w:sz="0" w:space="0" w:color="auto"/>
        <w:left w:val="none" w:sz="0" w:space="0" w:color="auto"/>
        <w:bottom w:val="none" w:sz="0" w:space="0" w:color="auto"/>
        <w:right w:val="none" w:sz="0" w:space="0" w:color="auto"/>
      </w:divBdr>
      <w:divsChild>
        <w:div w:id="1257129508">
          <w:marLeft w:val="0"/>
          <w:marRight w:val="0"/>
          <w:marTop w:val="0"/>
          <w:marBottom w:val="0"/>
          <w:divBdr>
            <w:top w:val="none" w:sz="0" w:space="0" w:color="auto"/>
            <w:left w:val="none" w:sz="0" w:space="0" w:color="auto"/>
            <w:bottom w:val="none" w:sz="0" w:space="0" w:color="auto"/>
            <w:right w:val="none" w:sz="0" w:space="0" w:color="auto"/>
          </w:divBdr>
          <w:divsChild>
            <w:div w:id="1815830673">
              <w:marLeft w:val="0"/>
              <w:marRight w:val="0"/>
              <w:marTop w:val="0"/>
              <w:marBottom w:val="0"/>
              <w:divBdr>
                <w:top w:val="none" w:sz="0" w:space="0" w:color="auto"/>
                <w:left w:val="none" w:sz="0" w:space="0" w:color="auto"/>
                <w:bottom w:val="none" w:sz="0" w:space="0" w:color="auto"/>
                <w:right w:val="none" w:sz="0" w:space="0" w:color="auto"/>
              </w:divBdr>
            </w:div>
          </w:divsChild>
        </w:div>
        <w:div w:id="994719307">
          <w:marLeft w:val="0"/>
          <w:marRight w:val="0"/>
          <w:marTop w:val="0"/>
          <w:marBottom w:val="0"/>
          <w:divBdr>
            <w:top w:val="single" w:sz="6" w:space="15" w:color="E8E8E8"/>
            <w:left w:val="none" w:sz="0" w:space="0" w:color="auto"/>
            <w:bottom w:val="none" w:sz="0" w:space="0" w:color="auto"/>
            <w:right w:val="none" w:sz="0" w:space="0" w:color="auto"/>
          </w:divBdr>
          <w:divsChild>
            <w:div w:id="1666858170">
              <w:marLeft w:val="0"/>
              <w:marRight w:val="0"/>
              <w:marTop w:val="0"/>
              <w:marBottom w:val="0"/>
              <w:divBdr>
                <w:top w:val="none" w:sz="0" w:space="0" w:color="auto"/>
                <w:left w:val="none" w:sz="0" w:space="0" w:color="auto"/>
                <w:bottom w:val="none" w:sz="0" w:space="0" w:color="auto"/>
                <w:right w:val="none" w:sz="0" w:space="0" w:color="auto"/>
              </w:divBdr>
              <w:divsChild>
                <w:div w:id="1317342285">
                  <w:marLeft w:val="0"/>
                  <w:marRight w:val="0"/>
                  <w:marTop w:val="0"/>
                  <w:marBottom w:val="0"/>
                  <w:divBdr>
                    <w:top w:val="none" w:sz="0" w:space="0" w:color="auto"/>
                    <w:left w:val="none" w:sz="0" w:space="0" w:color="auto"/>
                    <w:bottom w:val="none" w:sz="0" w:space="0" w:color="auto"/>
                    <w:right w:val="none" w:sz="0" w:space="0" w:color="auto"/>
                  </w:divBdr>
                  <w:divsChild>
                    <w:div w:id="899291506">
                      <w:marLeft w:val="0"/>
                      <w:marRight w:val="0"/>
                      <w:marTop w:val="0"/>
                      <w:marBottom w:val="0"/>
                      <w:divBdr>
                        <w:top w:val="none" w:sz="0" w:space="0" w:color="auto"/>
                        <w:left w:val="none" w:sz="0" w:space="0" w:color="auto"/>
                        <w:bottom w:val="none" w:sz="0" w:space="0" w:color="auto"/>
                        <w:right w:val="none" w:sz="0" w:space="0" w:color="auto"/>
                      </w:divBdr>
                      <w:divsChild>
                        <w:div w:id="42682331">
                          <w:marLeft w:val="0"/>
                          <w:marRight w:val="0"/>
                          <w:marTop w:val="0"/>
                          <w:marBottom w:val="0"/>
                          <w:divBdr>
                            <w:top w:val="none" w:sz="0" w:space="0" w:color="auto"/>
                            <w:left w:val="none" w:sz="0" w:space="0" w:color="auto"/>
                            <w:bottom w:val="none" w:sz="0" w:space="0" w:color="auto"/>
                            <w:right w:val="none" w:sz="0" w:space="0" w:color="auto"/>
                          </w:divBdr>
                        </w:div>
                      </w:divsChild>
                    </w:div>
                    <w:div w:id="1799837353">
                      <w:marLeft w:val="0"/>
                      <w:marRight w:val="0"/>
                      <w:marTop w:val="0"/>
                      <w:marBottom w:val="0"/>
                      <w:divBdr>
                        <w:top w:val="none" w:sz="0" w:space="0" w:color="auto"/>
                        <w:left w:val="none" w:sz="0" w:space="0" w:color="auto"/>
                        <w:bottom w:val="none" w:sz="0" w:space="0" w:color="auto"/>
                        <w:right w:val="none" w:sz="0" w:space="0" w:color="auto"/>
                      </w:divBdr>
                      <w:divsChild>
                        <w:div w:id="843321404">
                          <w:marLeft w:val="0"/>
                          <w:marRight w:val="0"/>
                          <w:marTop w:val="0"/>
                          <w:marBottom w:val="0"/>
                          <w:divBdr>
                            <w:top w:val="none" w:sz="0" w:space="0" w:color="auto"/>
                            <w:left w:val="none" w:sz="0" w:space="0" w:color="auto"/>
                            <w:bottom w:val="none" w:sz="0" w:space="0" w:color="auto"/>
                            <w:right w:val="none" w:sz="0" w:space="0" w:color="auto"/>
                          </w:divBdr>
                        </w:div>
                      </w:divsChild>
                    </w:div>
                    <w:div w:id="504562832">
                      <w:marLeft w:val="0"/>
                      <w:marRight w:val="0"/>
                      <w:marTop w:val="0"/>
                      <w:marBottom w:val="0"/>
                      <w:divBdr>
                        <w:top w:val="none" w:sz="0" w:space="0" w:color="auto"/>
                        <w:left w:val="none" w:sz="0" w:space="0" w:color="auto"/>
                        <w:bottom w:val="none" w:sz="0" w:space="0" w:color="auto"/>
                        <w:right w:val="none" w:sz="0" w:space="0" w:color="auto"/>
                      </w:divBdr>
                      <w:divsChild>
                        <w:div w:id="1139808111">
                          <w:marLeft w:val="0"/>
                          <w:marRight w:val="0"/>
                          <w:marTop w:val="150"/>
                          <w:marBottom w:val="0"/>
                          <w:divBdr>
                            <w:top w:val="none" w:sz="0" w:space="0" w:color="auto"/>
                            <w:left w:val="none" w:sz="0" w:space="0" w:color="auto"/>
                            <w:bottom w:val="none" w:sz="0" w:space="0" w:color="auto"/>
                            <w:right w:val="none" w:sz="0" w:space="0" w:color="auto"/>
                          </w:divBdr>
                        </w:div>
                      </w:divsChild>
                    </w:div>
                    <w:div w:id="62262465">
                      <w:marLeft w:val="0"/>
                      <w:marRight w:val="0"/>
                      <w:marTop w:val="0"/>
                      <w:marBottom w:val="0"/>
                      <w:divBdr>
                        <w:top w:val="none" w:sz="0" w:space="0" w:color="auto"/>
                        <w:left w:val="none" w:sz="0" w:space="0" w:color="auto"/>
                        <w:bottom w:val="none" w:sz="0" w:space="0" w:color="auto"/>
                        <w:right w:val="none" w:sz="0" w:space="0" w:color="auto"/>
                      </w:divBdr>
                      <w:divsChild>
                        <w:div w:id="57312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9378542">
      <w:bodyDiv w:val="1"/>
      <w:marLeft w:val="0"/>
      <w:marRight w:val="0"/>
      <w:marTop w:val="0"/>
      <w:marBottom w:val="0"/>
      <w:divBdr>
        <w:top w:val="none" w:sz="0" w:space="0" w:color="auto"/>
        <w:left w:val="none" w:sz="0" w:space="0" w:color="auto"/>
        <w:bottom w:val="none" w:sz="0" w:space="0" w:color="auto"/>
        <w:right w:val="none" w:sz="0" w:space="0" w:color="auto"/>
      </w:divBdr>
    </w:div>
    <w:div w:id="21292008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nireadytoolkit.com.au/sdm_downloads/inclusive-teaching-guid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creativecommons.org/licenses/by-nc-sa/4.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B47B9305936734596E7A22AFD701D2B" ma:contentTypeVersion="12" ma:contentTypeDescription="Create a new document." ma:contentTypeScope="" ma:versionID="635d6659088a29354e9e491f02c6bd86">
  <xsd:schema xmlns:xsd="http://www.w3.org/2001/XMLSchema" xmlns:xs="http://www.w3.org/2001/XMLSchema" xmlns:p="http://schemas.microsoft.com/office/2006/metadata/properties" xmlns:ns2="9f1af3c0-e95f-4e6f-904d-2fc2c00e9c95" xmlns:ns3="fd49e15b-f634-49a3-bcda-8178c74fc018" targetNamespace="http://schemas.microsoft.com/office/2006/metadata/properties" ma:root="true" ma:fieldsID="3739ea963a4c12fcd66a0815cac478a8" ns2:_="" ns3:_="">
    <xsd:import namespace="9f1af3c0-e95f-4e6f-904d-2fc2c00e9c95"/>
    <xsd:import namespace="fd49e15b-f634-49a3-bcda-8178c74fc01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1af3c0-e95f-4e6f-904d-2fc2c00e9c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b6fc0cd-01fe-45a4-a6f7-42bcc5426b53"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d49e15b-f634-49a3-bcda-8178c74fc01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a750b75-d889-4d7f-98b8-35f33cad547b}" ma:internalName="TaxCatchAll" ma:showField="CatchAllData" ma:web="fd49e15b-f634-49a3-bcda-8178c74fc0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f1af3c0-e95f-4e6f-904d-2fc2c00e9c95">
      <Terms xmlns="http://schemas.microsoft.com/office/infopath/2007/PartnerControls"/>
    </lcf76f155ced4ddcb4097134ff3c332f>
    <TaxCatchAll xmlns="fd49e15b-f634-49a3-bcda-8178c74fc01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B8DD4F4C-6797-411D-A1E3-369D8593D7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1af3c0-e95f-4e6f-904d-2fc2c00e9c95"/>
    <ds:schemaRef ds:uri="fd49e15b-f634-49a3-bcda-8178c74fc0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97B72F-F973-4E59-9C62-D8D1318180B9}">
  <ds:schemaRefs>
    <ds:schemaRef ds:uri="http://schemas.microsoft.com/office/2006/metadata/properties"/>
    <ds:schemaRef ds:uri="http://schemas.microsoft.com/office/infopath/2007/PartnerControls"/>
    <ds:schemaRef ds:uri="9f1af3c0-e95f-4e6f-904d-2fc2c00e9c95"/>
    <ds:schemaRef ds:uri="fd49e15b-f634-49a3-bcda-8178c74fc018"/>
  </ds:schemaRefs>
</ds:datastoreItem>
</file>

<file path=customXml/itemProps4.xml><?xml version="1.0" encoding="utf-8"?>
<ds:datastoreItem xmlns:ds="http://schemas.openxmlformats.org/officeDocument/2006/customXml" ds:itemID="{F52DC357-8106-492F-B37C-C3B439DA93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1212</Words>
  <Characters>6914</Characters>
  <Application>Microsoft Office Word</Application>
  <DocSecurity>0</DocSecurity>
  <Lines>57</Lines>
  <Paragraphs>16</Paragraphs>
  <ScaleCrop>false</ScaleCrop>
  <Manager/>
  <Company/>
  <LinksUpToDate>false</LinksUpToDate>
  <CharactersWithSpaces>8110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Ventura-Medina, Esther</cp:lastModifiedBy>
  <cp:revision>5</cp:revision>
  <dcterms:created xsi:type="dcterms:W3CDTF">2026-10-09T08:09:00Z</dcterms:created>
  <dcterms:modified xsi:type="dcterms:W3CDTF">2026-10-10T15:17:00Z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0x0101003B47B9305936734596E7A22AFD701D2B</vt:lpwstr>
  </property>
  <property fmtid="{D5CDD505-2E9C-101B-9397-08002B2CF9AE}" pid="3" name="MediaServiceImageTags">
    <vt:lpwstr/>
  </property>
</Properties>
</file>