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66BA" w14:textId="6FC2EC20" w:rsidR="0086050C" w:rsidRDefault="00A53F55">
      <w:r>
        <w:rPr>
          <w:b/>
          <w:color w:val="0F6576"/>
          <w:sz w:val="28"/>
        </w:rPr>
        <w:t>General Information</w:t>
      </w:r>
    </w:p>
    <w:tbl>
      <w:tblPr>
        <w:tblStyle w:val="TableGrid"/>
        <w:tblW w:w="0" w:type="auto"/>
        <w:tblLook w:val="04A0" w:firstRow="1" w:lastRow="0" w:firstColumn="1" w:lastColumn="0" w:noHBand="0" w:noVBand="1"/>
      </w:tblPr>
      <w:tblGrid>
        <w:gridCol w:w="4316"/>
        <w:gridCol w:w="4314"/>
      </w:tblGrid>
      <w:tr w:rsidR="004E0BFC" w14:paraId="56730AF0" w14:textId="77777777" w:rsidTr="6269E65B">
        <w:tc>
          <w:tcPr>
            <w:tcW w:w="4316" w:type="dxa"/>
          </w:tcPr>
          <w:p w14:paraId="7878CBD4" w14:textId="0A6F3C62" w:rsidR="004E0BFC" w:rsidRPr="000A3910" w:rsidRDefault="004E0BFC" w:rsidP="004E0BFC">
            <w:pPr>
              <w:rPr>
                <w:rFonts w:ascii="Calibri Light" w:hAnsi="Calibri Light" w:cs="Calibri Light"/>
              </w:rPr>
            </w:pPr>
            <w:r w:rsidRPr="000A3910">
              <w:rPr>
                <w:rFonts w:ascii="Calibri Light" w:hAnsi="Calibri Light" w:cs="Calibri Light"/>
                <w:lang w:val="en-GB"/>
              </w:rPr>
              <w:t>Name or title of activity:</w:t>
            </w:r>
          </w:p>
        </w:tc>
        <w:tc>
          <w:tcPr>
            <w:tcW w:w="4314" w:type="dxa"/>
          </w:tcPr>
          <w:p w14:paraId="7050E230" w14:textId="626EAD68" w:rsidR="42D5C47C" w:rsidRDefault="42D5C47C" w:rsidP="49F7E705">
            <w:pPr>
              <w:rPr>
                <w:rFonts w:ascii="Calibri Light" w:hAnsi="Calibri Light" w:cs="Calibri Light"/>
              </w:rPr>
            </w:pPr>
            <w:r w:rsidRPr="45ED203C">
              <w:rPr>
                <w:rFonts w:ascii="Calibri Light" w:hAnsi="Calibri Light" w:cs="Calibri Light"/>
              </w:rPr>
              <w:t>Learning to set goals and reflect programme</w:t>
            </w:r>
          </w:p>
          <w:p w14:paraId="6B55D561" w14:textId="771D8454" w:rsidR="0B5FACEF" w:rsidRDefault="0B5FACEF" w:rsidP="45ED203C">
            <w:pPr>
              <w:rPr>
                <w:rFonts w:ascii="Calibri Light" w:hAnsi="Calibri Light" w:cs="Calibri Light"/>
              </w:rPr>
            </w:pPr>
            <w:r w:rsidRPr="45ED203C">
              <w:rPr>
                <w:rFonts w:ascii="Calibri Light" w:hAnsi="Calibri Light" w:cs="Calibri Light"/>
              </w:rPr>
              <w:t>How will I get there?</w:t>
            </w:r>
          </w:p>
          <w:p w14:paraId="155CF442" w14:textId="77777777" w:rsidR="00060EC2" w:rsidRDefault="00060EC2" w:rsidP="004E0BFC">
            <w:pPr>
              <w:rPr>
                <w:rFonts w:ascii="Calibri Light" w:hAnsi="Calibri Light" w:cs="Calibri Light"/>
              </w:rPr>
            </w:pPr>
          </w:p>
          <w:p w14:paraId="4D307130" w14:textId="77777777" w:rsidR="00060EC2" w:rsidRPr="000A3910" w:rsidRDefault="00060EC2" w:rsidP="004E0BFC">
            <w:pPr>
              <w:rPr>
                <w:rFonts w:ascii="Calibri Light" w:hAnsi="Calibri Light" w:cs="Calibri Light"/>
              </w:rPr>
            </w:pPr>
          </w:p>
        </w:tc>
      </w:tr>
      <w:tr w:rsidR="004E0BFC" w14:paraId="7CD968E4" w14:textId="77777777" w:rsidTr="6269E65B">
        <w:tc>
          <w:tcPr>
            <w:tcW w:w="4316" w:type="dxa"/>
          </w:tcPr>
          <w:p w14:paraId="1677847D" w14:textId="176D1C96" w:rsidR="004E0BFC" w:rsidRPr="000A3910" w:rsidRDefault="004E0BFC" w:rsidP="004E0BFC">
            <w:pPr>
              <w:rPr>
                <w:rFonts w:ascii="Calibri Light" w:hAnsi="Calibri Light" w:cs="Calibri Light"/>
              </w:rPr>
            </w:pPr>
            <w:r w:rsidRPr="11A64929">
              <w:rPr>
                <w:rFonts w:ascii="Calibri Light" w:hAnsi="Calibri Light" w:cs="Calibri Light"/>
                <w:lang w:val="en-GB"/>
              </w:rPr>
              <w:t xml:space="preserve">Brief </w:t>
            </w:r>
            <w:r w:rsidR="000A3910" w:rsidRPr="11A64929">
              <w:rPr>
                <w:rFonts w:ascii="Calibri Light" w:hAnsi="Calibri Light" w:cs="Calibri Light"/>
                <w:lang w:val="en-GB"/>
              </w:rPr>
              <w:t>d</w:t>
            </w:r>
            <w:r w:rsidRPr="11A64929">
              <w:rPr>
                <w:rFonts w:ascii="Calibri Light" w:hAnsi="Calibri Light" w:cs="Calibri Light"/>
                <w:lang w:val="en-GB"/>
              </w:rPr>
              <w:t>escription</w:t>
            </w:r>
            <w:r w:rsidR="00CD7C73">
              <w:rPr>
                <w:rFonts w:ascii="Calibri Light" w:hAnsi="Calibri Light" w:cs="Calibri Light"/>
                <w:lang w:val="en-GB"/>
              </w:rPr>
              <w:t xml:space="preserve"> (20 words)</w:t>
            </w:r>
            <w:r w:rsidRPr="11A64929">
              <w:rPr>
                <w:rFonts w:ascii="Calibri Light" w:hAnsi="Calibri Light" w:cs="Calibri Light"/>
                <w:lang w:val="en-GB"/>
              </w:rPr>
              <w:t>:</w:t>
            </w:r>
          </w:p>
        </w:tc>
        <w:tc>
          <w:tcPr>
            <w:tcW w:w="4314" w:type="dxa"/>
          </w:tcPr>
          <w:p w14:paraId="1A506B84" w14:textId="0E8EF3C5" w:rsidR="1F1F3BE1" w:rsidRDefault="1F1F3BE1" w:rsidP="49F7E705">
            <w:pPr>
              <w:rPr>
                <w:rFonts w:ascii="Calibri Light" w:hAnsi="Calibri Light" w:cs="Calibri Light"/>
              </w:rPr>
            </w:pPr>
            <w:r w:rsidRPr="49F7E705">
              <w:rPr>
                <w:rFonts w:ascii="Calibri Light" w:hAnsi="Calibri Light" w:cs="Calibri Light"/>
              </w:rPr>
              <w:t>This is a programme which introduces the concepts of goal setting and reflection to help students to self regulate.</w:t>
            </w:r>
          </w:p>
          <w:p w14:paraId="02226716" w14:textId="77777777" w:rsidR="009B6D17" w:rsidRPr="000A3910" w:rsidRDefault="009B6D17" w:rsidP="004E0BFC">
            <w:pPr>
              <w:rPr>
                <w:rFonts w:ascii="Calibri Light" w:hAnsi="Calibri Light" w:cs="Calibri Light"/>
              </w:rPr>
            </w:pPr>
          </w:p>
        </w:tc>
      </w:tr>
      <w:tr w:rsidR="004E0BFC" w14:paraId="40B1F3FC" w14:textId="77777777" w:rsidTr="6269E65B">
        <w:tc>
          <w:tcPr>
            <w:tcW w:w="4316" w:type="dxa"/>
          </w:tcPr>
          <w:p w14:paraId="3B99F1FC" w14:textId="57BA1203" w:rsidR="004E0BFC" w:rsidRPr="000A3910" w:rsidRDefault="004E0BFC" w:rsidP="004E0BFC">
            <w:pPr>
              <w:rPr>
                <w:rFonts w:ascii="Calibri Light" w:hAnsi="Calibri Light" w:cs="Calibri Light"/>
              </w:rPr>
            </w:pPr>
            <w:r w:rsidRPr="5ED244E1">
              <w:rPr>
                <w:rFonts w:ascii="Calibri Light" w:hAnsi="Calibri Light" w:cs="Calibri Light"/>
              </w:rPr>
              <w:t>Which discipline(s), field(s), or programme(s) does the activity relate to?</w:t>
            </w:r>
          </w:p>
        </w:tc>
        <w:tc>
          <w:tcPr>
            <w:tcW w:w="4314" w:type="dxa"/>
          </w:tcPr>
          <w:p w14:paraId="1A54D88B" w14:textId="1BB0F338" w:rsidR="004E0BFC" w:rsidRDefault="00DD2264" w:rsidP="004E0BFC">
            <w:pPr>
              <w:rPr>
                <w:rFonts w:ascii="Calibri Light" w:hAnsi="Calibri Light" w:cs="Calibri Light"/>
              </w:rPr>
            </w:pPr>
            <w:r>
              <w:rPr>
                <w:rFonts w:ascii="Calibri Light" w:hAnsi="Calibri Light" w:cs="Calibri Light"/>
              </w:rPr>
              <w:t>Discipline:</w:t>
            </w:r>
            <w:r w:rsidR="000240D5">
              <w:rPr>
                <w:rFonts w:ascii="Calibri Light" w:hAnsi="Calibri Light" w:cs="Calibri Light"/>
              </w:rPr>
              <w:t xml:space="preserve"> Any</w:t>
            </w:r>
          </w:p>
          <w:p w14:paraId="56CC8AB1" w14:textId="258106FF" w:rsidR="00DD2264" w:rsidRDefault="00DD2264" w:rsidP="004E0BFC">
            <w:pPr>
              <w:rPr>
                <w:rFonts w:ascii="Calibri Light" w:hAnsi="Calibri Light" w:cs="Calibri Light"/>
              </w:rPr>
            </w:pPr>
            <w:r>
              <w:rPr>
                <w:rFonts w:ascii="Calibri Light" w:hAnsi="Calibri Light" w:cs="Calibri Light"/>
              </w:rPr>
              <w:t>Field:</w:t>
            </w:r>
            <w:r w:rsidR="000240D5">
              <w:rPr>
                <w:rFonts w:ascii="Calibri Light" w:hAnsi="Calibri Light" w:cs="Calibri Light"/>
              </w:rPr>
              <w:t xml:space="preserve"> Any</w:t>
            </w:r>
          </w:p>
          <w:p w14:paraId="00E2A5FC" w14:textId="3C0D43DF" w:rsidR="00DD2264" w:rsidRDefault="00DD2264" w:rsidP="004E0BFC">
            <w:pPr>
              <w:rPr>
                <w:rFonts w:ascii="Calibri Light" w:hAnsi="Calibri Light" w:cs="Calibri Light"/>
              </w:rPr>
            </w:pPr>
            <w:r>
              <w:rPr>
                <w:rFonts w:ascii="Calibri Light" w:hAnsi="Calibri Light" w:cs="Calibri Light"/>
              </w:rPr>
              <w:t>Programme:</w:t>
            </w:r>
            <w:r w:rsidR="000240D5">
              <w:rPr>
                <w:rFonts w:ascii="Calibri Light" w:hAnsi="Calibri Light" w:cs="Calibri Light"/>
              </w:rPr>
              <w:t xml:space="preserve"> Any</w:t>
            </w:r>
          </w:p>
          <w:p w14:paraId="1BE52465" w14:textId="25EA5402" w:rsidR="009B6D17" w:rsidRPr="000A3910" w:rsidRDefault="009B6D17" w:rsidP="004E0BFC">
            <w:pPr>
              <w:rPr>
                <w:rFonts w:ascii="Calibri Light" w:hAnsi="Calibri Light" w:cs="Calibri Light"/>
              </w:rPr>
            </w:pPr>
          </w:p>
        </w:tc>
      </w:tr>
      <w:tr w:rsidR="004E0BFC" w14:paraId="4D550703" w14:textId="77777777" w:rsidTr="6269E65B">
        <w:tc>
          <w:tcPr>
            <w:tcW w:w="4316" w:type="dxa"/>
          </w:tcPr>
          <w:p w14:paraId="721357F5" w14:textId="77777777" w:rsidR="004E0BFC" w:rsidRDefault="004E0BFC" w:rsidP="004E0BFC">
            <w:pPr>
              <w:rPr>
                <w:rFonts w:ascii="Calibri Light" w:hAnsi="Calibri Light" w:cs="Calibri Light"/>
                <w:lang w:val="en-GB"/>
              </w:rPr>
            </w:pPr>
            <w:r w:rsidRPr="388651C2">
              <w:rPr>
                <w:rFonts w:ascii="Calibri Light" w:hAnsi="Calibri Light" w:cs="Calibri Light"/>
                <w:lang w:val="en-GB"/>
              </w:rPr>
              <w:t>What type of integration does the activity aim to support:</w:t>
            </w:r>
          </w:p>
          <w:p w14:paraId="39093BD5" w14:textId="77777777" w:rsidR="00456A0B" w:rsidRDefault="00456A0B" w:rsidP="004E0BFC">
            <w:pPr>
              <w:rPr>
                <w:rFonts w:ascii="Calibri Light" w:hAnsi="Calibri Light" w:cs="Calibri Light"/>
                <w:lang w:val="en-GB"/>
              </w:rPr>
            </w:pPr>
            <w:r>
              <w:rPr>
                <w:rFonts w:ascii="Calibri Light" w:hAnsi="Calibri Light" w:cs="Calibri Light"/>
                <w:lang w:val="en-GB"/>
              </w:rPr>
              <w:t>(Titles from Codebook)</w:t>
            </w:r>
          </w:p>
          <w:p w14:paraId="6A4399B0" w14:textId="180111BD" w:rsidR="007E142F" w:rsidRPr="000A3910" w:rsidRDefault="000240D5" w:rsidP="004E0BFC">
            <w:pPr>
              <w:rPr>
                <w:rFonts w:ascii="Calibri Light" w:hAnsi="Calibri Light" w:cs="Calibri Light"/>
                <w:lang w:val="en-GB"/>
              </w:rPr>
            </w:pPr>
            <w:r>
              <w:rPr>
                <w:rFonts w:ascii="Calibri Light" w:hAnsi="Calibri Light" w:cs="Calibri Light"/>
                <w:lang w:val="en-GB"/>
              </w:rPr>
              <w:t>Self regulation</w:t>
            </w:r>
          </w:p>
        </w:tc>
        <w:tc>
          <w:tcPr>
            <w:tcW w:w="4314" w:type="dxa"/>
          </w:tcPr>
          <w:p w14:paraId="37AF60B3" w14:textId="34225352" w:rsidR="00D545E9" w:rsidRPr="00B33831" w:rsidRDefault="00D85BDC" w:rsidP="004E0BFC">
            <w:pPr>
              <w:rPr>
                <w:rFonts w:ascii="Calibri Light" w:hAnsi="Calibri Light" w:cs="Calibri Light"/>
              </w:rPr>
            </w:pPr>
            <w:r>
              <w:rPr>
                <w:rFonts w:ascii="Segoe UI Symbol" w:hAnsi="Segoe UI Symbol" w:cs="Segoe UI Symbol"/>
              </w:rPr>
              <w:fldChar w:fldCharType="begin">
                <w:ffData>
                  <w:name w:val="Selectievakje1"/>
                  <w:enabled/>
                  <w:calcOnExit w:val="0"/>
                  <w:checkBox>
                    <w:sizeAuto/>
                    <w:default w:val="1"/>
                  </w:checkBox>
                </w:ffData>
              </w:fldChar>
            </w:r>
            <w:bookmarkStart w:id="0" w:name="Selectievakje1"/>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bookmarkEnd w:id="0"/>
            <w:r w:rsidR="00A36357" w:rsidRPr="00B33831">
              <w:rPr>
                <w:rFonts w:ascii="Calibri Light" w:hAnsi="Calibri Light" w:cs="Calibri Light"/>
              </w:rPr>
              <w:t>Academic Integration</w:t>
            </w:r>
            <w:r w:rsidR="004E0BFC" w:rsidRPr="00B33831">
              <w:rPr>
                <w:rFonts w:ascii="Calibri Light" w:hAnsi="Calibri Light" w:cs="Calibri Light"/>
              </w:rPr>
              <w:t xml:space="preserve"> </w:t>
            </w:r>
          </w:p>
          <w:p w14:paraId="2B287B0F" w14:textId="23E33FFE" w:rsidR="00D545E9" w:rsidRPr="00B33831" w:rsidRDefault="00D85BDC" w:rsidP="004E0BFC">
            <w:pPr>
              <w:rPr>
                <w:rFonts w:ascii="Calibri Light" w:hAnsi="Calibri Light" w:cs="Calibri Light"/>
              </w:rPr>
            </w:pPr>
            <w:r>
              <w:rPr>
                <w:rFonts w:ascii="Calibri Light" w:hAnsi="Calibri Light" w:cs="Calibri Light"/>
              </w:rPr>
              <w:fldChar w:fldCharType="begin">
                <w:ffData>
                  <w:name w:val="Selectievakje2"/>
                  <w:enabled/>
                  <w:calcOnExit w:val="0"/>
                  <w:checkBox>
                    <w:sizeAuto/>
                    <w:default w:val="1"/>
                  </w:checkBox>
                </w:ffData>
              </w:fldChar>
            </w:r>
            <w:bookmarkStart w:id="1" w:name="Selectievakje2"/>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bookmarkEnd w:id="1"/>
            <w:r w:rsidR="00A36357" w:rsidRPr="00B33831">
              <w:rPr>
                <w:rFonts w:ascii="Calibri Light" w:hAnsi="Calibri Light" w:cs="Calibri Light"/>
              </w:rPr>
              <w:t>Social Integration</w:t>
            </w:r>
            <w:r w:rsidR="004E0BFC" w:rsidRPr="00B33831">
              <w:rPr>
                <w:rFonts w:ascii="Calibri Light" w:hAnsi="Calibri Light" w:cs="Calibri Light"/>
              </w:rPr>
              <w:t xml:space="preserve"> </w:t>
            </w:r>
          </w:p>
          <w:p w14:paraId="3FEE4A4D" w14:textId="590C7736" w:rsidR="002335D4" w:rsidRPr="00B33831" w:rsidRDefault="00D85BDC" w:rsidP="002335D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293DD9F0" w:rsidRPr="00B33831">
              <w:rPr>
                <w:rFonts w:ascii="Calibri Light" w:hAnsi="Calibri Light" w:cs="Calibri Light"/>
              </w:rPr>
              <w:t>X</w:t>
            </w:r>
            <w:r w:rsidR="002335D4" w:rsidRPr="00B33831">
              <w:rPr>
                <w:rFonts w:ascii="Calibri Light" w:hAnsi="Calibri Light" w:cs="Calibri Light"/>
              </w:rPr>
              <w:t>Pr</w:t>
            </w:r>
            <w:r w:rsidR="00A36357" w:rsidRPr="00B33831">
              <w:rPr>
                <w:rFonts w:ascii="Calibri Light" w:hAnsi="Calibri Light" w:cs="Calibri Light"/>
              </w:rPr>
              <w:t>actical Aspects of Student Life</w:t>
            </w:r>
            <w:r w:rsidR="002335D4" w:rsidRPr="00B33831">
              <w:rPr>
                <w:rFonts w:ascii="Calibri Light" w:hAnsi="Calibri Light" w:cs="Calibri Light"/>
              </w:rPr>
              <w:t xml:space="preserve"> </w:t>
            </w:r>
          </w:p>
          <w:p w14:paraId="22AAFC91" w14:textId="77777777" w:rsidR="00B33831" w:rsidRDefault="002335D4" w:rsidP="002335D4">
            <w:pPr>
              <w:rPr>
                <w:rFonts w:ascii="Calibri Light" w:hAnsi="Calibri Light" w:cs="Calibri Light"/>
              </w:rPr>
            </w:pPr>
            <w:r w:rsidRPr="00B33831">
              <w:rPr>
                <w:rFonts w:ascii="Calibri Light" w:hAnsi="Calibri Light" w:cs="Calibri Light"/>
              </w:rPr>
              <w:fldChar w:fldCharType="begin">
                <w:ffData>
                  <w:name w:val="Selectievakje2"/>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sidR="00B33831" w:rsidRPr="00B33831">
              <w:rPr>
                <w:rFonts w:ascii="Calibri Light" w:hAnsi="Calibri Light" w:cs="Calibri Light"/>
              </w:rPr>
              <w:t>Managing Institutional</w:t>
            </w:r>
            <w:r w:rsidR="00B33831">
              <w:rPr>
                <w:rFonts w:ascii="Calibri Light" w:hAnsi="Calibri Light" w:cs="Calibri Light"/>
              </w:rPr>
              <w:t xml:space="preserve"> Communication</w:t>
            </w:r>
          </w:p>
          <w:p w14:paraId="6FD2A75F" w14:textId="4F2DBC14" w:rsidR="002335D4" w:rsidRPr="00472B63" w:rsidRDefault="002335D4" w:rsidP="002335D4">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001B4399">
              <w:rPr>
                <w:rFonts w:ascii="Calibri Light" w:hAnsi="Calibri Light" w:cs="Calibri Light"/>
              </w:rPr>
              <w:t>Campus Facilities</w:t>
            </w:r>
            <w:r w:rsidRPr="00472B63">
              <w:rPr>
                <w:rFonts w:ascii="Calibri Light" w:hAnsi="Calibri Light" w:cs="Calibri Light"/>
              </w:rPr>
              <w:t xml:space="preserve"> </w:t>
            </w:r>
          </w:p>
          <w:p w14:paraId="041E78E1" w14:textId="688CA84F" w:rsidR="001B4399" w:rsidRDefault="00D85BDC" w:rsidP="004E0BFC">
            <w:pPr>
              <w:rPr>
                <w:rFonts w:ascii="Calibri Light" w:hAnsi="Calibri Light" w:cs="Calibri Light"/>
              </w:rPr>
            </w:pPr>
            <w:r>
              <w:rPr>
                <w:rFonts w:ascii="Calibri Light" w:hAnsi="Calibri Light" w:cs="Calibri Light"/>
              </w:rPr>
              <w:fldChar w:fldCharType="begin">
                <w:ffData>
                  <w:name w:val="Selectievakje3"/>
                  <w:enabled/>
                  <w:calcOnExit w:val="0"/>
                  <w:checkBox>
                    <w:sizeAuto/>
                    <w:default w:val="1"/>
                  </w:checkBox>
                </w:ffData>
              </w:fldChar>
            </w:r>
            <w:bookmarkStart w:id="2" w:name="Selectievakje3"/>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bookmarkEnd w:id="2"/>
            <w:r w:rsidR="67457069">
              <w:rPr>
                <w:rFonts w:ascii="Calibri Light" w:hAnsi="Calibri Light" w:cs="Calibri Light"/>
              </w:rPr>
              <w:t>X</w:t>
            </w:r>
            <w:r w:rsidR="001B4399">
              <w:rPr>
                <w:rFonts w:ascii="Calibri Light" w:hAnsi="Calibri Light" w:cs="Calibri Light"/>
              </w:rPr>
              <w:t>Managing Life</w:t>
            </w:r>
          </w:p>
          <w:p w14:paraId="7BEA4A93" w14:textId="459B5C8B" w:rsidR="00B33831" w:rsidRPr="00472B63" w:rsidRDefault="00D85BDC" w:rsidP="00B33831">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1B4399">
              <w:rPr>
                <w:rFonts w:ascii="Calibri Light" w:hAnsi="Calibri Light" w:cs="Calibri Light"/>
              </w:rPr>
              <w:t>Environmental Adaptation</w:t>
            </w:r>
            <w:r w:rsidR="00B33831" w:rsidRPr="00472B63">
              <w:rPr>
                <w:rFonts w:ascii="Calibri Light" w:hAnsi="Calibri Light" w:cs="Calibri Light"/>
              </w:rPr>
              <w:t xml:space="preserve"> </w:t>
            </w:r>
          </w:p>
          <w:p w14:paraId="3EFDA56E" w14:textId="77777777" w:rsidR="00300FED" w:rsidRDefault="00B33831" w:rsidP="00B33831">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00300FED">
              <w:rPr>
                <w:rFonts w:ascii="Calibri Light" w:hAnsi="Calibri Light" w:cs="Calibri Light"/>
              </w:rPr>
              <w:t>Academic Freedom</w:t>
            </w:r>
          </w:p>
          <w:p w14:paraId="23C030B3" w14:textId="699A1B60" w:rsidR="00300FED" w:rsidRPr="00472B63" w:rsidRDefault="00300FED" w:rsidP="00300FED">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Perceived Academic Support</w:t>
            </w:r>
            <w:r w:rsidRPr="00472B63">
              <w:rPr>
                <w:rFonts w:ascii="Calibri Light" w:hAnsi="Calibri Light" w:cs="Calibri Light"/>
              </w:rPr>
              <w:t xml:space="preserve"> </w:t>
            </w:r>
          </w:p>
          <w:p w14:paraId="20C0509D" w14:textId="5994860B" w:rsidR="00B33831" w:rsidRPr="00472B63" w:rsidRDefault="00B33831" w:rsidP="00B33831">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00B43D14">
              <w:rPr>
                <w:rFonts w:ascii="Calibri Light" w:hAnsi="Calibri Light" w:cs="Calibri Light"/>
              </w:rPr>
              <w:t>Perceived Social Support</w:t>
            </w:r>
            <w:r w:rsidRPr="00472B63">
              <w:rPr>
                <w:rFonts w:ascii="Calibri Light" w:hAnsi="Calibri Light" w:cs="Calibri Light"/>
              </w:rPr>
              <w:t xml:space="preserve"> </w:t>
            </w:r>
          </w:p>
          <w:p w14:paraId="0CE15920" w14:textId="79B628B2" w:rsidR="00B33831" w:rsidRDefault="001C4490" w:rsidP="00B33831">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B43D14">
              <w:rPr>
                <w:rFonts w:ascii="Calibri Light" w:hAnsi="Calibri Light" w:cs="Calibri Light"/>
              </w:rPr>
              <w:t>Sense of Belonging</w:t>
            </w:r>
            <w:r w:rsidR="00B33831" w:rsidRPr="00472B63">
              <w:rPr>
                <w:rFonts w:ascii="Calibri Light" w:hAnsi="Calibri Light" w:cs="Calibri Light"/>
              </w:rPr>
              <w:t xml:space="preserve"> </w:t>
            </w:r>
          </w:p>
          <w:p w14:paraId="3491057A" w14:textId="67AE30BA" w:rsidR="00B43D14" w:rsidRPr="00472B63" w:rsidRDefault="00B43D14" w:rsidP="00B43D14">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 xml:space="preserve">Mental </w:t>
            </w:r>
            <w:r w:rsidR="00E03AFB">
              <w:rPr>
                <w:rFonts w:ascii="Calibri Light" w:hAnsi="Calibri Light" w:cs="Calibri Light"/>
              </w:rPr>
              <w:t>w</w:t>
            </w:r>
            <w:r w:rsidR="00E03AFB" w:rsidRPr="00472B63">
              <w:rPr>
                <w:rFonts w:ascii="Calibri Light" w:hAnsi="Calibri Light" w:cs="Calibri Light"/>
              </w:rPr>
              <w:t>ell-being</w:t>
            </w:r>
            <w:r w:rsidRPr="00472B63">
              <w:rPr>
                <w:rFonts w:ascii="Calibri Light" w:hAnsi="Calibri Light" w:cs="Calibri Light"/>
              </w:rPr>
              <w:t xml:space="preserve"> </w:t>
            </w:r>
          </w:p>
          <w:p w14:paraId="3A8BDF74" w14:textId="27793F04" w:rsidR="00B43D14" w:rsidRDefault="000325DC" w:rsidP="00B43D14">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E03AFB">
              <w:rPr>
                <w:rFonts w:ascii="Calibri Light" w:hAnsi="Calibri Light" w:cs="Calibri Light"/>
              </w:rPr>
              <w:t>Disability</w:t>
            </w:r>
            <w:r w:rsidR="00B43D14" w:rsidRPr="00472B63">
              <w:rPr>
                <w:rFonts w:ascii="Calibri Light" w:hAnsi="Calibri Light" w:cs="Calibri Light"/>
              </w:rPr>
              <w:t xml:space="preserve"> </w:t>
            </w:r>
          </w:p>
          <w:p w14:paraId="3E6BEC4C" w14:textId="69117AC4" w:rsidR="00B33831" w:rsidRPr="000A3910" w:rsidRDefault="00B33831" w:rsidP="004E0BFC">
            <w:pPr>
              <w:rPr>
                <w:rFonts w:ascii="Calibri Light" w:hAnsi="Calibri Light" w:cs="Calibri Light"/>
              </w:rPr>
            </w:pPr>
          </w:p>
        </w:tc>
      </w:tr>
      <w:tr w:rsidR="00456A0B" w14:paraId="227157E4" w14:textId="77777777" w:rsidTr="6269E65B">
        <w:tc>
          <w:tcPr>
            <w:tcW w:w="4316" w:type="dxa"/>
          </w:tcPr>
          <w:p w14:paraId="12FF0BCB" w14:textId="77777777" w:rsidR="00456A0B" w:rsidRDefault="00456A0B" w:rsidP="004E0BFC">
            <w:pPr>
              <w:rPr>
                <w:rFonts w:ascii="Calibri Light" w:hAnsi="Calibri Light" w:cs="Calibri Light"/>
                <w:lang w:val="en-GB"/>
              </w:rPr>
            </w:pPr>
            <w:r>
              <w:rPr>
                <w:rFonts w:ascii="Calibri Light" w:hAnsi="Calibri Light" w:cs="Calibri Light"/>
                <w:lang w:val="en-GB"/>
              </w:rPr>
              <w:t>What type of intervention is it:</w:t>
            </w:r>
          </w:p>
          <w:p w14:paraId="1165872B" w14:textId="7A71EEE5" w:rsidR="00456A0B" w:rsidRPr="5ED244E1" w:rsidRDefault="00456A0B" w:rsidP="004E0BFC">
            <w:pPr>
              <w:rPr>
                <w:rFonts w:ascii="Calibri Light" w:hAnsi="Calibri Light" w:cs="Calibri Light"/>
                <w:lang w:val="en-GB"/>
              </w:rPr>
            </w:pPr>
            <w:r>
              <w:rPr>
                <w:rFonts w:ascii="Calibri Light" w:hAnsi="Calibri Light" w:cs="Calibri Light"/>
                <w:lang w:val="en-GB"/>
              </w:rPr>
              <w:t xml:space="preserve">(From Literature Review) </w:t>
            </w:r>
          </w:p>
        </w:tc>
        <w:tc>
          <w:tcPr>
            <w:tcW w:w="4314" w:type="dxa"/>
          </w:tcPr>
          <w:p w14:paraId="6DC7EF5B" w14:textId="4A74D8FA" w:rsidR="00456A0B" w:rsidRPr="00B33831" w:rsidRDefault="006B563F" w:rsidP="00456A0B">
            <w:pPr>
              <w:rPr>
                <w:rFonts w:ascii="Calibri Light" w:hAnsi="Calibri Light" w:cs="Calibri Light"/>
              </w:rPr>
            </w:pPr>
            <w:r>
              <w:rPr>
                <w:rFonts w:ascii="Segoe UI Symbol" w:hAnsi="Segoe UI Symbol" w:cs="Segoe UI Symbol"/>
              </w:rPr>
              <w:fldChar w:fldCharType="begin">
                <w:ffData>
                  <w:name w:val=""/>
                  <w:enabled/>
                  <w:calcOnExit w:val="0"/>
                  <w:checkBox>
                    <w:sizeAuto/>
                    <w:default w:val="1"/>
                  </w:checkBox>
                </w:ffData>
              </w:fldChar>
            </w:r>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00456A0B" w:rsidRPr="00456A0B">
              <w:rPr>
                <w:rFonts w:ascii="Calibri Light" w:hAnsi="Calibri Light" w:cs="Calibri Light"/>
              </w:rPr>
              <w:t>Micro intervention</w:t>
            </w:r>
            <w:r w:rsidR="00456A0B" w:rsidRPr="00B33831">
              <w:rPr>
                <w:rFonts w:ascii="Calibri Light" w:hAnsi="Calibri Light" w:cs="Calibri Light"/>
              </w:rPr>
              <w:t xml:space="preserve"> </w:t>
            </w:r>
          </w:p>
          <w:p w14:paraId="2A36767D" w14:textId="709A3207" w:rsidR="00456A0B" w:rsidRPr="00B33831" w:rsidRDefault="00456A0B" w:rsidP="00456A0B">
            <w:pPr>
              <w:rPr>
                <w:rFonts w:ascii="Calibri Light" w:hAnsi="Calibri Light" w:cs="Calibri Light"/>
              </w:rPr>
            </w:pPr>
            <w:r w:rsidRPr="00B33831">
              <w:rPr>
                <w:rFonts w:ascii="Calibri Light" w:hAnsi="Calibri Light" w:cs="Calibri Light"/>
              </w:rPr>
              <w:fldChar w:fldCharType="begin">
                <w:ffData>
                  <w:name w:val="Selectievakje2"/>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Pr>
                <w:rFonts w:ascii="Calibri Light" w:hAnsi="Calibri Light" w:cs="Calibri Light"/>
              </w:rPr>
              <w:t>Course and Teaching Strategies</w:t>
            </w:r>
            <w:r w:rsidRPr="00B33831">
              <w:rPr>
                <w:rFonts w:ascii="Calibri Light" w:hAnsi="Calibri Light" w:cs="Calibri Light"/>
              </w:rPr>
              <w:t xml:space="preserve"> </w:t>
            </w:r>
          </w:p>
          <w:p w14:paraId="05BCDBE6" w14:textId="4A613109" w:rsidR="00456A0B" w:rsidRDefault="00456A0B" w:rsidP="00456A0B">
            <w:pPr>
              <w:rPr>
                <w:rFonts w:ascii="Calibri Light" w:hAnsi="Calibri Light" w:cs="Calibri Light"/>
              </w:rPr>
            </w:pPr>
            <w:r w:rsidRPr="00B33831">
              <w:rPr>
                <w:rFonts w:ascii="Calibri Light" w:hAnsi="Calibri Light" w:cs="Calibri Light"/>
              </w:rPr>
              <w:fldChar w:fldCharType="begin">
                <w:ffData>
                  <w:name w:val=""/>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Pr>
                <w:rFonts w:ascii="Calibri Light" w:hAnsi="Calibri Light" w:cs="Calibri Light"/>
              </w:rPr>
              <w:t xml:space="preserve">Gamification and Technology </w:t>
            </w:r>
          </w:p>
          <w:p w14:paraId="394CA74D" w14:textId="3E026699"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Installing Learning Communities</w:t>
            </w:r>
          </w:p>
          <w:p w14:paraId="4CBAF6E9" w14:textId="767CADB4" w:rsidR="00456A0B" w:rsidRDefault="00456A0B" w:rsidP="00456A0B">
            <w:pPr>
              <w:rPr>
                <w:rFonts w:ascii="Calibri Light" w:hAnsi="Calibri Light" w:cs="Calibri Light"/>
              </w:rPr>
            </w:pPr>
            <w:r w:rsidRPr="00472B63">
              <w:rPr>
                <w:rFonts w:ascii="Calibri Light" w:hAnsi="Calibri Light" w:cs="Calibri Light"/>
              </w:rPr>
              <w:fldChar w:fldCharType="begin">
                <w:ffData>
                  <w:name w:val="Selectievakje3"/>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Social Support and Mentoring</w:t>
            </w:r>
          </w:p>
          <w:p w14:paraId="3B9F1C7D" w14:textId="13A2D86E"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Summer School</w:t>
            </w:r>
          </w:p>
          <w:p w14:paraId="6214CB10" w14:textId="0FC91157" w:rsidR="00456A0B"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Mindset</w:t>
            </w:r>
          </w:p>
          <w:p w14:paraId="52BF14FB" w14:textId="52D3FC0E"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Orientation Program</w:t>
            </w:r>
            <w:r w:rsidRPr="00472B63">
              <w:rPr>
                <w:rFonts w:ascii="Calibri Light" w:hAnsi="Calibri Light" w:cs="Calibri Light"/>
              </w:rPr>
              <w:t xml:space="preserve"> </w:t>
            </w:r>
          </w:p>
          <w:p w14:paraId="7EFF47C5" w14:textId="3779BF94" w:rsidR="00456A0B" w:rsidRPr="000A3910" w:rsidRDefault="00456A0B" w:rsidP="00456A0B">
            <w:pPr>
              <w:rPr>
                <w:rFonts w:ascii="Calibri Light" w:hAnsi="Calibri Light" w:cs="Calibri Light"/>
              </w:rPr>
            </w:pPr>
          </w:p>
        </w:tc>
      </w:tr>
      <w:tr w:rsidR="004E0BFC" w14:paraId="61B19491" w14:textId="77777777" w:rsidTr="6269E65B">
        <w:tc>
          <w:tcPr>
            <w:tcW w:w="4316" w:type="dxa"/>
          </w:tcPr>
          <w:p w14:paraId="4DF9FE37" w14:textId="54CA13BE" w:rsidR="004E0BFC" w:rsidRPr="000A3910" w:rsidRDefault="004E0BFC" w:rsidP="004E0BFC">
            <w:pPr>
              <w:rPr>
                <w:rFonts w:ascii="Calibri Light" w:hAnsi="Calibri Light" w:cs="Calibri Light"/>
              </w:rPr>
            </w:pPr>
            <w:r w:rsidRPr="5ED244E1">
              <w:rPr>
                <w:rFonts w:ascii="Calibri Light" w:hAnsi="Calibri Light" w:cs="Calibri Light"/>
                <w:lang w:val="en-GB"/>
              </w:rPr>
              <w:t xml:space="preserve">Target </w:t>
            </w:r>
            <w:r w:rsidR="000A3910" w:rsidRPr="5ED244E1">
              <w:rPr>
                <w:rFonts w:ascii="Calibri Light" w:hAnsi="Calibri Light" w:cs="Calibri Light"/>
                <w:lang w:val="en-GB"/>
              </w:rPr>
              <w:t>a</w:t>
            </w:r>
            <w:r w:rsidRPr="5ED244E1">
              <w:rPr>
                <w:rFonts w:ascii="Calibri Light" w:hAnsi="Calibri Light" w:cs="Calibri Light"/>
                <w:lang w:val="en-GB"/>
              </w:rPr>
              <w:t>udience:</w:t>
            </w:r>
          </w:p>
        </w:tc>
        <w:tc>
          <w:tcPr>
            <w:tcW w:w="4314" w:type="dxa"/>
          </w:tcPr>
          <w:p w14:paraId="449FC377" w14:textId="36751F3F" w:rsidR="004E0BFC" w:rsidRDefault="00DB0FB9" w:rsidP="004E0BFC">
            <w:pPr>
              <w:rPr>
                <w:rFonts w:ascii="Calibri Light" w:hAnsi="Calibri Light" w:cs="Calibri Light"/>
              </w:rPr>
            </w:pPr>
            <w:r>
              <w:rPr>
                <w:rFonts w:ascii="Calibri Light" w:hAnsi="Calibri Light" w:cs="Calibri Light"/>
              </w:rPr>
              <w:t>Undergraduate first years</w:t>
            </w:r>
          </w:p>
          <w:p w14:paraId="5A4B37BB" w14:textId="77777777" w:rsidR="00456A0B" w:rsidRDefault="00456A0B" w:rsidP="004E0BFC">
            <w:pPr>
              <w:rPr>
                <w:rFonts w:ascii="Calibri Light" w:hAnsi="Calibri Light" w:cs="Calibri Light"/>
              </w:rPr>
            </w:pPr>
          </w:p>
          <w:p w14:paraId="0A9A6F6E" w14:textId="77777777" w:rsidR="00456A0B" w:rsidRPr="000A3910" w:rsidRDefault="00456A0B" w:rsidP="004E0BFC">
            <w:pPr>
              <w:rPr>
                <w:rFonts w:ascii="Calibri Light" w:hAnsi="Calibri Light" w:cs="Calibri Light"/>
              </w:rPr>
            </w:pPr>
          </w:p>
        </w:tc>
      </w:tr>
      <w:tr w:rsidR="004E0BFC" w14:paraId="4D0018EE" w14:textId="77777777" w:rsidTr="6269E65B">
        <w:tc>
          <w:tcPr>
            <w:tcW w:w="4316" w:type="dxa"/>
          </w:tcPr>
          <w:p w14:paraId="749D750F" w14:textId="0DA2FE28" w:rsidR="004E0BFC" w:rsidRPr="000A3910" w:rsidRDefault="004E0BFC" w:rsidP="004E0BFC">
            <w:pPr>
              <w:rPr>
                <w:rFonts w:ascii="Calibri Light" w:hAnsi="Calibri Light" w:cs="Calibri Light"/>
              </w:rPr>
            </w:pPr>
            <w:r w:rsidRPr="000A3910">
              <w:rPr>
                <w:rFonts w:ascii="Calibri Light" w:hAnsi="Calibri Light" w:cs="Calibri Light"/>
                <w:lang w:val="en-GB"/>
              </w:rPr>
              <w:t>Number of students:</w:t>
            </w:r>
          </w:p>
        </w:tc>
        <w:tc>
          <w:tcPr>
            <w:tcW w:w="4314" w:type="dxa"/>
          </w:tcPr>
          <w:p w14:paraId="52C76708" w14:textId="1CD96173" w:rsidR="004E0BFC" w:rsidRDefault="00DB0FB9" w:rsidP="004E0BFC">
            <w:pPr>
              <w:rPr>
                <w:rFonts w:ascii="Calibri Light" w:hAnsi="Calibri Light" w:cs="Calibri Light"/>
              </w:rPr>
            </w:pPr>
            <w:r>
              <w:rPr>
                <w:rFonts w:ascii="Calibri Light" w:hAnsi="Calibri Light" w:cs="Calibri Light"/>
              </w:rPr>
              <w:t>30</w:t>
            </w:r>
          </w:p>
          <w:p w14:paraId="1547794F" w14:textId="77777777" w:rsidR="00456A0B" w:rsidRDefault="00456A0B" w:rsidP="004E0BFC">
            <w:pPr>
              <w:rPr>
                <w:rFonts w:ascii="Calibri Light" w:hAnsi="Calibri Light" w:cs="Calibri Light"/>
              </w:rPr>
            </w:pPr>
          </w:p>
          <w:p w14:paraId="01A3DA23" w14:textId="77777777" w:rsidR="00456A0B" w:rsidRDefault="00456A0B" w:rsidP="004E0BFC">
            <w:pPr>
              <w:rPr>
                <w:rFonts w:ascii="Calibri Light" w:hAnsi="Calibri Light" w:cs="Calibri Light"/>
              </w:rPr>
            </w:pPr>
          </w:p>
          <w:p w14:paraId="57A0C05A" w14:textId="77777777" w:rsidR="00456A0B" w:rsidRPr="000A3910" w:rsidRDefault="00456A0B" w:rsidP="004E0BFC">
            <w:pPr>
              <w:rPr>
                <w:rFonts w:ascii="Calibri Light" w:hAnsi="Calibri Light" w:cs="Calibri Light"/>
              </w:rPr>
            </w:pPr>
          </w:p>
        </w:tc>
      </w:tr>
    </w:tbl>
    <w:p w14:paraId="06E99092" w14:textId="4A035531" w:rsidR="0086050C" w:rsidRDefault="004E0BFC">
      <w:r>
        <w:rPr>
          <w:b/>
          <w:color w:val="0F6576"/>
          <w:sz w:val="28"/>
        </w:rPr>
        <w:lastRenderedPageBreak/>
        <w:t>Objectives &amp; Focus</w:t>
      </w:r>
    </w:p>
    <w:tbl>
      <w:tblPr>
        <w:tblStyle w:val="TableGrid"/>
        <w:tblW w:w="0" w:type="auto"/>
        <w:tblLook w:val="04A0" w:firstRow="1" w:lastRow="0" w:firstColumn="1" w:lastColumn="0" w:noHBand="0" w:noVBand="1"/>
      </w:tblPr>
      <w:tblGrid>
        <w:gridCol w:w="4315"/>
        <w:gridCol w:w="4315"/>
      </w:tblGrid>
      <w:tr w:rsidR="004E0BFC" w14:paraId="2FA73CC9" w14:textId="77777777" w:rsidTr="49F7E705">
        <w:tc>
          <w:tcPr>
            <w:tcW w:w="4315" w:type="dxa"/>
          </w:tcPr>
          <w:p w14:paraId="495BEB2F" w14:textId="589B6DA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What type of activity is it?</w:t>
            </w:r>
          </w:p>
        </w:tc>
        <w:tc>
          <w:tcPr>
            <w:tcW w:w="4315" w:type="dxa"/>
          </w:tcPr>
          <w:p w14:paraId="665A421D" w14:textId="5FD09586" w:rsidR="004E0BFC" w:rsidRPr="000A3910" w:rsidRDefault="6FF8009D" w:rsidP="004E0BFC">
            <w:pPr>
              <w:rPr>
                <w:rFonts w:ascii="Calibri Light" w:hAnsi="Calibri Light" w:cs="Calibri Light"/>
                <w:lang w:val="en-GB"/>
              </w:rPr>
            </w:pPr>
            <w:r w:rsidRPr="49F7E705">
              <w:rPr>
                <w:rFonts w:ascii="Calibri Light" w:hAnsi="Calibri Light" w:cs="Calibri Light"/>
                <w:lang w:val="en-GB"/>
              </w:rPr>
              <w:t xml:space="preserve">Goal setting and </w:t>
            </w:r>
            <w:r w:rsidR="3F17D067" w:rsidRPr="49F7E705">
              <w:rPr>
                <w:rFonts w:ascii="Calibri Light" w:hAnsi="Calibri Light" w:cs="Calibri Light"/>
                <w:lang w:val="en-GB"/>
              </w:rPr>
              <w:t>Reflection</w:t>
            </w:r>
          </w:p>
        </w:tc>
      </w:tr>
      <w:tr w:rsidR="004E0BFC" w14:paraId="4484B5E2" w14:textId="77777777" w:rsidTr="49F7E705">
        <w:tc>
          <w:tcPr>
            <w:tcW w:w="4315" w:type="dxa"/>
          </w:tcPr>
          <w:p w14:paraId="3DD3B43A" w14:textId="6C0F143E"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When does the activity take place?</w:t>
            </w:r>
          </w:p>
        </w:tc>
        <w:tc>
          <w:tcPr>
            <w:tcW w:w="4315" w:type="dxa"/>
          </w:tcPr>
          <w:p w14:paraId="7DB5DA4D" w14:textId="1A5CF69D" w:rsidR="004E0BFC" w:rsidRPr="000A3910" w:rsidRDefault="00301B6E" w:rsidP="004E0BFC">
            <w:pPr>
              <w:rPr>
                <w:rFonts w:ascii="Calibri Light" w:hAnsi="Calibri Light" w:cs="Calibri Light"/>
                <w:lang w:val="en-GB"/>
              </w:rPr>
            </w:pPr>
            <w:r>
              <w:rPr>
                <w:rFonts w:ascii="Calibri Light" w:hAnsi="Calibri Light" w:cs="Calibri Light"/>
                <w:lang w:val="en-GB"/>
              </w:rPr>
              <w:t>After the start of first year. Could be after the first week and/or the first semester</w:t>
            </w:r>
          </w:p>
        </w:tc>
      </w:tr>
      <w:tr w:rsidR="004E0BFC" w14:paraId="6E1B2956" w14:textId="77777777" w:rsidTr="49F7E705">
        <w:tc>
          <w:tcPr>
            <w:tcW w:w="4315" w:type="dxa"/>
          </w:tcPr>
          <w:p w14:paraId="324266F5" w14:textId="259C158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How long does the activity last?</w:t>
            </w:r>
          </w:p>
        </w:tc>
        <w:tc>
          <w:tcPr>
            <w:tcW w:w="4315" w:type="dxa"/>
          </w:tcPr>
          <w:p w14:paraId="3874A643" w14:textId="1A95D1BC" w:rsidR="004E0BFC" w:rsidRPr="000A3910" w:rsidRDefault="3F17D067" w:rsidP="004E0BFC">
            <w:pPr>
              <w:rPr>
                <w:rFonts w:ascii="Calibri Light" w:hAnsi="Calibri Light" w:cs="Calibri Light"/>
                <w:lang w:val="en-GB"/>
              </w:rPr>
            </w:pPr>
            <w:r w:rsidRPr="49F7E705">
              <w:rPr>
                <w:rFonts w:ascii="Calibri Light" w:hAnsi="Calibri Light" w:cs="Calibri Light"/>
                <w:lang w:val="en-GB"/>
              </w:rPr>
              <w:t>1</w:t>
            </w:r>
            <w:r w:rsidR="0F9A7FFB" w:rsidRPr="49F7E705">
              <w:rPr>
                <w:rFonts w:ascii="Calibri Light" w:hAnsi="Calibri Light" w:cs="Calibri Light"/>
                <w:lang w:val="en-GB"/>
              </w:rPr>
              <w:t xml:space="preserve"> - 2</w:t>
            </w:r>
            <w:r w:rsidRPr="49F7E705">
              <w:rPr>
                <w:rFonts w:ascii="Calibri Light" w:hAnsi="Calibri Light" w:cs="Calibri Light"/>
                <w:lang w:val="en-GB"/>
              </w:rPr>
              <w:t xml:space="preserve"> hour</w:t>
            </w:r>
            <w:r w:rsidR="694B1EA9" w:rsidRPr="49F7E705">
              <w:rPr>
                <w:rFonts w:ascii="Calibri Light" w:hAnsi="Calibri Light" w:cs="Calibri Light"/>
                <w:lang w:val="en-GB"/>
              </w:rPr>
              <w:t>s.</w:t>
            </w:r>
          </w:p>
        </w:tc>
      </w:tr>
    </w:tbl>
    <w:p w14:paraId="77E7D96A" w14:textId="77777777" w:rsidR="000A3910" w:rsidRDefault="000A3910">
      <w:pPr>
        <w:rPr>
          <w:b/>
          <w:color w:val="0F6576"/>
          <w:sz w:val="28"/>
        </w:rPr>
      </w:pPr>
    </w:p>
    <w:p w14:paraId="2F845AA2" w14:textId="7E46A9AA" w:rsidR="0086050C" w:rsidRDefault="00A53F55">
      <w:r>
        <w:rPr>
          <w:b/>
          <w:color w:val="0F6576"/>
          <w:sz w:val="28"/>
        </w:rPr>
        <w:t>Participants &amp; Implementation</w:t>
      </w:r>
    </w:p>
    <w:tbl>
      <w:tblPr>
        <w:tblStyle w:val="TableGrid"/>
        <w:tblW w:w="8784" w:type="dxa"/>
        <w:tblLook w:val="04A0" w:firstRow="1" w:lastRow="0" w:firstColumn="1" w:lastColumn="0" w:noHBand="0" w:noVBand="1"/>
      </w:tblPr>
      <w:tblGrid>
        <w:gridCol w:w="3823"/>
        <w:gridCol w:w="4961"/>
      </w:tblGrid>
      <w:tr w:rsidR="004E0BFC" w14:paraId="68A83735" w14:textId="77777777" w:rsidTr="00AD37CD">
        <w:tc>
          <w:tcPr>
            <w:tcW w:w="3823" w:type="dxa"/>
          </w:tcPr>
          <w:p w14:paraId="0395BC84" w14:textId="2A0410C4" w:rsidR="004E0BFC" w:rsidRPr="000A3910" w:rsidRDefault="004E0BFC" w:rsidP="004E0BFC">
            <w:pPr>
              <w:rPr>
                <w:rFonts w:ascii="Calibri Light" w:hAnsi="Calibri Light" w:cs="Calibri Light"/>
                <w:lang w:val="en-GB"/>
              </w:rPr>
            </w:pPr>
            <w:r w:rsidRPr="5DC8FB06">
              <w:rPr>
                <w:rFonts w:ascii="Calibri Light" w:hAnsi="Calibri Light" w:cs="Calibri Light"/>
                <w:lang w:val="en-GB"/>
              </w:rPr>
              <w:t xml:space="preserve">Level of </w:t>
            </w:r>
            <w:r w:rsidR="000A3910" w:rsidRPr="5DC8FB06">
              <w:rPr>
                <w:rFonts w:ascii="Calibri Light" w:hAnsi="Calibri Light" w:cs="Calibri Light"/>
                <w:lang w:val="en-GB"/>
              </w:rPr>
              <w:t>c</w:t>
            </w:r>
            <w:r w:rsidRPr="5DC8FB06">
              <w:rPr>
                <w:rFonts w:ascii="Calibri Light" w:hAnsi="Calibri Light" w:cs="Calibri Light"/>
                <w:lang w:val="en-GB"/>
              </w:rPr>
              <w:t xml:space="preserve">ommitment of </w:t>
            </w:r>
            <w:r w:rsidR="000A3910" w:rsidRPr="5DC8FB06">
              <w:rPr>
                <w:rFonts w:ascii="Calibri Light" w:hAnsi="Calibri Light" w:cs="Calibri Light"/>
                <w:lang w:val="en-GB"/>
              </w:rPr>
              <w:t>i</w:t>
            </w:r>
            <w:r w:rsidRPr="5DC8FB06">
              <w:rPr>
                <w:rFonts w:ascii="Calibri Light" w:hAnsi="Calibri Light" w:cs="Calibri Light"/>
                <w:lang w:val="en-GB"/>
              </w:rPr>
              <w:t>nstructors</w:t>
            </w:r>
            <w:r w:rsidR="00CC376A">
              <w:rPr>
                <w:rFonts w:ascii="Calibri Light" w:hAnsi="Calibri Light" w:cs="Calibri Light"/>
                <w:lang w:val="en-GB"/>
              </w:rPr>
              <w:t xml:space="preserve"> to design and develop the intervention</w:t>
            </w:r>
            <w:r w:rsidRPr="5DC8FB06">
              <w:rPr>
                <w:rFonts w:ascii="Calibri Light" w:hAnsi="Calibri Light" w:cs="Calibri Light"/>
                <w:lang w:val="en-GB"/>
              </w:rPr>
              <w:t>:</w:t>
            </w:r>
          </w:p>
        </w:tc>
        <w:tc>
          <w:tcPr>
            <w:tcW w:w="4961" w:type="dxa"/>
          </w:tcPr>
          <w:p w14:paraId="7D1CBC42" w14:textId="5D54A15B" w:rsidR="00CC376A" w:rsidRDefault="00646D48" w:rsidP="004E0BFC">
            <w:pPr>
              <w:rPr>
                <w:rFonts w:ascii="Calibri Light" w:hAnsi="Calibri Light" w:cs="Calibri Light"/>
                <w:lang w:val="en-GB"/>
              </w:rPr>
            </w:pPr>
            <w:r>
              <w:rPr>
                <w:rFonts w:ascii="Segoe UI Symbol" w:hAnsi="Segoe UI Symbol" w:cs="Segoe UI Symbol"/>
                <w:lang w:val="en-GB"/>
              </w:rPr>
              <w:fldChar w:fldCharType="begin">
                <w:ffData>
                  <w:name w:val="Selectievakje9"/>
                  <w:enabled/>
                  <w:calcOnExit w:val="0"/>
                  <w:checkBox>
                    <w:sizeAuto/>
                    <w:default w:val="1"/>
                  </w:checkBox>
                </w:ffData>
              </w:fldChar>
            </w:r>
            <w:bookmarkStart w:id="3" w:name="Selectievakje9"/>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sidR="004E0BFC" w:rsidRPr="000A3910">
              <w:rPr>
                <w:rFonts w:ascii="Calibri Light" w:hAnsi="Calibri Light" w:cs="Calibri Light"/>
                <w:lang w:val="en-GB"/>
              </w:rPr>
              <w:t>Low</w:t>
            </w:r>
            <w:r w:rsidR="00AD37CD">
              <w:rPr>
                <w:rFonts w:ascii="Calibri Light" w:hAnsi="Calibri Light" w:cs="Calibri Light"/>
                <w:lang w:val="en-GB"/>
              </w:rPr>
              <w:t xml:space="preserve"> (1 day) </w:t>
            </w:r>
          </w:p>
          <w:p w14:paraId="19A1989D" w14:textId="77777777" w:rsidR="00CC376A"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bookmarkStart w:id="4" w:name="Selectievakje10"/>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sidR="004E0BFC" w:rsidRPr="000A3910">
              <w:rPr>
                <w:rFonts w:ascii="Calibri Light" w:hAnsi="Calibri Light" w:cs="Calibri Light"/>
                <w:lang w:val="en-GB"/>
              </w:rPr>
              <w:t xml:space="preserve">Medium </w:t>
            </w:r>
            <w:r w:rsidR="00AD37CD">
              <w:rPr>
                <w:rFonts w:ascii="Calibri Light" w:hAnsi="Calibri Light" w:cs="Calibri Light"/>
                <w:lang w:val="en-GB"/>
              </w:rPr>
              <w:t xml:space="preserve">(1 week) </w:t>
            </w:r>
          </w:p>
          <w:p w14:paraId="226DC841" w14:textId="4E822B82" w:rsidR="004E0BFC" w:rsidRPr="000A3910"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0"/>
                  </w:checkBox>
                </w:ffData>
              </w:fldChar>
            </w:r>
            <w:bookmarkStart w:id="5" w:name="Selectievakje11"/>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sidR="004E0BFC" w:rsidRPr="000A3910">
              <w:rPr>
                <w:rFonts w:ascii="Calibri Light" w:hAnsi="Calibri Light" w:cs="Calibri Light"/>
                <w:lang w:val="en-GB"/>
              </w:rPr>
              <w:t>High</w:t>
            </w:r>
            <w:r w:rsidR="00AD37CD">
              <w:rPr>
                <w:rFonts w:ascii="Calibri Light" w:hAnsi="Calibri Light" w:cs="Calibri Light"/>
                <w:lang w:val="en-GB"/>
              </w:rPr>
              <w:t xml:space="preserve"> (</w:t>
            </w:r>
            <w:r w:rsidR="00CC376A">
              <w:rPr>
                <w:rFonts w:ascii="Calibri Light" w:hAnsi="Calibri Light" w:cs="Calibri Light"/>
                <w:lang w:val="en-GB"/>
              </w:rPr>
              <w:t xml:space="preserve">1 </w:t>
            </w:r>
            <w:r w:rsidR="00AD37CD">
              <w:rPr>
                <w:rFonts w:ascii="Calibri Light" w:hAnsi="Calibri Light" w:cs="Calibri Light"/>
                <w:lang w:val="en-GB"/>
              </w:rPr>
              <w:t>month</w:t>
            </w:r>
            <w:r w:rsidR="00CC376A">
              <w:rPr>
                <w:rFonts w:ascii="Calibri Light" w:hAnsi="Calibri Light" w:cs="Calibri Light"/>
                <w:lang w:val="en-GB"/>
              </w:rPr>
              <w:t xml:space="preserve"> or greater</w:t>
            </w:r>
            <w:r w:rsidR="00AD37CD">
              <w:rPr>
                <w:rFonts w:ascii="Calibri Light" w:hAnsi="Calibri Light" w:cs="Calibri Light"/>
                <w:lang w:val="en-GB"/>
              </w:rPr>
              <w:t>)</w:t>
            </w:r>
          </w:p>
        </w:tc>
      </w:tr>
      <w:tr w:rsidR="004E0BFC" w14:paraId="24DAA290" w14:textId="77777777" w:rsidTr="00AD37CD">
        <w:tc>
          <w:tcPr>
            <w:tcW w:w="3823" w:type="dxa"/>
          </w:tcPr>
          <w:p w14:paraId="185AE50B" w14:textId="7E3993D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Level of commitment of students:</w:t>
            </w:r>
          </w:p>
        </w:tc>
        <w:tc>
          <w:tcPr>
            <w:tcW w:w="4961" w:type="dxa"/>
          </w:tcPr>
          <w:p w14:paraId="732587E3" w14:textId="12BF1374" w:rsidR="00CC376A" w:rsidRDefault="00646D48" w:rsidP="00CC376A">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CC376A" w:rsidRPr="000A3910">
              <w:rPr>
                <w:rFonts w:ascii="Calibri Light" w:hAnsi="Calibri Light" w:cs="Calibri Light"/>
                <w:lang w:val="en-GB"/>
              </w:rPr>
              <w:t>Low</w:t>
            </w:r>
            <w:r w:rsidR="00CC376A">
              <w:rPr>
                <w:rFonts w:ascii="Calibri Light" w:hAnsi="Calibri Light" w:cs="Calibri Light"/>
                <w:lang w:val="en-GB"/>
              </w:rPr>
              <w:t xml:space="preserve"> (1 day) </w:t>
            </w:r>
          </w:p>
          <w:p w14:paraId="01DB113F" w14:textId="77777777" w:rsidR="00CC376A"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 xml:space="preserve">Medium </w:t>
            </w:r>
            <w:r>
              <w:rPr>
                <w:rFonts w:ascii="Calibri Light" w:hAnsi="Calibri Light" w:cs="Calibri Light"/>
                <w:lang w:val="en-GB"/>
              </w:rPr>
              <w:t xml:space="preserve">(1 week) </w:t>
            </w:r>
          </w:p>
          <w:p w14:paraId="721182FA" w14:textId="4C314214" w:rsidR="004E0BFC" w:rsidRPr="000A3910"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High</w:t>
            </w:r>
            <w:r>
              <w:rPr>
                <w:rFonts w:ascii="Calibri Light" w:hAnsi="Calibri Light" w:cs="Calibri Light"/>
                <w:lang w:val="en-GB"/>
              </w:rPr>
              <w:t xml:space="preserve"> (1 month or greater)</w:t>
            </w:r>
          </w:p>
        </w:tc>
      </w:tr>
      <w:tr w:rsidR="004E0BFC" w14:paraId="78B5BD83" w14:textId="77777777" w:rsidTr="00AD37CD">
        <w:tc>
          <w:tcPr>
            <w:tcW w:w="3823" w:type="dxa"/>
          </w:tcPr>
          <w:p w14:paraId="729B3DF5" w14:textId="1FE978FE" w:rsidR="004E0BFC" w:rsidRPr="000A3910" w:rsidRDefault="004E0BFC" w:rsidP="004E0BFC">
            <w:pPr>
              <w:rPr>
                <w:rFonts w:ascii="Calibri Light" w:hAnsi="Calibri Light" w:cs="Calibri Light"/>
                <w:lang w:val="en-GB"/>
              </w:rPr>
            </w:pPr>
            <w:r w:rsidRPr="124C7894">
              <w:rPr>
                <w:rFonts w:ascii="Calibri Light" w:hAnsi="Calibri Light" w:cs="Calibri Light"/>
                <w:lang w:val="en-GB"/>
              </w:rPr>
              <w:t>Timescale to complete intervention</w:t>
            </w:r>
            <w:r w:rsidR="00CC376A">
              <w:rPr>
                <w:rFonts w:ascii="Calibri Light" w:hAnsi="Calibri Light" w:cs="Calibri Light"/>
                <w:lang w:val="en-GB"/>
              </w:rPr>
              <w:t xml:space="preserve"> (how long the activity lasts)</w:t>
            </w:r>
            <w:r w:rsidRPr="124C7894">
              <w:rPr>
                <w:rFonts w:ascii="Calibri Light" w:hAnsi="Calibri Light" w:cs="Calibri Light"/>
                <w:lang w:val="en-GB"/>
              </w:rPr>
              <w:t>:</w:t>
            </w:r>
          </w:p>
        </w:tc>
        <w:tc>
          <w:tcPr>
            <w:tcW w:w="4961" w:type="dxa"/>
          </w:tcPr>
          <w:p w14:paraId="28A57626" w14:textId="4756EAA3" w:rsidR="004E0BFC" w:rsidRDefault="00F70CD5" w:rsidP="004E0BFC">
            <w:pPr>
              <w:rPr>
                <w:rFonts w:ascii="Calibri Light" w:hAnsi="Calibri Light" w:cs="Calibri Light"/>
                <w:lang w:val="en-GB"/>
              </w:rPr>
            </w:pPr>
            <w:r>
              <w:rPr>
                <w:rFonts w:ascii="Calibri Light" w:hAnsi="Calibri Light" w:cs="Calibri Light"/>
                <w:lang w:val="en-GB"/>
              </w:rPr>
              <w:t>2</w:t>
            </w:r>
            <w:r w:rsidR="00301B6E">
              <w:rPr>
                <w:rFonts w:ascii="Calibri Light" w:hAnsi="Calibri Light" w:cs="Calibri Light"/>
                <w:lang w:val="en-GB"/>
              </w:rPr>
              <w:t xml:space="preserve"> hour</w:t>
            </w:r>
          </w:p>
          <w:p w14:paraId="48AC28BE" w14:textId="77777777" w:rsidR="00CC376A" w:rsidRDefault="00CC376A" w:rsidP="004E0BFC">
            <w:pPr>
              <w:rPr>
                <w:rFonts w:ascii="Calibri Light" w:hAnsi="Calibri Light" w:cs="Calibri Light"/>
                <w:lang w:val="en-GB"/>
              </w:rPr>
            </w:pPr>
          </w:p>
          <w:p w14:paraId="48A4E36E" w14:textId="77777777" w:rsidR="00CC376A" w:rsidRPr="000A3910" w:rsidRDefault="00CC376A" w:rsidP="004E0BFC">
            <w:pPr>
              <w:rPr>
                <w:rFonts w:ascii="Calibri Light" w:hAnsi="Calibri Light" w:cs="Calibri Light"/>
                <w:lang w:val="en-GB"/>
              </w:rPr>
            </w:pPr>
          </w:p>
        </w:tc>
      </w:tr>
      <w:tr w:rsidR="004E0BFC" w14:paraId="01E73A0F" w14:textId="77777777" w:rsidTr="00AD37CD">
        <w:tc>
          <w:tcPr>
            <w:tcW w:w="3823" w:type="dxa"/>
          </w:tcPr>
          <w:p w14:paraId="6F344086" w14:textId="765980A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Who is involved in delivering the activity?</w:t>
            </w:r>
          </w:p>
        </w:tc>
        <w:tc>
          <w:tcPr>
            <w:tcW w:w="4961" w:type="dxa"/>
          </w:tcPr>
          <w:p w14:paraId="27B00112" w14:textId="1799FE0E" w:rsidR="004E0BFC" w:rsidRPr="00F16179"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2"/>
                  <w:enabled/>
                  <w:calcOnExit w:val="0"/>
                  <w:checkBox>
                    <w:sizeAuto/>
                    <w:default w:val="0"/>
                  </w:checkBox>
                </w:ffData>
              </w:fldChar>
            </w:r>
            <w:bookmarkStart w:id="6" w:name="Selectievakje12"/>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sidR="004E0BFC" w:rsidRPr="00F16179">
              <w:rPr>
                <w:rFonts w:ascii="Calibri Light" w:hAnsi="Calibri Light" w:cs="Calibri Light"/>
                <w:lang w:val="en-GB"/>
              </w:rPr>
              <w:t xml:space="preserve">Teaching staff </w:t>
            </w:r>
            <w:r w:rsidR="004E0BFC" w:rsidRPr="00F16179">
              <w:rPr>
                <w:rFonts w:ascii="Calibri Light" w:hAnsi="Calibri Light" w:cs="Calibri Light"/>
                <w:lang w:val="en-GB"/>
              </w:rPr>
              <w:br/>
            </w:r>
            <w:r w:rsidR="00646D48">
              <w:rPr>
                <w:rFonts w:ascii="Calibri Light" w:hAnsi="Calibri Light" w:cs="Calibri Light"/>
                <w:lang w:val="en-GB"/>
              </w:rPr>
              <w:fldChar w:fldCharType="begin">
                <w:ffData>
                  <w:name w:val="Selectievakje13"/>
                  <w:enabled/>
                  <w:calcOnExit w:val="0"/>
                  <w:checkBox>
                    <w:sizeAuto/>
                    <w:default w:val="1"/>
                  </w:checkBox>
                </w:ffData>
              </w:fldChar>
            </w:r>
            <w:bookmarkStart w:id="7" w:name="Selectievakje13"/>
            <w:r w:rsidR="00646D48">
              <w:rPr>
                <w:rFonts w:ascii="Calibri Light" w:hAnsi="Calibri Light" w:cs="Calibri Light"/>
                <w:lang w:val="en-GB"/>
              </w:rPr>
              <w:instrText xml:space="preserve"> FORMCHECKBOX </w:instrText>
            </w:r>
            <w:r w:rsidR="00646D48">
              <w:rPr>
                <w:rFonts w:ascii="Calibri Light" w:hAnsi="Calibri Light" w:cs="Calibri Light"/>
                <w:lang w:val="en-GB"/>
              </w:rPr>
            </w:r>
            <w:r w:rsidR="00646D48">
              <w:rPr>
                <w:rFonts w:ascii="Calibri Light" w:hAnsi="Calibri Light" w:cs="Calibri Light"/>
                <w:lang w:val="en-GB"/>
              </w:rPr>
              <w:fldChar w:fldCharType="separate"/>
            </w:r>
            <w:r w:rsidR="00646D48">
              <w:rPr>
                <w:rFonts w:ascii="Calibri Light" w:hAnsi="Calibri Light" w:cs="Calibri Light"/>
                <w:lang w:val="en-GB"/>
              </w:rPr>
              <w:fldChar w:fldCharType="end"/>
            </w:r>
            <w:bookmarkEnd w:id="7"/>
            <w:r w:rsidR="004E0BFC" w:rsidRPr="00F16179">
              <w:rPr>
                <w:rFonts w:ascii="Calibri Light" w:hAnsi="Calibri Light" w:cs="Calibri Light"/>
                <w:lang w:val="en-GB"/>
              </w:rPr>
              <w:t>S</w:t>
            </w:r>
            <w:r w:rsidR="00896312" w:rsidRPr="00F16179">
              <w:rPr>
                <w:rFonts w:ascii="Calibri Light" w:hAnsi="Calibri Light" w:cs="Calibri Light"/>
                <w:lang w:val="en-GB"/>
              </w:rPr>
              <w:t>tudent S</w:t>
            </w:r>
            <w:r w:rsidR="004E0BFC" w:rsidRPr="00F16179">
              <w:rPr>
                <w:rFonts w:ascii="Calibri Light" w:hAnsi="Calibri Light" w:cs="Calibri Light"/>
                <w:lang w:val="en-GB"/>
              </w:rPr>
              <w:t xml:space="preserve">upport staff </w:t>
            </w:r>
            <w:r w:rsidR="004E0BFC" w:rsidRPr="00F16179">
              <w:rPr>
                <w:rFonts w:ascii="Calibri Light" w:hAnsi="Calibri Light" w:cs="Calibri Light"/>
                <w:lang w:val="en-GB"/>
              </w:rPr>
              <w:br/>
            </w:r>
            <w:r w:rsidRPr="00F16179">
              <w:rPr>
                <w:rFonts w:ascii="Calibri Light" w:hAnsi="Calibri Light" w:cs="Calibri Light"/>
                <w:lang w:val="en-GB"/>
              </w:rPr>
              <w:fldChar w:fldCharType="begin">
                <w:ffData>
                  <w:name w:val="Selectievakje14"/>
                  <w:enabled/>
                  <w:calcOnExit w:val="0"/>
                  <w:checkBox>
                    <w:sizeAuto/>
                    <w:default w:val="0"/>
                  </w:checkBox>
                </w:ffData>
              </w:fldChar>
            </w:r>
            <w:bookmarkStart w:id="8" w:name="Selectievakje14"/>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bookmarkEnd w:id="8"/>
            <w:r w:rsidR="00896312" w:rsidRPr="00F16179">
              <w:rPr>
                <w:rFonts w:ascii="Calibri Light" w:hAnsi="Calibri Light" w:cs="Calibri Light"/>
                <w:lang w:val="en-GB"/>
              </w:rPr>
              <w:t>Researcher</w:t>
            </w:r>
            <w:r w:rsidR="00166AFF" w:rsidRPr="00F16179">
              <w:rPr>
                <w:rFonts w:ascii="Calibri Light" w:hAnsi="Calibri Light" w:cs="Calibri Light"/>
                <w:lang w:val="en-GB"/>
              </w:rPr>
              <w: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Pr="00F16179">
              <w:rPr>
                <w:rFonts w:ascii="Calibri Light" w:hAnsi="Calibri Light" w:cs="Calibri Light"/>
                <w:lang w:val="en-GB"/>
              </w:rPr>
              <w:fldChar w:fldCharType="begin">
                <w:ffData>
                  <w:name w:val="Selectievakje15"/>
                  <w:enabled/>
                  <w:calcOnExit w:val="0"/>
                  <w:checkBox>
                    <w:sizeAuto/>
                    <w:default w:val="0"/>
                  </w:checkBox>
                </w:ffData>
              </w:fldChar>
            </w:r>
            <w:bookmarkStart w:id="9" w:name="Selectievakje15"/>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bookmarkEnd w:id="9"/>
            <w:r w:rsidR="00166AFF" w:rsidRPr="00F16179">
              <w:rPr>
                <w:rFonts w:ascii="Calibri Light" w:hAnsi="Calibri Light" w:cs="Calibri Light"/>
                <w:lang w:val="en-GB"/>
              </w:rPr>
              <w:t>Students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Pr="00F16179">
              <w:rPr>
                <w:rFonts w:ascii="Calibri Light" w:hAnsi="Calibri Light" w:cs="Calibri Light"/>
                <w:lang w:val="en-GB"/>
              </w:rPr>
              <w:fldChar w:fldCharType="begin">
                <w:ffData>
                  <w:name w:val="Selectievakje16"/>
                  <w:enabled/>
                  <w:calcOnExit w:val="0"/>
                  <w:checkBox>
                    <w:sizeAuto/>
                    <w:default w:val="0"/>
                  </w:checkBox>
                </w:ffData>
              </w:fldChar>
            </w:r>
            <w:bookmarkStart w:id="10" w:name="Selectievakje16"/>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bookmarkEnd w:id="10"/>
            <w:r w:rsidR="00166AFF" w:rsidRPr="00F16179">
              <w:rPr>
                <w:rFonts w:ascii="Calibri Light" w:hAnsi="Calibri Light" w:cs="Calibri Light"/>
                <w:lang w:val="en-GB"/>
              </w:rPr>
              <w:t>Student Societies/organisations/clubs</w:t>
            </w:r>
          </w:p>
          <w:p w14:paraId="5EC31AAD" w14:textId="7DE3401A" w:rsidR="00896312" w:rsidRPr="00F16179" w:rsidRDefault="00896312" w:rsidP="004E0BFC">
            <w:pPr>
              <w:rPr>
                <w:rFonts w:ascii="Calibri Light" w:hAnsi="Calibri Light" w:cs="Calibri Light"/>
                <w:lang w:val="en-GB"/>
              </w:rPr>
            </w:pPr>
            <w:r w:rsidRPr="00F16179">
              <w:rPr>
                <w:rFonts w:ascii="Calibri Light" w:hAnsi="Calibri Light" w:cs="Calibri Light"/>
                <w:lang w:val="en-GB"/>
              </w:rPr>
              <w:fldChar w:fldCharType="begin">
                <w:ffData>
                  <w:name w:val="Selectievakje16"/>
                  <w:enabled/>
                  <w:calcOnExit w:val="0"/>
                  <w:checkBox>
                    <w:sizeAuto/>
                    <w:default w:val="0"/>
                  </w:checkBox>
                </w:ffData>
              </w:fldChar>
            </w:r>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r w:rsidRPr="00F16179">
              <w:rPr>
                <w:rFonts w:ascii="Calibri Light" w:hAnsi="Calibri Light" w:cs="Calibri Light"/>
                <w:lang w:val="en-GB"/>
              </w:rPr>
              <w:t>External partners</w:t>
            </w:r>
          </w:p>
          <w:p w14:paraId="2C347E92" w14:textId="77777777" w:rsidR="000A3910" w:rsidRPr="00F16179" w:rsidRDefault="00390282" w:rsidP="004E0BFC">
            <w:pPr>
              <w:rPr>
                <w:rFonts w:ascii="Calibri Light" w:hAnsi="Calibri Light" w:cs="Calibri Light"/>
                <w:lang w:val="en-GB"/>
              </w:rPr>
            </w:pPr>
            <w:r w:rsidRPr="00F16179">
              <w:rPr>
                <w:rFonts w:ascii="Calibri Light" w:hAnsi="Calibri Light" w:cs="Calibri Light"/>
                <w:lang w:val="en-GB"/>
              </w:rPr>
              <w:fldChar w:fldCharType="begin">
                <w:ffData>
                  <w:name w:val="Selectievakje17"/>
                  <w:enabled/>
                  <w:calcOnExit w:val="0"/>
                  <w:checkBox>
                    <w:sizeAuto/>
                    <w:default w:val="0"/>
                  </w:checkBox>
                </w:ffData>
              </w:fldChar>
            </w:r>
            <w:bookmarkStart w:id="11" w:name="Selectievakje17"/>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bookmarkEnd w:id="11"/>
            <w:r w:rsidR="000A3910" w:rsidRPr="00F16179">
              <w:rPr>
                <w:rFonts w:ascii="Calibri Light" w:hAnsi="Calibri Light" w:cs="Calibri Light"/>
                <w:lang w:val="en-GB"/>
              </w:rPr>
              <w:t xml:space="preserve">Other namely… </w:t>
            </w:r>
          </w:p>
          <w:p w14:paraId="429C5149" w14:textId="40C4310B" w:rsidR="00896312" w:rsidRPr="000A3910" w:rsidRDefault="00896312" w:rsidP="004E0BFC">
            <w:pPr>
              <w:rPr>
                <w:rFonts w:ascii="Calibri Light" w:hAnsi="Calibri Light" w:cs="Calibri Light"/>
                <w:lang w:val="en-GB"/>
              </w:rPr>
            </w:pPr>
          </w:p>
        </w:tc>
      </w:tr>
      <w:tr w:rsidR="004E0BFC" w14:paraId="6A808EB3" w14:textId="77777777" w:rsidTr="00AD37CD">
        <w:tc>
          <w:tcPr>
            <w:tcW w:w="3823" w:type="dxa"/>
          </w:tcPr>
          <w:p w14:paraId="1EAB1171" w14:textId="525BD446"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Is the activity individual or group-based?</w:t>
            </w:r>
          </w:p>
        </w:tc>
        <w:tc>
          <w:tcPr>
            <w:tcW w:w="4961" w:type="dxa"/>
          </w:tcPr>
          <w:p w14:paraId="441CD5FC" w14:textId="3100FB45" w:rsidR="004E0BFC" w:rsidRDefault="00646D48"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1"/>
                  </w:checkBox>
                </w:ffData>
              </w:fldChar>
            </w:r>
            <w:bookmarkStart w:id="12" w:name="Selectievakje18"/>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12"/>
            <w:r w:rsidR="004E0BFC" w:rsidRPr="000A3910">
              <w:rPr>
                <w:rFonts w:ascii="Calibri Light" w:hAnsi="Calibri Light" w:cs="Calibri Light"/>
                <w:lang w:val="en-GB"/>
              </w:rPr>
              <w:t xml:space="preserve">Individual </w:t>
            </w: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Group</w:t>
            </w:r>
          </w:p>
          <w:p w14:paraId="23C8D42D" w14:textId="39F04B59" w:rsidR="00F82504" w:rsidRPr="000A3910" w:rsidRDefault="00F82504" w:rsidP="004E0BFC">
            <w:pPr>
              <w:rPr>
                <w:rFonts w:ascii="Calibri Light" w:hAnsi="Calibri Light" w:cs="Calibri Light"/>
                <w:lang w:val="en-GB"/>
              </w:rPr>
            </w:pPr>
          </w:p>
        </w:tc>
      </w:tr>
      <w:tr w:rsidR="004E0BFC" w14:paraId="0E9D640B" w14:textId="77777777" w:rsidTr="00AD37CD">
        <w:tc>
          <w:tcPr>
            <w:tcW w:w="3823" w:type="dxa"/>
          </w:tcPr>
          <w:p w14:paraId="60EF4663" w14:textId="5ABCED1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Is participation voluntary or mandatory?</w:t>
            </w:r>
          </w:p>
        </w:tc>
        <w:tc>
          <w:tcPr>
            <w:tcW w:w="4961" w:type="dxa"/>
          </w:tcPr>
          <w:p w14:paraId="2CBCC424" w14:textId="0DB4618F" w:rsidR="004E0BFC" w:rsidRDefault="00646D48"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Voluntary </w:t>
            </w:r>
            <w:r w:rsidR="00390282">
              <w:rPr>
                <w:rFonts w:ascii="Segoe UI Symbol" w:hAnsi="Segoe UI Symbol" w:cs="Segoe UI Symbol"/>
                <w:lang w:val="en-GB"/>
              </w:rPr>
              <w:fldChar w:fldCharType="begin">
                <w:ffData>
                  <w:name w:val="Selectievakje18"/>
                  <w:enabled/>
                  <w:calcOnExit w:val="0"/>
                  <w:checkBox>
                    <w:sizeAuto/>
                    <w:default w:val="0"/>
                  </w:checkBox>
                </w:ffData>
              </w:fldChar>
            </w:r>
            <w:r w:rsidR="00390282">
              <w:rPr>
                <w:rFonts w:ascii="Segoe UI Symbol" w:hAnsi="Segoe UI Symbol" w:cs="Segoe UI Symbol"/>
                <w:lang w:val="en-GB"/>
              </w:rPr>
              <w:instrText xml:space="preserve"> FORMCHECKBOX </w:instrText>
            </w:r>
            <w:r w:rsidR="00390282">
              <w:rPr>
                <w:rFonts w:ascii="Segoe UI Symbol" w:hAnsi="Segoe UI Symbol" w:cs="Segoe UI Symbol"/>
                <w:lang w:val="en-GB"/>
              </w:rPr>
            </w:r>
            <w:r w:rsidR="00390282">
              <w:rPr>
                <w:rFonts w:ascii="Segoe UI Symbol" w:hAnsi="Segoe UI Symbol" w:cs="Segoe UI Symbol"/>
                <w:lang w:val="en-GB"/>
              </w:rPr>
              <w:fldChar w:fldCharType="separate"/>
            </w:r>
            <w:r w:rsidR="00390282">
              <w:rPr>
                <w:rFonts w:ascii="Segoe UI Symbol" w:hAnsi="Segoe UI Symbol" w:cs="Segoe UI Symbol"/>
                <w:lang w:val="en-GB"/>
              </w:rPr>
              <w:fldChar w:fldCharType="end"/>
            </w:r>
            <w:r w:rsidR="004E0BFC" w:rsidRPr="000A3910">
              <w:rPr>
                <w:rFonts w:ascii="Calibri Light" w:hAnsi="Calibri Light" w:cs="Calibri Light"/>
                <w:lang w:val="en-GB"/>
              </w:rPr>
              <w:t>Mandatory</w:t>
            </w:r>
          </w:p>
          <w:p w14:paraId="566C2A3E" w14:textId="11E0091A" w:rsidR="00F82504" w:rsidRPr="000A3910" w:rsidRDefault="00F82504" w:rsidP="004E0BFC">
            <w:pPr>
              <w:rPr>
                <w:rFonts w:ascii="Calibri Light" w:hAnsi="Calibri Light" w:cs="Calibri Light"/>
                <w:lang w:val="en-GB"/>
              </w:rPr>
            </w:pPr>
          </w:p>
        </w:tc>
      </w:tr>
      <w:tr w:rsidR="004E0BFC" w14:paraId="6BA22D21" w14:textId="77777777" w:rsidTr="00AD37CD">
        <w:trPr>
          <w:trHeight w:val="300"/>
        </w:trPr>
        <w:tc>
          <w:tcPr>
            <w:tcW w:w="3823" w:type="dxa"/>
          </w:tcPr>
          <w:p w14:paraId="4713B377" w14:textId="0E6651B8" w:rsidR="004E0BFC" w:rsidRPr="000A3910" w:rsidRDefault="004E0BFC" w:rsidP="004E0BFC">
            <w:pPr>
              <w:rPr>
                <w:rFonts w:ascii="Calibri Light" w:hAnsi="Calibri Light" w:cs="Calibri Light"/>
                <w:lang w:val="en-GB"/>
              </w:rPr>
            </w:pPr>
            <w:r w:rsidRPr="11939C16">
              <w:rPr>
                <w:rFonts w:ascii="Calibri Light" w:hAnsi="Calibri Light" w:cs="Calibri Light"/>
                <w:lang w:val="en-GB"/>
              </w:rPr>
              <w:t>Is the activity intracurricular or extracurricular?</w:t>
            </w:r>
          </w:p>
        </w:tc>
        <w:tc>
          <w:tcPr>
            <w:tcW w:w="4961" w:type="dxa"/>
          </w:tcPr>
          <w:p w14:paraId="356CEF65" w14:textId="77777777" w:rsidR="00F82504"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Intracurricular</w:t>
            </w:r>
            <w:r w:rsidR="00F82504">
              <w:rPr>
                <w:rFonts w:ascii="Calibri Light" w:hAnsi="Calibri Light" w:cs="Calibri Light"/>
                <w:lang w:val="en-GB"/>
              </w:rPr>
              <w:t xml:space="preserve"> (with ECTS credits)</w:t>
            </w:r>
          </w:p>
          <w:p w14:paraId="3FA776F7" w14:textId="7504B1B2" w:rsidR="00F82504" w:rsidRDefault="00646D48"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Extracurricular </w:t>
            </w:r>
          </w:p>
          <w:p w14:paraId="096584B0" w14:textId="77777777" w:rsidR="004E0BFC"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Both</w:t>
            </w:r>
          </w:p>
          <w:p w14:paraId="59D8C248" w14:textId="4AD3EFE8" w:rsidR="00F82504" w:rsidRPr="000A3910" w:rsidRDefault="00F82504" w:rsidP="004E0BFC">
            <w:pPr>
              <w:rPr>
                <w:rFonts w:ascii="Calibri Light" w:hAnsi="Calibri Light" w:cs="Calibri Light"/>
                <w:lang w:val="en-GB"/>
              </w:rPr>
            </w:pPr>
          </w:p>
        </w:tc>
      </w:tr>
      <w:tr w:rsidR="004E0BFC" w14:paraId="5F2B528A" w14:textId="77777777" w:rsidTr="00AD37CD">
        <w:tc>
          <w:tcPr>
            <w:tcW w:w="3823" w:type="dxa"/>
          </w:tcPr>
          <w:p w14:paraId="47AA372F" w14:textId="14F15CB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In what format is the activity delivered?</w:t>
            </w:r>
          </w:p>
        </w:tc>
        <w:tc>
          <w:tcPr>
            <w:tcW w:w="4961" w:type="dxa"/>
          </w:tcPr>
          <w:p w14:paraId="4A52E302" w14:textId="012841DB" w:rsidR="004E0BFC" w:rsidRPr="00F82504" w:rsidRDefault="00646D48" w:rsidP="5ED244E1">
            <w:pPr>
              <w:rPr>
                <w:rFonts w:ascii="Calibri Light" w:hAnsi="Calibri Light" w:cs="Calibri Light"/>
                <w:lang w:val="en-GB"/>
              </w:rPr>
            </w:pPr>
            <w:r>
              <w:rPr>
                <w:rFonts w:ascii="Calibri Light" w:hAnsi="Calibri Light" w:cs="Calibri Light"/>
                <w:lang w:val="en-GB"/>
              </w:rPr>
              <w:fldChar w:fldCharType="begin">
                <w:ffData>
                  <w:name w:val=""/>
                  <w:enabled/>
                  <w:calcOnExit w:val="0"/>
                  <w:checkBox>
                    <w:sizeAuto/>
                    <w:default w:val="1"/>
                  </w:checkBox>
                </w:ffData>
              </w:fldChar>
            </w:r>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r w:rsidR="578BCC71" w:rsidRPr="00F82504">
              <w:rPr>
                <w:rFonts w:ascii="Calibri Light" w:hAnsi="Calibri Light" w:cs="Calibri Light"/>
                <w:lang w:val="en-GB"/>
              </w:rPr>
              <w:t>On campus (live)</w:t>
            </w:r>
            <w:r w:rsidR="004E0BFC" w:rsidRPr="00F82504">
              <w:rPr>
                <w:rFonts w:ascii="Calibri Light" w:hAnsi="Calibri Light" w:cs="Calibri Light"/>
                <w:lang w:val="en-GB"/>
              </w:rPr>
              <w:t xml:space="preserve">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 xml:space="preserve">Online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 xml:space="preserve">Blended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Asynchronous</w:t>
            </w:r>
            <w:r w:rsidR="1EAAAAD6" w:rsidRPr="00F82504">
              <w:rPr>
                <w:rFonts w:ascii="Calibri Light" w:hAnsi="Calibri Light" w:cs="Calibri Light"/>
                <w:lang w:val="en-GB"/>
              </w:rPr>
              <w:t xml:space="preserve"> (e.g. self-paced module)</w:t>
            </w:r>
          </w:p>
          <w:p w14:paraId="6883D052" w14:textId="18245583" w:rsidR="00F82504" w:rsidRPr="00F82504" w:rsidRDefault="00F82504" w:rsidP="5ED244E1">
            <w:pPr>
              <w:rPr>
                <w:rFonts w:ascii="Calibri Light" w:hAnsi="Calibri Light" w:cs="Calibri Light"/>
                <w:lang w:val="en-GB"/>
              </w:rPr>
            </w:pPr>
            <w:r w:rsidRPr="00F82504">
              <w:rPr>
                <w:rFonts w:ascii="Calibri Light" w:hAnsi="Calibri Light" w:cs="Calibri Light"/>
                <w:lang w:val="en-GB"/>
              </w:rPr>
              <w:fldChar w:fldCharType="begin">
                <w:ffData>
                  <w:name w:val="Selectievakje18"/>
                  <w:enabled/>
                  <w:calcOnExit w:val="0"/>
                  <w:checkBox>
                    <w:sizeAuto/>
                    <w:default w:val="0"/>
                  </w:checkBox>
                </w:ffData>
              </w:fldChar>
            </w:r>
            <w:r w:rsidRPr="00F82504">
              <w:rPr>
                <w:rFonts w:ascii="Calibri Light" w:hAnsi="Calibri Light" w:cs="Calibri Light"/>
                <w:lang w:val="en-GB"/>
              </w:rPr>
              <w:instrText xml:space="preserve"> FORMCHECKBOX </w:instrText>
            </w:r>
            <w:r w:rsidRPr="00F82504">
              <w:rPr>
                <w:rFonts w:ascii="Calibri Light" w:hAnsi="Calibri Light" w:cs="Calibri Light"/>
                <w:lang w:val="en-GB"/>
              </w:rPr>
            </w:r>
            <w:r w:rsidRPr="00F82504">
              <w:rPr>
                <w:rFonts w:ascii="Calibri Light" w:hAnsi="Calibri Light" w:cs="Calibri Light"/>
                <w:lang w:val="en-GB"/>
              </w:rPr>
              <w:fldChar w:fldCharType="separate"/>
            </w:r>
            <w:r w:rsidRPr="00F82504">
              <w:rPr>
                <w:rFonts w:ascii="Calibri Light" w:hAnsi="Calibri Light" w:cs="Calibri Light"/>
                <w:lang w:val="en-GB"/>
              </w:rPr>
              <w:fldChar w:fldCharType="end"/>
            </w:r>
            <w:r w:rsidRPr="00F82504">
              <w:rPr>
                <w:rFonts w:ascii="Calibri Light" w:hAnsi="Calibri Light" w:cs="Calibri Light"/>
                <w:lang w:val="en-GB"/>
              </w:rPr>
              <w:t>Other</w:t>
            </w:r>
          </w:p>
          <w:p w14:paraId="6813EB00" w14:textId="610C0E4B" w:rsidR="004E0BFC" w:rsidRPr="000A3910" w:rsidRDefault="004E0BFC" w:rsidP="5ED244E1">
            <w:pPr>
              <w:rPr>
                <w:rFonts w:ascii="Calibri Light" w:hAnsi="Calibri Light" w:cs="Calibri Light"/>
                <w:color w:val="548DD4" w:themeColor="text2" w:themeTint="99"/>
                <w:lang w:val="en-GB"/>
              </w:rPr>
            </w:pPr>
          </w:p>
        </w:tc>
      </w:tr>
      <w:tr w:rsidR="004E0BFC" w14:paraId="57BCA10D" w14:textId="77777777" w:rsidTr="00AD37CD">
        <w:tc>
          <w:tcPr>
            <w:tcW w:w="3823" w:type="dxa"/>
          </w:tcPr>
          <w:p w14:paraId="4514E64D" w14:textId="7203DBC2" w:rsidR="004E0BFC" w:rsidRPr="000A3910" w:rsidRDefault="004E0BFC" w:rsidP="004E0BFC">
            <w:pPr>
              <w:rPr>
                <w:rFonts w:ascii="Calibri Light" w:hAnsi="Calibri Light" w:cs="Calibri Light"/>
                <w:lang w:val="en-GB"/>
              </w:rPr>
            </w:pPr>
            <w:r w:rsidRPr="5ED244E1">
              <w:rPr>
                <w:rFonts w:ascii="Calibri Light" w:hAnsi="Calibri Light" w:cs="Calibri Light"/>
                <w:lang w:val="en-GB"/>
              </w:rPr>
              <w:t xml:space="preserve">Physical </w:t>
            </w:r>
            <w:r w:rsidR="000A3910" w:rsidRPr="5ED244E1">
              <w:rPr>
                <w:rFonts w:ascii="Calibri Light" w:hAnsi="Calibri Light" w:cs="Calibri Light"/>
                <w:lang w:val="en-GB"/>
              </w:rPr>
              <w:t>r</w:t>
            </w:r>
            <w:r w:rsidRPr="5ED244E1">
              <w:rPr>
                <w:rFonts w:ascii="Calibri Light" w:hAnsi="Calibri Light" w:cs="Calibri Light"/>
                <w:lang w:val="en-GB"/>
              </w:rPr>
              <w:t xml:space="preserve">esources </w:t>
            </w:r>
            <w:r w:rsidR="000A3910" w:rsidRPr="5ED244E1">
              <w:rPr>
                <w:rFonts w:ascii="Calibri Light" w:hAnsi="Calibri Light" w:cs="Calibri Light"/>
                <w:lang w:val="en-GB"/>
              </w:rPr>
              <w:t>r</w:t>
            </w:r>
            <w:r w:rsidRPr="5ED244E1">
              <w:rPr>
                <w:rFonts w:ascii="Calibri Light" w:hAnsi="Calibri Light" w:cs="Calibri Light"/>
                <w:lang w:val="en-GB"/>
              </w:rPr>
              <w:t>equired</w:t>
            </w:r>
            <w:r w:rsidR="00BA645E">
              <w:rPr>
                <w:rFonts w:ascii="Calibri Light" w:hAnsi="Calibri Light" w:cs="Calibri Light"/>
                <w:lang w:val="en-GB"/>
              </w:rPr>
              <w:t xml:space="preserve"> (rooms, equipment, software, materials, prizes)</w:t>
            </w:r>
            <w:r w:rsidRPr="5ED244E1">
              <w:rPr>
                <w:rFonts w:ascii="Calibri Light" w:hAnsi="Calibri Light" w:cs="Calibri Light"/>
                <w:lang w:val="en-GB"/>
              </w:rPr>
              <w:t>:</w:t>
            </w:r>
          </w:p>
        </w:tc>
        <w:tc>
          <w:tcPr>
            <w:tcW w:w="4961" w:type="dxa"/>
          </w:tcPr>
          <w:p w14:paraId="4DD3F722" w14:textId="43BE05D2" w:rsidR="004E0BFC" w:rsidRPr="00646D48" w:rsidRDefault="003367CA" w:rsidP="004E0BFC">
            <w:pPr>
              <w:rPr>
                <w:rFonts w:ascii="Calibri Light" w:hAnsi="Calibri Light" w:cs="Calibri Light"/>
              </w:rPr>
            </w:pPr>
            <w:r w:rsidRPr="00646D48">
              <w:rPr>
                <w:rFonts w:ascii="Calibri Light" w:hAnsi="Calibri Light" w:cs="Calibri Light"/>
              </w:rPr>
              <w:t>Room, flipcharts, maybe journals</w:t>
            </w:r>
          </w:p>
        </w:tc>
      </w:tr>
      <w:tr w:rsidR="5ED244E1" w14:paraId="25D19F17" w14:textId="77777777" w:rsidTr="00AD37CD">
        <w:trPr>
          <w:trHeight w:val="300"/>
        </w:trPr>
        <w:tc>
          <w:tcPr>
            <w:tcW w:w="3823" w:type="dxa"/>
          </w:tcPr>
          <w:p w14:paraId="75659019" w14:textId="1A057ABA" w:rsidR="39AF69AD" w:rsidRDefault="39AF69AD" w:rsidP="5ED244E1">
            <w:pPr>
              <w:rPr>
                <w:rFonts w:ascii="Calibri Light" w:hAnsi="Calibri Light" w:cs="Calibri Light"/>
                <w:color w:val="548DD4" w:themeColor="text2" w:themeTint="99"/>
                <w:lang w:val="en-GB"/>
              </w:rPr>
            </w:pPr>
            <w:r w:rsidRPr="00BA645E">
              <w:rPr>
                <w:rFonts w:ascii="Calibri Light" w:hAnsi="Calibri Light" w:cs="Calibri Light"/>
                <w:lang w:val="en-GB"/>
              </w:rPr>
              <w:lastRenderedPageBreak/>
              <w:t>Human resources required?</w:t>
            </w:r>
          </w:p>
        </w:tc>
        <w:tc>
          <w:tcPr>
            <w:tcW w:w="4961" w:type="dxa"/>
          </w:tcPr>
          <w:p w14:paraId="6D7D168B" w14:textId="0CF1D513" w:rsidR="5ED244E1" w:rsidRPr="00646D48" w:rsidRDefault="003367CA" w:rsidP="5ED244E1">
            <w:pPr>
              <w:rPr>
                <w:rFonts w:ascii="Calibri Light" w:hAnsi="Calibri Light" w:cs="Calibri Light"/>
              </w:rPr>
            </w:pPr>
            <w:r w:rsidRPr="00646D48">
              <w:rPr>
                <w:rFonts w:ascii="Calibri Light" w:hAnsi="Calibri Light" w:cs="Calibri Light"/>
              </w:rPr>
              <w:t>Facilitator or 2</w:t>
            </w:r>
          </w:p>
        </w:tc>
      </w:tr>
      <w:tr w:rsidR="004E0BFC" w14:paraId="6A3C4B9D" w14:textId="77777777" w:rsidTr="00AD37CD">
        <w:tc>
          <w:tcPr>
            <w:tcW w:w="3823" w:type="dxa"/>
          </w:tcPr>
          <w:p w14:paraId="421BF537" w14:textId="3ECC199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Financial </w:t>
            </w:r>
            <w:r w:rsidR="000A3910" w:rsidRPr="000A3910">
              <w:rPr>
                <w:rFonts w:ascii="Calibri Light" w:hAnsi="Calibri Light" w:cs="Calibri Light"/>
                <w:lang w:val="en-GB"/>
              </w:rPr>
              <w:t>r</w:t>
            </w:r>
            <w:r w:rsidRPr="000A3910">
              <w:rPr>
                <w:rFonts w:ascii="Calibri Light" w:hAnsi="Calibri Light" w:cs="Calibri Light"/>
                <w:lang w:val="en-GB"/>
              </w:rPr>
              <w:t xml:space="preserve">esources </w:t>
            </w:r>
            <w:r w:rsidR="000A3910" w:rsidRPr="000A3910">
              <w:rPr>
                <w:rFonts w:ascii="Calibri Light" w:hAnsi="Calibri Light" w:cs="Calibri Light"/>
                <w:lang w:val="en-GB"/>
              </w:rPr>
              <w:t>r</w:t>
            </w:r>
            <w:r w:rsidRPr="000A3910">
              <w:rPr>
                <w:rFonts w:ascii="Calibri Light" w:hAnsi="Calibri Light" w:cs="Calibri Light"/>
                <w:lang w:val="en-GB"/>
              </w:rPr>
              <w:t>equired:</w:t>
            </w:r>
          </w:p>
        </w:tc>
        <w:tc>
          <w:tcPr>
            <w:tcW w:w="4961" w:type="dxa"/>
          </w:tcPr>
          <w:p w14:paraId="459B19DF" w14:textId="4E643F26" w:rsidR="004E0BFC" w:rsidRPr="00646D48" w:rsidRDefault="003367CA" w:rsidP="004E0BFC">
            <w:pPr>
              <w:rPr>
                <w:rFonts w:ascii="Calibri Light" w:hAnsi="Calibri Light" w:cs="Calibri Light"/>
              </w:rPr>
            </w:pPr>
            <w:r w:rsidRPr="00646D48">
              <w:rPr>
                <w:rFonts w:ascii="Calibri Light" w:hAnsi="Calibri Light" w:cs="Calibri Light"/>
              </w:rPr>
              <w:t>Minimal</w:t>
            </w:r>
          </w:p>
        </w:tc>
      </w:tr>
      <w:tr w:rsidR="004E0BFC" w14:paraId="21945131" w14:textId="77777777" w:rsidTr="00AD37CD">
        <w:tc>
          <w:tcPr>
            <w:tcW w:w="3823" w:type="dxa"/>
          </w:tcPr>
          <w:p w14:paraId="50A08791" w14:textId="4198825C"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Online </w:t>
            </w:r>
            <w:r w:rsidR="000A3910" w:rsidRPr="000A3910">
              <w:rPr>
                <w:rFonts w:ascii="Calibri Light" w:hAnsi="Calibri Light" w:cs="Calibri Light"/>
                <w:lang w:val="en-GB"/>
              </w:rPr>
              <w:t>r</w:t>
            </w:r>
            <w:r w:rsidRPr="000A3910">
              <w:rPr>
                <w:rFonts w:ascii="Calibri Light" w:hAnsi="Calibri Light" w:cs="Calibri Light"/>
                <w:lang w:val="en-GB"/>
              </w:rPr>
              <w:t>esources</w:t>
            </w:r>
          </w:p>
        </w:tc>
        <w:tc>
          <w:tcPr>
            <w:tcW w:w="4961" w:type="dxa"/>
          </w:tcPr>
          <w:p w14:paraId="397D939A" w14:textId="77777777" w:rsidR="004E0BFC" w:rsidRPr="00646D48" w:rsidRDefault="004E0BFC" w:rsidP="004E0BFC">
            <w:pPr>
              <w:rPr>
                <w:rFonts w:ascii="Calibri Light" w:hAnsi="Calibri Light" w:cs="Calibri Light"/>
              </w:rPr>
            </w:pPr>
          </w:p>
        </w:tc>
      </w:tr>
    </w:tbl>
    <w:p w14:paraId="17795457" w14:textId="77777777" w:rsidR="0086050C" w:rsidRDefault="0086050C"/>
    <w:p w14:paraId="24A55D8E" w14:textId="62FFB33A" w:rsidR="0086050C" w:rsidRDefault="00A53F55">
      <w:r>
        <w:rPr>
          <w:b/>
          <w:color w:val="0F6576"/>
          <w:sz w:val="28"/>
        </w:rPr>
        <w:t>Outline of Activity</w:t>
      </w:r>
    </w:p>
    <w:p w14:paraId="7702E327" w14:textId="2DFD9EAE" w:rsidR="0086050C" w:rsidRPr="00646D48" w:rsidRDefault="007878EC" w:rsidP="000A3910">
      <w:pPr>
        <w:rPr>
          <w:rFonts w:ascii="Calibri Light" w:hAnsi="Calibri Light" w:cs="Calibri Light"/>
          <w:lang w:val="en-GB"/>
        </w:rPr>
      </w:pPr>
      <w:r w:rsidRPr="00646D48">
        <w:rPr>
          <w:rFonts w:ascii="Calibri Light" w:hAnsi="Calibri Light" w:cs="Calibri Light"/>
          <w:lang w:val="en-GB"/>
        </w:rPr>
        <w:t xml:space="preserve">This is a 1 </w:t>
      </w:r>
      <w:r w:rsidR="00600BD0">
        <w:rPr>
          <w:rFonts w:ascii="Calibri Light" w:hAnsi="Calibri Light" w:cs="Calibri Light"/>
          <w:lang w:val="en-GB"/>
        </w:rPr>
        <w:t xml:space="preserve">-2 </w:t>
      </w:r>
      <w:r w:rsidRPr="00646D48">
        <w:rPr>
          <w:rFonts w:ascii="Calibri Light" w:hAnsi="Calibri Light" w:cs="Calibri Light"/>
          <w:lang w:val="en-GB"/>
        </w:rPr>
        <w:t>hour long session introducing the concept of reflection in terms of self regulation.</w:t>
      </w:r>
    </w:p>
    <w:p w14:paraId="29F586E7" w14:textId="77777777" w:rsidR="000A3910" w:rsidRPr="000A3910" w:rsidRDefault="000A3910" w:rsidP="000A3910">
      <w:pPr>
        <w:spacing w:after="0" w:line="240" w:lineRule="auto"/>
        <w:rPr>
          <w:rFonts w:ascii="Segoe UI Symbol" w:hAnsi="Segoe UI Symbol" w:cs="Segoe UI Symbol"/>
          <w:lang w:val="en-GB"/>
        </w:rPr>
      </w:pPr>
    </w:p>
    <w:p w14:paraId="44D155D0" w14:textId="352F94E2" w:rsidR="0086050C" w:rsidRDefault="00A53F55">
      <w:r>
        <w:rPr>
          <w:b/>
          <w:color w:val="0F6576"/>
          <w:sz w:val="28"/>
        </w:rPr>
        <w:t>Detailed Plan</w:t>
      </w:r>
    </w:p>
    <w:p w14:paraId="15C53B0B" w14:textId="2FD44DA1" w:rsidR="00B43F0C" w:rsidRPr="00646D48" w:rsidRDefault="00317556" w:rsidP="00145B45">
      <w:pPr>
        <w:ind w:left="1440" w:hanging="1440"/>
      </w:pPr>
      <w:r w:rsidRPr="56CDF15A">
        <w:rPr>
          <w:rFonts w:ascii="Calibri Light" w:hAnsi="Calibri Light" w:cs="Calibri Light"/>
          <w:lang w:val="en-GB"/>
        </w:rPr>
        <w:t>10</w:t>
      </w:r>
      <w:r w:rsidR="00B43F0C" w:rsidRPr="56CDF15A">
        <w:rPr>
          <w:rFonts w:ascii="Calibri Light" w:hAnsi="Calibri Light" w:cs="Calibri Light"/>
          <w:lang w:val="en-GB"/>
        </w:rPr>
        <w:t xml:space="preserve"> minutes:</w:t>
      </w:r>
      <w:r>
        <w:tab/>
      </w:r>
      <w:r w:rsidR="00B43F0C" w:rsidRPr="56CDF15A">
        <w:rPr>
          <w:rFonts w:ascii="Calibri Light" w:hAnsi="Calibri Light" w:cs="Calibri Light"/>
          <w:lang w:val="en-GB"/>
        </w:rPr>
        <w:t xml:space="preserve">Brief powerpoint introduction </w:t>
      </w:r>
      <w:r w:rsidR="000300F6" w:rsidRPr="56CDF15A">
        <w:rPr>
          <w:rFonts w:ascii="Calibri Light" w:hAnsi="Calibri Light" w:cs="Calibri Light"/>
          <w:lang w:val="en-GB"/>
        </w:rPr>
        <w:t>to</w:t>
      </w:r>
      <w:r w:rsidR="00B43F0C" w:rsidRPr="56CDF15A">
        <w:rPr>
          <w:rFonts w:ascii="Calibri Light" w:hAnsi="Calibri Light" w:cs="Calibri Light"/>
          <w:lang w:val="en-GB"/>
        </w:rPr>
        <w:t xml:space="preserve"> reflection </w:t>
      </w:r>
      <w:r w:rsidR="000300F6" w:rsidRPr="56CDF15A">
        <w:rPr>
          <w:rFonts w:ascii="Calibri Light" w:hAnsi="Calibri Light" w:cs="Calibri Light"/>
          <w:lang w:val="en-GB"/>
        </w:rPr>
        <w:t xml:space="preserve">and </w:t>
      </w:r>
      <w:r w:rsidR="00514702" w:rsidRPr="56CDF15A">
        <w:rPr>
          <w:rFonts w:ascii="Calibri Light" w:hAnsi="Calibri Light" w:cs="Calibri Light"/>
          <w:lang w:val="en-GB"/>
        </w:rPr>
        <w:t>goal setting</w:t>
      </w:r>
      <w:r w:rsidR="00145B45" w:rsidRPr="56CDF15A">
        <w:rPr>
          <w:rFonts w:ascii="Calibri Light" w:hAnsi="Calibri Light" w:cs="Calibri Light"/>
          <w:lang w:val="en-GB"/>
        </w:rPr>
        <w:t xml:space="preserve"> (POP</w:t>
      </w:r>
      <w:r w:rsidR="3B5BD452" w:rsidRPr="56CDF15A">
        <w:rPr>
          <w:rFonts w:ascii="Calibri Light" w:hAnsi="Calibri Light" w:cs="Calibri Light"/>
          <w:lang w:val="en-GB"/>
        </w:rPr>
        <w:t>)</w:t>
      </w:r>
      <w:r w:rsidR="00145B45" w:rsidRPr="56CDF15A">
        <w:rPr>
          <w:rFonts w:ascii="Calibri Light" w:hAnsi="Calibri Light" w:cs="Calibri Light"/>
          <w:lang w:val="en-GB"/>
        </w:rPr>
        <w:t xml:space="preserve"> by Deng and Yao (2022)</w:t>
      </w:r>
      <w:r w:rsidR="00B43F0C" w:rsidRPr="56CDF15A">
        <w:rPr>
          <w:rFonts w:ascii="Calibri Light" w:hAnsi="Calibri Light" w:cs="Calibri Light"/>
          <w:lang w:val="en-GB"/>
        </w:rPr>
        <w:t>.</w:t>
      </w:r>
      <w:r w:rsidR="00A87CBA" w:rsidRPr="56CDF15A">
        <w:rPr>
          <w:rFonts w:ascii="Calibri Light" w:hAnsi="Calibri Light" w:cs="Calibri Light"/>
          <w:lang w:val="en-GB"/>
        </w:rPr>
        <w:t xml:space="preserve"> This information will be presented in line with the principles of UDL.</w:t>
      </w:r>
    </w:p>
    <w:p w14:paraId="4F1E246B" w14:textId="6F1103E6" w:rsidR="427A15AB" w:rsidRDefault="0BA7E7D3" w:rsidP="5B074596">
      <w:pPr>
        <w:ind w:left="1440"/>
        <w:rPr>
          <w:rFonts w:ascii="Calibri Light" w:eastAsia="Calibri Light" w:hAnsi="Calibri Light" w:cs="Calibri Light"/>
          <w:lang w:val="en-GB"/>
        </w:rPr>
      </w:pPr>
      <w:hyperlink r:id="rId11">
        <w:r w:rsidRPr="5B074596">
          <w:rPr>
            <w:rStyle w:val="Hyperlink"/>
            <w:lang w:val="en-GB"/>
          </w:rPr>
          <w:t>Vision goals and growth.pptx</w:t>
        </w:r>
      </w:hyperlink>
    </w:p>
    <w:p w14:paraId="5A2ED239" w14:textId="2C826A1B" w:rsidR="000E6584" w:rsidRPr="00646D48" w:rsidRDefault="000E6584" w:rsidP="56CDF15A">
      <w:pPr>
        <w:ind w:left="1440"/>
        <w:rPr>
          <w:rFonts w:ascii="Calibri Light" w:hAnsi="Calibri Light" w:cs="Calibri Light"/>
          <w:lang w:val="en-GB"/>
        </w:rPr>
      </w:pPr>
      <w:r w:rsidRPr="00646D48">
        <w:rPr>
          <w:rFonts w:ascii="Calibri Light" w:hAnsi="Calibri Light" w:cs="Calibri Light"/>
          <w:lang w:val="en-GB"/>
        </w:rPr>
        <w:tab/>
      </w:r>
      <w:r w:rsidRPr="00646D48">
        <w:rPr>
          <w:rFonts w:ascii="Calibri Light" w:hAnsi="Calibri Light" w:cs="Calibri Light"/>
          <w:lang w:val="en-GB"/>
        </w:rPr>
        <w:tab/>
      </w:r>
      <w:r w:rsidR="004B2B90" w:rsidRPr="00646D48">
        <w:rPr>
          <w:rFonts w:ascii="Calibri Light" w:hAnsi="Calibri Light" w:cs="Calibri Light"/>
          <w:lang w:val="en-GB"/>
        </w:rPr>
        <w:t>Gibbs reflective cycle</w:t>
      </w:r>
    </w:p>
    <w:p w14:paraId="20F93B59" w14:textId="0081770B" w:rsidR="00B43F0C" w:rsidRPr="00646D48" w:rsidRDefault="00B43F0C" w:rsidP="00B43F0C">
      <w:pPr>
        <w:rPr>
          <w:rFonts w:ascii="Calibri Light" w:hAnsi="Calibri Light" w:cs="Calibri Light"/>
          <w:lang w:val="en-GB"/>
        </w:rPr>
      </w:pPr>
      <w:r w:rsidRPr="00646D48">
        <w:rPr>
          <w:rFonts w:ascii="Calibri Light" w:hAnsi="Calibri Light" w:cs="Calibri Light"/>
          <w:lang w:val="en-GB"/>
        </w:rPr>
        <w:t>1</w:t>
      </w:r>
      <w:r w:rsidR="00514702" w:rsidRPr="00646D48">
        <w:rPr>
          <w:rFonts w:ascii="Calibri Light" w:hAnsi="Calibri Light" w:cs="Calibri Light"/>
          <w:lang w:val="en-GB"/>
        </w:rPr>
        <w:t>0</w:t>
      </w:r>
      <w:r w:rsidRPr="00646D48">
        <w:rPr>
          <w:rFonts w:ascii="Calibri Light" w:hAnsi="Calibri Light" w:cs="Calibri Light"/>
          <w:lang w:val="en-GB"/>
        </w:rPr>
        <w:t xml:space="preserve"> minutes:</w:t>
      </w:r>
      <w:r w:rsidRPr="00646D48">
        <w:rPr>
          <w:rFonts w:ascii="Calibri Light" w:hAnsi="Calibri Light" w:cs="Calibri Light"/>
          <w:lang w:val="en-GB"/>
        </w:rPr>
        <w:tab/>
        <w:t>Distribute reflection journals to students</w:t>
      </w:r>
    </w:p>
    <w:p w14:paraId="55A904B3" w14:textId="76EFBC66" w:rsidR="00444520" w:rsidRPr="00646D48" w:rsidRDefault="00B43F0C" w:rsidP="00373E3D">
      <w:pPr>
        <w:ind w:left="1440"/>
        <w:rPr>
          <w:rFonts w:ascii="Calibri Light" w:hAnsi="Calibri Light" w:cs="Calibri Light"/>
          <w:lang w:val="en-GB"/>
        </w:rPr>
      </w:pPr>
      <w:r w:rsidRPr="00646D48">
        <w:rPr>
          <w:rFonts w:ascii="Calibri Light" w:hAnsi="Calibri Light" w:cs="Calibri Light"/>
          <w:lang w:val="en-GB"/>
        </w:rPr>
        <w:t xml:space="preserve">Ask students to </w:t>
      </w:r>
      <w:r w:rsidR="0057244D" w:rsidRPr="00646D48">
        <w:rPr>
          <w:rFonts w:ascii="Calibri Light" w:hAnsi="Calibri Light" w:cs="Calibri Light"/>
          <w:lang w:val="en-GB"/>
        </w:rPr>
        <w:t xml:space="preserve">work individually to </w:t>
      </w:r>
      <w:r w:rsidR="00373E3D" w:rsidRPr="00646D48">
        <w:rPr>
          <w:rFonts w:ascii="Calibri Light" w:hAnsi="Calibri Light" w:cs="Calibri Light"/>
          <w:lang w:val="en-GB"/>
        </w:rPr>
        <w:t xml:space="preserve">outline the positive things </w:t>
      </w:r>
      <w:r w:rsidR="00444520" w:rsidRPr="00646D48">
        <w:rPr>
          <w:rFonts w:ascii="Calibri Light" w:hAnsi="Calibri Light" w:cs="Calibri Light"/>
          <w:lang w:val="en-GB"/>
        </w:rPr>
        <w:t xml:space="preserve">and the challenges they have found in relation to </w:t>
      </w:r>
      <w:r w:rsidRPr="00646D48">
        <w:rPr>
          <w:rFonts w:ascii="Calibri Light" w:hAnsi="Calibri Light" w:cs="Calibri Light"/>
          <w:lang w:val="en-GB"/>
        </w:rPr>
        <w:t>the</w:t>
      </w:r>
      <w:r w:rsidR="00444520" w:rsidRPr="00646D48">
        <w:rPr>
          <w:rFonts w:ascii="Calibri Light" w:hAnsi="Calibri Light" w:cs="Calibri Light"/>
          <w:lang w:val="en-GB"/>
        </w:rPr>
        <w:t>se</w:t>
      </w:r>
      <w:r w:rsidRPr="00646D48">
        <w:rPr>
          <w:rFonts w:ascii="Calibri Light" w:hAnsi="Calibri Light" w:cs="Calibri Light"/>
          <w:lang w:val="en-GB"/>
        </w:rPr>
        <w:t xml:space="preserve"> areas</w:t>
      </w:r>
      <w:r w:rsidR="00444520" w:rsidRPr="00646D48">
        <w:rPr>
          <w:rFonts w:ascii="Calibri Light" w:hAnsi="Calibri Light" w:cs="Calibri Light"/>
          <w:lang w:val="en-GB"/>
        </w:rPr>
        <w:t>:</w:t>
      </w:r>
    </w:p>
    <w:p w14:paraId="442AED88" w14:textId="17FDB8EC" w:rsidR="0057244D" w:rsidRPr="00646D48" w:rsidRDefault="3DB7CBA4" w:rsidP="00CC3429">
      <w:pPr>
        <w:ind w:left="1440"/>
      </w:pPr>
      <w:r w:rsidRPr="5B074596">
        <w:rPr>
          <w:rFonts w:ascii="Calibri Light" w:hAnsi="Calibri Light" w:cs="Calibri Light"/>
          <w:lang w:val="en-GB"/>
        </w:rPr>
        <w:t>A</w:t>
      </w:r>
      <w:r w:rsidR="1CDF1763" w:rsidRPr="5B074596">
        <w:rPr>
          <w:rFonts w:ascii="Calibri Light" w:hAnsi="Calibri Light" w:cs="Calibri Light"/>
          <w:lang w:val="en-GB"/>
        </w:rPr>
        <w:t>cademics, social integration, finance, time management</w:t>
      </w:r>
      <w:r w:rsidR="4CF508AF" w:rsidRPr="5B074596">
        <w:rPr>
          <w:rFonts w:ascii="Calibri Light" w:hAnsi="Calibri Light" w:cs="Calibri Light"/>
          <w:lang w:val="en-GB"/>
        </w:rPr>
        <w:t>, mental health, other</w:t>
      </w:r>
    </w:p>
    <w:p w14:paraId="672EFE5C" w14:textId="00A76B07" w:rsidR="69F6D5A7" w:rsidRDefault="69F6D5A7" w:rsidP="5B074596">
      <w:pPr>
        <w:ind w:left="1440"/>
        <w:rPr>
          <w:rFonts w:ascii="Calibri Light" w:eastAsia="Calibri Light" w:hAnsi="Calibri Light" w:cs="Calibri Light"/>
          <w:lang w:val="en-GB"/>
        </w:rPr>
      </w:pPr>
      <w:hyperlink r:id="rId12">
        <w:r w:rsidRPr="5B074596">
          <w:rPr>
            <w:rStyle w:val="Hyperlink"/>
            <w:lang w:val="en-GB"/>
          </w:rPr>
          <w:t>Brainstorming template.pptx</w:t>
        </w:r>
      </w:hyperlink>
    </w:p>
    <w:p w14:paraId="3143484F" w14:textId="7A587578" w:rsidR="00514702" w:rsidRDefault="00514702" w:rsidP="0443378B">
      <w:pPr>
        <w:ind w:left="1440" w:hanging="1440"/>
        <w:rPr>
          <w:rFonts w:ascii="Calibri Light" w:hAnsi="Calibri Light" w:cs="Calibri Light"/>
          <w:lang w:val="en-GB"/>
        </w:rPr>
      </w:pPr>
      <w:r w:rsidRPr="0443378B">
        <w:rPr>
          <w:rFonts w:ascii="Calibri Light" w:hAnsi="Calibri Light" w:cs="Calibri Light"/>
          <w:lang w:val="en-GB"/>
        </w:rPr>
        <w:t>15</w:t>
      </w:r>
      <w:r w:rsidR="00CC3429" w:rsidRPr="0443378B">
        <w:rPr>
          <w:rFonts w:ascii="Calibri Light" w:hAnsi="Calibri Light" w:cs="Calibri Light"/>
          <w:lang w:val="en-GB"/>
        </w:rPr>
        <w:t xml:space="preserve"> minutes:</w:t>
      </w:r>
      <w:r>
        <w:tab/>
      </w:r>
      <w:r w:rsidR="00CC3429" w:rsidRPr="0443378B">
        <w:rPr>
          <w:rFonts w:ascii="Calibri Light" w:hAnsi="Calibri Light" w:cs="Calibri Light"/>
          <w:lang w:val="en-GB"/>
        </w:rPr>
        <w:t xml:space="preserve">They work in small groups </w:t>
      </w:r>
      <w:r w:rsidR="00897833" w:rsidRPr="0443378B">
        <w:rPr>
          <w:rFonts w:ascii="Calibri Light" w:hAnsi="Calibri Light" w:cs="Calibri Light"/>
          <w:lang w:val="en-GB"/>
        </w:rPr>
        <w:t xml:space="preserve">(3 or 4) </w:t>
      </w:r>
      <w:r w:rsidR="00CC3429" w:rsidRPr="0443378B">
        <w:rPr>
          <w:rFonts w:ascii="Calibri Light" w:hAnsi="Calibri Light" w:cs="Calibri Light"/>
          <w:lang w:val="en-GB"/>
        </w:rPr>
        <w:t xml:space="preserve">to share </w:t>
      </w:r>
      <w:r w:rsidR="00897833" w:rsidRPr="0443378B">
        <w:rPr>
          <w:rFonts w:ascii="Calibri Light" w:hAnsi="Calibri Light" w:cs="Calibri Light"/>
          <w:lang w:val="en-GB"/>
        </w:rPr>
        <w:t>the points they have outlined in the individual activity above</w:t>
      </w:r>
      <w:r w:rsidR="001F3580" w:rsidRPr="0443378B">
        <w:rPr>
          <w:rFonts w:ascii="Calibri Light" w:hAnsi="Calibri Light" w:cs="Calibri Light"/>
          <w:lang w:val="en-GB"/>
        </w:rPr>
        <w:t xml:space="preserve"> and discuss how they could improve the outcomes.</w:t>
      </w:r>
    </w:p>
    <w:p w14:paraId="57A5AA35" w14:textId="2AE77A57" w:rsidR="0D2F1D03" w:rsidRDefault="0D2F1D03" w:rsidP="000325DC">
      <w:pPr>
        <w:ind w:left="1440"/>
        <w:rPr>
          <w:rFonts w:ascii="Calibri Light" w:hAnsi="Calibri Light" w:cs="Calibri Light"/>
          <w:lang w:val="en-GB"/>
        </w:rPr>
      </w:pPr>
      <w:r w:rsidRPr="61D659D7">
        <w:rPr>
          <w:rFonts w:ascii="Calibri Light" w:hAnsi="Calibri Light" w:cs="Calibri Light"/>
          <w:lang w:val="en-GB"/>
        </w:rPr>
        <w:t>A range of activities are outlined in this website</w:t>
      </w:r>
      <w:r w:rsidR="2779F55F" w:rsidRPr="61D659D7">
        <w:rPr>
          <w:rFonts w:ascii="Calibri Light" w:hAnsi="Calibri Light" w:cs="Calibri Light"/>
          <w:lang w:val="en-GB"/>
        </w:rPr>
        <w:t xml:space="preserve">: </w:t>
      </w:r>
      <w:hyperlink r:id="rId13">
        <w:r w:rsidR="2779F55F" w:rsidRPr="61D659D7">
          <w:rPr>
            <w:rStyle w:val="Hyperlink"/>
            <w:rFonts w:ascii="Calibri Light" w:hAnsi="Calibri Light" w:cs="Calibri Light"/>
            <w:lang w:val="en-GB"/>
          </w:rPr>
          <w:t>https://www.edstellar.com/blog/goal-setting-activities-games-exercises</w:t>
        </w:r>
      </w:hyperlink>
      <w:r w:rsidR="2779F55F" w:rsidRPr="61D659D7">
        <w:rPr>
          <w:rFonts w:ascii="Calibri Light" w:hAnsi="Calibri Light" w:cs="Calibri Light"/>
          <w:lang w:val="en-GB"/>
        </w:rPr>
        <w:t xml:space="preserve"> </w:t>
      </w:r>
      <w:r w:rsidR="0A78C9F9" w:rsidRPr="61D659D7">
        <w:rPr>
          <w:rFonts w:ascii="Calibri Light" w:hAnsi="Calibri Light" w:cs="Calibri Light"/>
          <w:lang w:val="en-GB"/>
        </w:rPr>
        <w:t xml:space="preserve"> These exercises are designed for employees in a company but can be easily adapted for use with students.</w:t>
      </w:r>
      <w:r w:rsidRPr="61D659D7">
        <w:rPr>
          <w:rFonts w:ascii="Calibri Light" w:hAnsi="Calibri Light" w:cs="Calibri Light"/>
          <w:lang w:val="en-GB"/>
        </w:rPr>
        <w:t xml:space="preserve"> The winning the lottery exercise could be used with the whole group</w:t>
      </w:r>
      <w:r w:rsidR="00D24BA3" w:rsidRPr="61D659D7">
        <w:rPr>
          <w:rFonts w:ascii="Calibri Light" w:hAnsi="Calibri Light" w:cs="Calibri Light"/>
          <w:lang w:val="en-GB"/>
        </w:rPr>
        <w:t>:</w:t>
      </w:r>
    </w:p>
    <w:p w14:paraId="5502C5E5" w14:textId="0919472D" w:rsidR="58B98B61" w:rsidRDefault="58B98B61" w:rsidP="5B074596">
      <w:pPr>
        <w:ind w:left="1440"/>
        <w:rPr>
          <w:rFonts w:ascii="Calibri Light" w:eastAsia="Calibri Light" w:hAnsi="Calibri Light" w:cs="Calibri Light"/>
          <w:b/>
          <w:bCs/>
          <w:lang w:val="en-IE"/>
        </w:rPr>
      </w:pPr>
      <w:r w:rsidRPr="5B074596">
        <w:rPr>
          <w:rFonts w:ascii="Calibri Light" w:eastAsia="Calibri Light" w:hAnsi="Calibri Light" w:cs="Calibri Light"/>
          <w:b/>
          <w:bCs/>
          <w:lang w:val="en-IE"/>
        </w:rPr>
        <w:t>How to Conduct the "Winning Lottery Ticket" Activity:</w:t>
      </w:r>
    </w:p>
    <w:p w14:paraId="2CB92D47" w14:textId="36659AC9" w:rsidR="324FA154" w:rsidRDefault="324FA154" w:rsidP="5B074596">
      <w:pPr>
        <w:rPr>
          <w:rFonts w:ascii="Calibri Light" w:eastAsia="Calibri Light" w:hAnsi="Calibri Light" w:cs="Calibri Light"/>
          <w:lang w:val="en-IE"/>
        </w:rPr>
      </w:pPr>
      <w:r w:rsidRPr="5B074596">
        <w:rPr>
          <w:rFonts w:ascii="Calibri Light" w:eastAsia="Calibri Light" w:hAnsi="Calibri Light" w:cs="Calibri Light"/>
          <w:color w:val="000000" w:themeColor="text1"/>
          <w:lang w:val="en-GB"/>
        </w:rPr>
        <w:t xml:space="preserve">When doing this activity might consider differences between participants in terms of programme, as students in different programmes might see challenges and positive aspects/actions to achieve their goals differently. It will be important to attend to these potential differences and acknowledging them </w:t>
      </w:r>
      <w:r w:rsidR="585AF98B" w:rsidRPr="5B074596">
        <w:rPr>
          <w:rFonts w:ascii="Calibri Light" w:eastAsia="Calibri Light" w:hAnsi="Calibri Light" w:cs="Calibri Light"/>
          <w:color w:val="000000" w:themeColor="text1"/>
          <w:lang w:val="en-GB"/>
        </w:rPr>
        <w:t>w</w:t>
      </w:r>
      <w:r w:rsidRPr="5B074596">
        <w:rPr>
          <w:rFonts w:ascii="Calibri Light" w:eastAsia="Calibri Light" w:hAnsi="Calibri Light" w:cs="Calibri Light"/>
          <w:color w:val="000000" w:themeColor="text1"/>
          <w:lang w:val="en-GB"/>
        </w:rPr>
        <w:t xml:space="preserve">hen they exist.  </w:t>
      </w:r>
      <w:r w:rsidR="74DCFF20" w:rsidRPr="5B074596">
        <w:rPr>
          <w:rFonts w:ascii="Calibri Light" w:eastAsia="Calibri Light" w:hAnsi="Calibri Light" w:cs="Calibri Light"/>
          <w:color w:val="000000" w:themeColor="text1"/>
          <w:lang w:val="en-GB"/>
        </w:rPr>
        <w:t>A</w:t>
      </w:r>
      <w:r w:rsidRPr="5B074596">
        <w:rPr>
          <w:rFonts w:ascii="Calibri Light" w:eastAsia="Calibri Light" w:hAnsi="Calibri Light" w:cs="Calibri Light"/>
          <w:color w:val="000000" w:themeColor="text1"/>
          <w:lang w:val="en-GB"/>
        </w:rPr>
        <w:t>t this point introduc</w:t>
      </w:r>
      <w:r w:rsidR="529F38EA" w:rsidRPr="5B074596">
        <w:rPr>
          <w:rFonts w:ascii="Calibri Light" w:eastAsia="Calibri Light" w:hAnsi="Calibri Light" w:cs="Calibri Light"/>
          <w:color w:val="000000" w:themeColor="text1"/>
          <w:lang w:val="en-GB"/>
        </w:rPr>
        <w:t>e</w:t>
      </w:r>
      <w:r w:rsidRPr="5B074596">
        <w:rPr>
          <w:rFonts w:ascii="Calibri Light" w:eastAsia="Calibri Light" w:hAnsi="Calibri Light" w:cs="Calibri Light"/>
          <w:color w:val="000000" w:themeColor="text1"/>
          <w:lang w:val="en-GB"/>
        </w:rPr>
        <w:t xml:space="preserve"> possible support</w:t>
      </w:r>
      <w:r w:rsidR="0118F6E7" w:rsidRPr="5B074596">
        <w:rPr>
          <w:rFonts w:ascii="Calibri Light" w:eastAsia="Calibri Light" w:hAnsi="Calibri Light" w:cs="Calibri Light"/>
          <w:color w:val="000000" w:themeColor="text1"/>
          <w:lang w:val="en-GB"/>
        </w:rPr>
        <w:t>s</w:t>
      </w:r>
      <w:r w:rsidRPr="5B074596">
        <w:rPr>
          <w:rFonts w:ascii="Calibri Light" w:eastAsia="Calibri Light" w:hAnsi="Calibri Light" w:cs="Calibri Light"/>
          <w:color w:val="000000" w:themeColor="text1"/>
          <w:lang w:val="en-GB"/>
        </w:rPr>
        <w:t xml:space="preserve"> that exists within </w:t>
      </w:r>
      <w:r w:rsidRPr="5B074596">
        <w:rPr>
          <w:rFonts w:ascii="Calibri Light" w:eastAsia="Calibri Light" w:hAnsi="Calibri Light" w:cs="Calibri Light"/>
          <w:color w:val="000000" w:themeColor="text1"/>
          <w:lang w:val="en-GB"/>
        </w:rPr>
        <w:lastRenderedPageBreak/>
        <w:t>the university in particular in relationship to challenges that students might face in achieving their goal.</w:t>
      </w:r>
    </w:p>
    <w:p w14:paraId="2E0611F4" w14:textId="63267046"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 xml:space="preserve">Ensure all </w:t>
      </w:r>
      <w:r>
        <w:rPr>
          <w:rFonts w:ascii="Calibri Light" w:hAnsi="Calibri Light" w:cs="Calibri Light"/>
          <w:lang w:val="en-IE"/>
        </w:rPr>
        <w:t>students</w:t>
      </w:r>
      <w:r w:rsidRPr="00D24BA3">
        <w:rPr>
          <w:rFonts w:ascii="Calibri Light" w:hAnsi="Calibri Light" w:cs="Calibri Light"/>
          <w:lang w:val="en-IE"/>
        </w:rPr>
        <w:t xml:space="preserve"> are seated in a circle or around a table.</w:t>
      </w:r>
    </w:p>
    <w:p w14:paraId="39EB79CF" w14:textId="281F1457"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Distribute a blank piece of paper or index card and a pen to each</w:t>
      </w:r>
      <w:r>
        <w:rPr>
          <w:rFonts w:ascii="Calibri Light" w:hAnsi="Calibri Light" w:cs="Calibri Light"/>
          <w:lang w:val="en-IE"/>
        </w:rPr>
        <w:t xml:space="preserve"> student</w:t>
      </w:r>
      <w:r w:rsidRPr="00D24BA3">
        <w:rPr>
          <w:rFonts w:ascii="Calibri Light" w:hAnsi="Calibri Light" w:cs="Calibri Light"/>
          <w:lang w:val="en-IE"/>
        </w:rPr>
        <w:t>.</w:t>
      </w:r>
    </w:p>
    <w:p w14:paraId="19ACCE92" w14:textId="36E77392"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 xml:space="preserve">Have each </w:t>
      </w:r>
      <w:r>
        <w:rPr>
          <w:rFonts w:ascii="Calibri Light" w:hAnsi="Calibri Light" w:cs="Calibri Light"/>
          <w:lang w:val="en-IE"/>
        </w:rPr>
        <w:t>student</w:t>
      </w:r>
      <w:r w:rsidRPr="00D24BA3">
        <w:rPr>
          <w:rFonts w:ascii="Calibri Light" w:hAnsi="Calibri Light" w:cs="Calibri Light"/>
          <w:lang w:val="en-IE"/>
        </w:rPr>
        <w:t xml:space="preserve"> write down one goal they would like to achieve that would benefit the </w:t>
      </w:r>
      <w:r>
        <w:rPr>
          <w:rFonts w:ascii="Calibri Light" w:hAnsi="Calibri Light" w:cs="Calibri Light"/>
          <w:lang w:val="en-IE"/>
        </w:rPr>
        <w:t>class/degree/university</w:t>
      </w:r>
      <w:r w:rsidRPr="00D24BA3">
        <w:rPr>
          <w:rFonts w:ascii="Calibri Light" w:hAnsi="Calibri Light" w:cs="Calibri Light"/>
          <w:lang w:val="en-IE"/>
        </w:rPr>
        <w:t>. It should take them between 5 and 10 minutes to complete this assignment.</w:t>
      </w:r>
    </w:p>
    <w:p w14:paraId="157D7EC0" w14:textId="77777777"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Collect all the papers or index cards in a container or hat once everyone has finished writing their goals.</w:t>
      </w:r>
    </w:p>
    <w:p w14:paraId="0A7438B6" w14:textId="77777777"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Shake the container well to ensure a random mix of the goals.</w:t>
      </w:r>
    </w:p>
    <w:p w14:paraId="27B050FF" w14:textId="77777777"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Draw one goal at random from the container and read it aloud to the group involved in this SMART goal setting activity. If anonymity is preferred, read it without revealing the author.</w:t>
      </w:r>
    </w:p>
    <w:p w14:paraId="322006ED" w14:textId="7980F3E0"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 xml:space="preserve">Facilitate a discussion about the written goal, encouraging the </w:t>
      </w:r>
      <w:r w:rsidR="0095131F">
        <w:rPr>
          <w:rFonts w:ascii="Calibri Light" w:hAnsi="Calibri Light" w:cs="Calibri Light"/>
          <w:lang w:val="en-IE"/>
        </w:rPr>
        <w:t>group</w:t>
      </w:r>
      <w:r w:rsidRPr="00D24BA3">
        <w:rPr>
          <w:rFonts w:ascii="Calibri Light" w:hAnsi="Calibri Light" w:cs="Calibri Light"/>
          <w:lang w:val="en-IE"/>
        </w:rPr>
        <w:t xml:space="preserve"> to suggest ways the goal could be achieved, share strategies, resources, and potential obstacles.</w:t>
      </w:r>
    </w:p>
    <w:p w14:paraId="11B68618" w14:textId="77777777"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Continue discussing goals until all goals have been shared or as time allows.</w:t>
      </w:r>
    </w:p>
    <w:p w14:paraId="224311F3" w14:textId="6EC2381A" w:rsidR="00D24BA3" w:rsidRPr="00D24BA3" w:rsidRDefault="00D24BA3" w:rsidP="00D24BA3">
      <w:pPr>
        <w:numPr>
          <w:ilvl w:val="0"/>
          <w:numId w:val="22"/>
        </w:numPr>
        <w:rPr>
          <w:rFonts w:ascii="Calibri Light" w:hAnsi="Calibri Light" w:cs="Calibri Light"/>
          <w:lang w:val="en-IE"/>
        </w:rPr>
      </w:pPr>
      <w:r w:rsidRPr="00D24BA3">
        <w:rPr>
          <w:rFonts w:ascii="Calibri Light" w:hAnsi="Calibri Light" w:cs="Calibri Light"/>
          <w:lang w:val="en-IE"/>
        </w:rPr>
        <w:t>After all the goals have been discussed, ask employees to reflect on how to set activity goals and the process of setting and sharing their goals at the</w:t>
      </w:r>
      <w:r w:rsidR="0088092D">
        <w:rPr>
          <w:rFonts w:ascii="Calibri Light" w:hAnsi="Calibri Light" w:cs="Calibri Light"/>
          <w:lang w:val="en-IE"/>
        </w:rPr>
        <w:t xml:space="preserve"> university</w:t>
      </w:r>
      <w:r w:rsidRPr="00D24BA3">
        <w:rPr>
          <w:rFonts w:ascii="Calibri Light" w:hAnsi="Calibri Light" w:cs="Calibri Light"/>
          <w:lang w:val="en-IE"/>
        </w:rPr>
        <w:t>.</w:t>
      </w:r>
    </w:p>
    <w:p w14:paraId="021458D8" w14:textId="77777777" w:rsidR="00D24BA3" w:rsidRPr="00D24BA3" w:rsidRDefault="00D24BA3" w:rsidP="00D24BA3">
      <w:pPr>
        <w:ind w:left="1440"/>
        <w:rPr>
          <w:rFonts w:ascii="Calibri Light" w:hAnsi="Calibri Light" w:cs="Calibri Light"/>
          <w:lang w:val="en-IE"/>
        </w:rPr>
      </w:pPr>
      <w:r w:rsidRPr="00D24BA3">
        <w:rPr>
          <w:rFonts w:ascii="Calibri Light" w:hAnsi="Calibri Light" w:cs="Calibri Light"/>
          <w:b/>
          <w:bCs/>
          <w:lang w:val="en-IE"/>
        </w:rPr>
        <w:t>Questions to Ask Participants Immediately After the Activity:</w:t>
      </w:r>
    </w:p>
    <w:p w14:paraId="61A10778" w14:textId="77777777" w:rsidR="00D24BA3" w:rsidRPr="00D24BA3" w:rsidRDefault="00D24BA3" w:rsidP="00D24BA3">
      <w:pPr>
        <w:numPr>
          <w:ilvl w:val="0"/>
          <w:numId w:val="23"/>
        </w:numPr>
        <w:rPr>
          <w:rFonts w:ascii="Calibri Light" w:hAnsi="Calibri Light" w:cs="Calibri Light"/>
          <w:lang w:val="en-IE"/>
        </w:rPr>
      </w:pPr>
      <w:r w:rsidRPr="00D24BA3">
        <w:rPr>
          <w:rFonts w:ascii="Calibri Light" w:hAnsi="Calibri Light" w:cs="Calibri Light"/>
          <w:lang w:val="en-IE"/>
        </w:rPr>
        <w:t>How did you feel when your goal was read aloud and discussed by the group?</w:t>
      </w:r>
    </w:p>
    <w:p w14:paraId="79A87EDA" w14:textId="77777777" w:rsidR="00D24BA3" w:rsidRPr="00D24BA3" w:rsidRDefault="00D24BA3" w:rsidP="00D24BA3">
      <w:pPr>
        <w:numPr>
          <w:ilvl w:val="0"/>
          <w:numId w:val="23"/>
        </w:numPr>
        <w:rPr>
          <w:rFonts w:ascii="Calibri Light" w:hAnsi="Calibri Light" w:cs="Calibri Light"/>
          <w:lang w:val="en-IE"/>
        </w:rPr>
      </w:pPr>
      <w:r w:rsidRPr="00D24BA3">
        <w:rPr>
          <w:rFonts w:ascii="Calibri Light" w:hAnsi="Calibri Light" w:cs="Calibri Light"/>
          <w:lang w:val="en-IE"/>
        </w:rPr>
        <w:t>Were you surprised by any of the feedback or suggestions you received for your goal? If so, which ones and why?</w:t>
      </w:r>
    </w:p>
    <w:p w14:paraId="5017767E" w14:textId="77777777" w:rsidR="00D24BA3" w:rsidRPr="00D24BA3" w:rsidRDefault="00D24BA3" w:rsidP="00D24BA3">
      <w:pPr>
        <w:numPr>
          <w:ilvl w:val="0"/>
          <w:numId w:val="23"/>
        </w:numPr>
        <w:rPr>
          <w:rFonts w:ascii="Calibri Light" w:hAnsi="Calibri Light" w:cs="Calibri Light"/>
          <w:lang w:val="en-IE"/>
        </w:rPr>
      </w:pPr>
      <w:r w:rsidRPr="00D24BA3">
        <w:rPr>
          <w:rFonts w:ascii="Calibri Light" w:hAnsi="Calibri Light" w:cs="Calibri Light"/>
          <w:lang w:val="en-IE"/>
        </w:rPr>
        <w:t>What was the most unexpected piece of advice or insight you gained from the group discussion?</w:t>
      </w:r>
    </w:p>
    <w:p w14:paraId="2F299F02" w14:textId="77777777" w:rsidR="00D24BA3" w:rsidRPr="00D24BA3" w:rsidRDefault="00D24BA3" w:rsidP="00D24BA3">
      <w:pPr>
        <w:numPr>
          <w:ilvl w:val="0"/>
          <w:numId w:val="23"/>
        </w:numPr>
        <w:rPr>
          <w:rFonts w:ascii="Calibri Light" w:hAnsi="Calibri Light" w:cs="Calibri Light"/>
          <w:lang w:val="en-IE"/>
        </w:rPr>
      </w:pPr>
      <w:r w:rsidRPr="00D24BA3">
        <w:rPr>
          <w:rFonts w:ascii="Calibri Light" w:hAnsi="Calibri Light" w:cs="Calibri Light"/>
          <w:lang w:val="en-IE"/>
        </w:rPr>
        <w:t>How did hearing a variety of goals from your colleagues influence your own goal setting approach?</w:t>
      </w:r>
    </w:p>
    <w:p w14:paraId="6AC5E465" w14:textId="77777777" w:rsidR="00D24BA3" w:rsidRPr="00D24BA3" w:rsidRDefault="00D24BA3" w:rsidP="00D24BA3">
      <w:pPr>
        <w:numPr>
          <w:ilvl w:val="0"/>
          <w:numId w:val="23"/>
        </w:numPr>
        <w:rPr>
          <w:rFonts w:ascii="Calibri Light" w:hAnsi="Calibri Light" w:cs="Calibri Light"/>
          <w:lang w:val="en-IE"/>
        </w:rPr>
      </w:pPr>
      <w:r w:rsidRPr="00D24BA3">
        <w:rPr>
          <w:rFonts w:ascii="Calibri Light" w:hAnsi="Calibri Light" w:cs="Calibri Light"/>
          <w:lang w:val="en-IE"/>
        </w:rPr>
        <w:t>Did this setting goals activity help you identify any common challenges or opportunities that others are facing in achieving their goals?</w:t>
      </w:r>
    </w:p>
    <w:p w14:paraId="517AB2CB" w14:textId="77777777" w:rsidR="00D24BA3" w:rsidRDefault="00D24BA3" w:rsidP="000325DC">
      <w:pPr>
        <w:ind w:left="1440"/>
        <w:rPr>
          <w:rFonts w:ascii="Calibri Light" w:hAnsi="Calibri Light" w:cs="Calibri Light"/>
          <w:lang w:val="en-GB"/>
        </w:rPr>
      </w:pPr>
    </w:p>
    <w:p w14:paraId="76416F11" w14:textId="5B9F1CE9" w:rsidR="000E7402" w:rsidRDefault="2E64AD6B" w:rsidP="00BC1439">
      <w:pPr>
        <w:rPr>
          <w:rFonts w:ascii="Calibri Light" w:hAnsi="Calibri Light" w:cs="Calibri Light"/>
          <w:lang w:val="en-GB"/>
        </w:rPr>
      </w:pPr>
      <w:r w:rsidRPr="5B074596">
        <w:rPr>
          <w:rFonts w:ascii="Calibri Light" w:hAnsi="Calibri Light" w:cs="Calibri Light"/>
          <w:lang w:val="en-GB"/>
        </w:rPr>
        <w:lastRenderedPageBreak/>
        <w:t xml:space="preserve">Adapted from </w:t>
      </w:r>
      <w:hyperlink r:id="rId14" w:history="1">
        <w:r w:rsidR="00BC1439" w:rsidRPr="001D2DE3">
          <w:rPr>
            <w:rStyle w:val="Hyperlink"/>
            <w:rFonts w:ascii="Calibri Light" w:hAnsi="Calibri Light" w:cs="Calibri Light"/>
            <w:lang w:val="en-GB"/>
          </w:rPr>
          <w:t>https://www.edstellar.com/blog/goal-setting-activities-games-exercises</w:t>
        </w:r>
      </w:hyperlink>
    </w:p>
    <w:p w14:paraId="52819A9E" w14:textId="680F801F" w:rsidR="00A41D30" w:rsidRDefault="6B14019D" w:rsidP="5B074596">
      <w:pPr>
        <w:ind w:left="1440" w:hanging="1440"/>
      </w:pPr>
      <w:r w:rsidRPr="5B074596">
        <w:rPr>
          <w:rFonts w:ascii="Calibri Light" w:hAnsi="Calibri Light" w:cs="Calibri Light"/>
          <w:lang w:val="en-GB"/>
        </w:rPr>
        <w:t>90</w:t>
      </w:r>
      <w:r w:rsidR="2F7A04A6" w:rsidRPr="5B074596">
        <w:rPr>
          <w:rFonts w:ascii="Calibri Light" w:hAnsi="Calibri Light" w:cs="Calibri Light"/>
          <w:lang w:val="en-GB"/>
        </w:rPr>
        <w:t xml:space="preserve"> minutes:</w:t>
      </w:r>
      <w:r w:rsidR="00FB756F">
        <w:tab/>
      </w:r>
      <w:r w:rsidR="2F7A04A6" w:rsidRPr="5B074596">
        <w:rPr>
          <w:rFonts w:ascii="Calibri Light" w:hAnsi="Calibri Light" w:cs="Calibri Light"/>
          <w:lang w:val="en-GB"/>
        </w:rPr>
        <w:t>Individual goal setting</w:t>
      </w:r>
      <w:r w:rsidR="45C4D70B" w:rsidRPr="5B074596">
        <w:rPr>
          <w:rFonts w:ascii="Calibri Light" w:hAnsi="Calibri Light" w:cs="Calibri Light"/>
          <w:lang w:val="en-GB"/>
        </w:rPr>
        <w:t xml:space="preserve"> activity (with another hour this could be expanded</w:t>
      </w:r>
      <w:r w:rsidR="75509BC4" w:rsidRPr="5B074596">
        <w:rPr>
          <w:rFonts w:ascii="Calibri Light" w:hAnsi="Calibri Light" w:cs="Calibri Light"/>
          <w:lang w:val="en-GB"/>
        </w:rPr>
        <w:t xml:space="preserve"> to include the workshop  </w:t>
      </w:r>
      <w:hyperlink r:id="rId15">
        <w:r w:rsidR="75509BC4" w:rsidRPr="5B074596">
          <w:rPr>
            <w:rStyle w:val="Hyperlink"/>
            <w:lang w:val="en-GB"/>
          </w:rPr>
          <w:t>Fuel Your Future With Hope - Universal_Intervention.docx</w:t>
        </w:r>
      </w:hyperlink>
      <w:r w:rsidR="45C4D70B" w:rsidRPr="5B074596">
        <w:rPr>
          <w:rFonts w:ascii="Calibri Light" w:hAnsi="Calibri Light" w:cs="Calibri Light"/>
          <w:lang w:val="en-GB"/>
        </w:rPr>
        <w:t>)</w:t>
      </w:r>
      <w:r w:rsidR="2B71D101" w:rsidRPr="5B074596">
        <w:rPr>
          <w:rFonts w:ascii="Calibri Light" w:hAnsi="Calibri Light" w:cs="Calibri Light"/>
          <w:lang w:val="en-GB"/>
        </w:rPr>
        <w:t xml:space="preserve"> </w:t>
      </w:r>
    </w:p>
    <w:p w14:paraId="6AF5F8DB" w14:textId="32F39F05" w:rsidR="024DE437" w:rsidRDefault="024DE437" w:rsidP="5B074596">
      <w:pPr>
        <w:ind w:left="1440"/>
      </w:pPr>
      <w:r w:rsidRPr="5B074596">
        <w:rPr>
          <w:rFonts w:ascii="Calibri Light" w:hAnsi="Calibri Light" w:cs="Calibri Light"/>
          <w:lang w:val="en-GB"/>
        </w:rPr>
        <w:t xml:space="preserve">1. Free-write for specified amounts of time (e.g. 5 min) about </w:t>
      </w:r>
    </w:p>
    <w:p w14:paraId="62B07F85" w14:textId="4CDD2A64" w:rsidR="024DE437" w:rsidRDefault="024DE437" w:rsidP="5B074596">
      <w:pPr>
        <w:ind w:left="1440"/>
        <w:rPr>
          <w:rFonts w:ascii="Calibri Light" w:hAnsi="Calibri Light" w:cs="Calibri Light"/>
          <w:lang w:val="en-GB"/>
        </w:rPr>
      </w:pPr>
      <w:r w:rsidRPr="5B074596">
        <w:rPr>
          <w:rFonts w:ascii="Calibri Light" w:hAnsi="Calibri Light" w:cs="Calibri Light"/>
          <w:lang w:val="en-GB"/>
        </w:rPr>
        <w:t xml:space="preserve">(a) my ideal </w:t>
      </w:r>
      <w:r w:rsidR="508D7DE1" w:rsidRPr="5B074596">
        <w:rPr>
          <w:rFonts w:ascii="Calibri Light" w:hAnsi="Calibri Light" w:cs="Calibri Light"/>
          <w:lang w:val="en-GB"/>
        </w:rPr>
        <w:t>future i.e.</w:t>
      </w:r>
      <w:r w:rsidRPr="5B074596">
        <w:rPr>
          <w:rFonts w:ascii="Calibri Light" w:hAnsi="Calibri Light" w:cs="Calibri Light"/>
          <w:lang w:val="en-GB"/>
        </w:rPr>
        <w:t xml:space="preserve"> What will my college life look like? What will my future professional world be?</w:t>
      </w:r>
    </w:p>
    <w:p w14:paraId="052CF458" w14:textId="53EEF650" w:rsidR="024DE437" w:rsidRDefault="024DE437" w:rsidP="5B074596">
      <w:pPr>
        <w:ind w:left="1440"/>
      </w:pPr>
      <w:r w:rsidRPr="5B074596">
        <w:rPr>
          <w:rFonts w:ascii="Calibri Light" w:hAnsi="Calibri Light" w:cs="Calibri Light"/>
          <w:lang w:val="en-GB"/>
        </w:rPr>
        <w:t xml:space="preserve">(b) qualities I admire in others </w:t>
      </w:r>
    </w:p>
    <w:p w14:paraId="599862B6" w14:textId="1A3DF8A1" w:rsidR="024DE437" w:rsidRDefault="024DE437" w:rsidP="5B074596">
      <w:pPr>
        <w:ind w:left="1440"/>
      </w:pPr>
      <w:r w:rsidRPr="5B074596">
        <w:rPr>
          <w:rFonts w:ascii="Calibri Light" w:hAnsi="Calibri Light" w:cs="Calibri Light"/>
          <w:lang w:val="en-GB"/>
        </w:rPr>
        <w:t xml:space="preserve">(c) things I could do better </w:t>
      </w:r>
    </w:p>
    <w:p w14:paraId="5DAA885D" w14:textId="7F0F7B85" w:rsidR="024DE437" w:rsidRDefault="024DE437" w:rsidP="5B074596">
      <w:pPr>
        <w:ind w:left="1440"/>
      </w:pPr>
      <w:r w:rsidRPr="5B074596">
        <w:rPr>
          <w:rFonts w:ascii="Calibri Light" w:hAnsi="Calibri Light" w:cs="Calibri Light"/>
          <w:lang w:val="en-GB"/>
        </w:rPr>
        <w:t xml:space="preserve">(d) my university and career future </w:t>
      </w:r>
    </w:p>
    <w:p w14:paraId="485EEC82" w14:textId="09C2AA01" w:rsidR="024DE437" w:rsidRDefault="024DE437" w:rsidP="5B074596">
      <w:pPr>
        <w:ind w:left="1440"/>
      </w:pPr>
      <w:r w:rsidRPr="5B074596">
        <w:rPr>
          <w:rFonts w:ascii="Calibri Light" w:hAnsi="Calibri Light" w:cs="Calibri Light"/>
          <w:lang w:val="en-GB"/>
        </w:rPr>
        <w:t xml:space="preserve"> (e) things I would like to learn more about </w:t>
      </w:r>
    </w:p>
    <w:p w14:paraId="0123523B" w14:textId="5A62C215" w:rsidR="024DE437" w:rsidRDefault="024DE437" w:rsidP="5B074596">
      <w:pPr>
        <w:ind w:left="1440"/>
        <w:rPr>
          <w:rFonts w:ascii="Calibri Light" w:eastAsia="Calibri Light" w:hAnsi="Calibri Light" w:cs="Calibri Light"/>
          <w:lang w:val="en-GB"/>
        </w:rPr>
      </w:pPr>
      <w:r w:rsidRPr="5B074596">
        <w:rPr>
          <w:rFonts w:ascii="Calibri Light" w:hAnsi="Calibri Light" w:cs="Calibri Light"/>
          <w:lang w:val="en-GB"/>
        </w:rPr>
        <w:t xml:space="preserve">(f) habits I would like to improve (i.e., related to school, work, relationships, </w:t>
      </w:r>
      <w:r w:rsidRPr="5B074596">
        <w:rPr>
          <w:rFonts w:ascii="Calibri Light" w:eastAsia="Calibri Light" w:hAnsi="Calibri Light" w:cs="Calibri Light"/>
          <w:lang w:val="en-GB"/>
        </w:rPr>
        <w:t>health)</w:t>
      </w:r>
    </w:p>
    <w:p w14:paraId="39F1AA26" w14:textId="3E307D68"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2. Based on the free writing exercise, establish what my desired future is</w:t>
      </w:r>
    </w:p>
    <w:p w14:paraId="4D492E31" w14:textId="24A4F8EA"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3. Establish a number (6-8) clear and specific goals from the free writing which </w:t>
      </w:r>
      <w:r>
        <w:tab/>
      </w:r>
      <w:r w:rsidRPr="5B074596">
        <w:rPr>
          <w:rFonts w:ascii="Calibri Light" w:eastAsia="Calibri Light" w:hAnsi="Calibri Light" w:cs="Calibri Light"/>
          <w:color w:val="000000" w:themeColor="text1"/>
          <w:lang w:val="en-IE"/>
        </w:rPr>
        <w:t>could be used to achieve the desired future.</w:t>
      </w:r>
    </w:p>
    <w:p w14:paraId="75151B1C" w14:textId="7192784D"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4. For each goal</w:t>
      </w:r>
    </w:p>
    <w:p w14:paraId="1062BAE9" w14:textId="28F80969"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(a) rank its order of importance</w:t>
      </w:r>
    </w:p>
    <w:p w14:paraId="29E6481F" w14:textId="05C08460"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(b) give specific reasons why the goal is important for achieving the desired </w:t>
      </w:r>
      <w:r>
        <w:tab/>
      </w:r>
      <w:r w:rsidRPr="5B074596">
        <w:rPr>
          <w:rFonts w:ascii="Calibri Light" w:eastAsia="Calibri Light" w:hAnsi="Calibri Light" w:cs="Calibri Light"/>
          <w:color w:val="000000" w:themeColor="text1"/>
          <w:lang w:val="en-IE"/>
        </w:rPr>
        <w:t>future</w:t>
      </w:r>
    </w:p>
    <w:p w14:paraId="65C5C43A" w14:textId="0E39B906"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(c) evaluate the attainability within a self-specified time frame</w:t>
      </w:r>
    </w:p>
    <w:p w14:paraId="5D615CEC" w14:textId="4E566258"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5. What impact would achieving each goal have on specific aspects of my life and </w:t>
      </w:r>
      <w:r>
        <w:tab/>
      </w:r>
      <w:r w:rsidRPr="5B074596">
        <w:rPr>
          <w:rFonts w:ascii="Calibri Light" w:eastAsia="Calibri Light" w:hAnsi="Calibri Light" w:cs="Calibri Light"/>
          <w:color w:val="000000" w:themeColor="text1"/>
          <w:lang w:val="en-IE"/>
        </w:rPr>
        <w:t>the lives of others (specific others, if you choose)</w:t>
      </w:r>
    </w:p>
    <w:p w14:paraId="4D1EE146" w14:textId="6EFFE924"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6. Determine subgoals and concrete strategies to achieve each goal</w:t>
      </w:r>
    </w:p>
    <w:p w14:paraId="28FC8F9A" w14:textId="3D97B4A9"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7. Identify potential obstacles and strategize to overcome these obstacles.</w:t>
      </w:r>
    </w:p>
    <w:p w14:paraId="7ABF6A9F" w14:textId="4639FB4A"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Use this step to discuss some key points. They could discuss these in groups and </w:t>
      </w:r>
      <w:r>
        <w:tab/>
      </w:r>
      <w:r w:rsidRPr="5B074596">
        <w:rPr>
          <w:rFonts w:ascii="Calibri Light" w:eastAsia="Calibri Light" w:hAnsi="Calibri Light" w:cs="Calibri Light"/>
          <w:color w:val="000000" w:themeColor="text1"/>
          <w:lang w:val="en-IE"/>
        </w:rPr>
        <w:t xml:space="preserve">bring back to the room for a broader discussion. Or use padlet for them to enter </w:t>
      </w:r>
      <w:r>
        <w:tab/>
      </w:r>
      <w:r w:rsidRPr="5B074596">
        <w:rPr>
          <w:rFonts w:ascii="Calibri Light" w:eastAsia="Calibri Light" w:hAnsi="Calibri Light" w:cs="Calibri Light"/>
          <w:color w:val="000000" w:themeColor="text1"/>
          <w:lang w:val="en-IE"/>
        </w:rPr>
        <w:t>concerns anonymously.</w:t>
      </w:r>
    </w:p>
    <w:p w14:paraId="764F2C88" w14:textId="48912016" w:rsidR="024DE437" w:rsidRDefault="024DE437" w:rsidP="5B074596">
      <w:pPr>
        <w:pStyle w:val="ListParagraph"/>
        <w:numPr>
          <w:ilvl w:val="0"/>
          <w:numId w:val="5"/>
        </w:numPr>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lastRenderedPageBreak/>
        <w:t>The difference between school and university from a social and academic perspectives</w:t>
      </w:r>
    </w:p>
    <w:p w14:paraId="4A2AC18C" w14:textId="23CFF414"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Peer mentors present and engage with students on this.</w:t>
      </w:r>
    </w:p>
    <w:p w14:paraId="7E54D607" w14:textId="3757971F" w:rsidR="024DE437" w:rsidRDefault="024DE437" w:rsidP="5B074596">
      <w:pPr>
        <w:pStyle w:val="ListParagraph"/>
        <w:numPr>
          <w:ilvl w:val="0"/>
          <w:numId w:val="5"/>
        </w:numPr>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study skills for learning university courses</w:t>
      </w:r>
    </w:p>
    <w:p w14:paraId="116B0244" w14:textId="3362FCDE"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Review the tips proposed here and reflect on how you might study differently </w:t>
      </w:r>
      <w:r>
        <w:tab/>
      </w:r>
      <w:r w:rsidRPr="5B074596">
        <w:rPr>
          <w:rFonts w:ascii="Calibri Light" w:eastAsia="Calibri Light" w:hAnsi="Calibri Light" w:cs="Calibri Light"/>
          <w:color w:val="000000" w:themeColor="text1"/>
          <w:lang w:val="en-IE"/>
        </w:rPr>
        <w:t xml:space="preserve">and which of these tips might apply to you </w:t>
      </w:r>
      <w:hyperlink r:id="rId16">
        <w:r w:rsidRPr="5B074596">
          <w:rPr>
            <w:rStyle w:val="Hyperlink"/>
            <w:rFonts w:ascii="Calibri Light" w:eastAsia="Calibri Light" w:hAnsi="Calibri Light" w:cs="Calibri Light"/>
            <w:lang w:val="en-IE"/>
          </w:rPr>
          <w:t>https://oxfordlearning.com/how-to-</w:t>
        </w:r>
        <w:r>
          <w:tab/>
        </w:r>
        <w:r w:rsidRPr="5B074596">
          <w:rPr>
            <w:rStyle w:val="Hyperlink"/>
            <w:rFonts w:ascii="Calibri Light" w:eastAsia="Calibri Light" w:hAnsi="Calibri Light" w:cs="Calibri Light"/>
            <w:lang w:val="en-IE"/>
          </w:rPr>
          <w:t>study-effectively/</w:t>
        </w:r>
      </w:hyperlink>
      <w:r w:rsidRPr="5B074596">
        <w:rPr>
          <w:rFonts w:ascii="Calibri Light" w:eastAsia="Calibri Light" w:hAnsi="Calibri Light" w:cs="Calibri Light"/>
          <w:color w:val="000000" w:themeColor="text1"/>
          <w:lang w:val="en-IE"/>
        </w:rPr>
        <w:t xml:space="preserve"> </w:t>
      </w:r>
    </w:p>
    <w:p w14:paraId="1A79A6DD" w14:textId="434EC856" w:rsidR="024DE437" w:rsidRDefault="024DE437" w:rsidP="5B074596">
      <w:pPr>
        <w:pStyle w:val="ListParagraph"/>
        <w:numPr>
          <w:ilvl w:val="0"/>
          <w:numId w:val="5"/>
        </w:numPr>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social skills for communicating with lecturers</w:t>
      </w:r>
    </w:p>
    <w:p w14:paraId="66BB65EF" w14:textId="5FFA223F"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Peer mentors present and engage with students on this.</w:t>
      </w:r>
    </w:p>
    <w:p w14:paraId="444B1393" w14:textId="26D980FB" w:rsidR="024DE437" w:rsidRDefault="024DE437" w:rsidP="5B074596">
      <w:pPr>
        <w:pStyle w:val="ListParagraph"/>
        <w:numPr>
          <w:ilvl w:val="0"/>
          <w:numId w:val="5"/>
        </w:numPr>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interpersonal conflict skills for forming relationships with other students</w:t>
      </w:r>
    </w:p>
    <w:p w14:paraId="1521F633" w14:textId="24D0F7F4"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Peer mentors present and engage with students on this.</w:t>
      </w:r>
    </w:p>
    <w:p w14:paraId="413F1AEB" w14:textId="446537B4" w:rsidR="024DE437" w:rsidRDefault="024DE437" w:rsidP="5B074596">
      <w:pPr>
        <w:pStyle w:val="ListParagraph"/>
        <w:numPr>
          <w:ilvl w:val="0"/>
          <w:numId w:val="5"/>
        </w:numPr>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coping skills</w:t>
      </w:r>
    </w:p>
    <w:p w14:paraId="59611EAB" w14:textId="02FCF60E"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Discuss the suggestions here and decide what you agree and disagree with: </w:t>
      </w:r>
      <w:r>
        <w:tab/>
      </w:r>
      <w:hyperlink r:id="rId17">
        <w:r w:rsidRPr="5B074596">
          <w:rPr>
            <w:rStyle w:val="Hyperlink"/>
            <w:rFonts w:ascii="Calibri Light" w:eastAsia="Calibri Light" w:hAnsi="Calibri Light" w:cs="Calibri Light"/>
            <w:lang w:val="en-IE"/>
          </w:rPr>
          <w:t>https://www.savethestudent.org/freshers/13-skills-to-help-you-survive-</w:t>
        </w:r>
        <w:r>
          <w:tab/>
        </w:r>
        <w:r w:rsidR="62937A83" w:rsidRPr="5B074596">
          <w:rPr>
            <w:rStyle w:val="Hyperlink"/>
            <w:rFonts w:ascii="Calibri Light" w:eastAsia="Calibri Light" w:hAnsi="Calibri Light" w:cs="Calibri Light"/>
            <w:lang w:val="en-IE"/>
          </w:rPr>
          <w:t>u</w:t>
        </w:r>
        <w:r w:rsidRPr="5B074596">
          <w:rPr>
            <w:rStyle w:val="Hyperlink"/>
            <w:rFonts w:ascii="Calibri Light" w:eastAsia="Calibri Light" w:hAnsi="Calibri Light" w:cs="Calibri Light"/>
            <w:lang w:val="en-IE"/>
          </w:rPr>
          <w:t>niversity.html</w:t>
        </w:r>
      </w:hyperlink>
      <w:r w:rsidRPr="5B074596">
        <w:rPr>
          <w:rFonts w:ascii="Calibri Light" w:eastAsia="Calibri Light" w:hAnsi="Calibri Light" w:cs="Calibri Light"/>
          <w:color w:val="000000" w:themeColor="text1"/>
          <w:lang w:val="en-IE"/>
        </w:rPr>
        <w:t xml:space="preserve"> </w:t>
      </w:r>
    </w:p>
    <w:p w14:paraId="019CA709" w14:textId="507BE397"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8. Set concrete benchmarks to monitor progress and motivate to completion.</w:t>
      </w:r>
    </w:p>
    <w:p w14:paraId="01B956A6" w14:textId="2CA95E0A"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Instructions on devising self-supervised daily and weekly personal timetables. </w:t>
      </w:r>
      <w:r>
        <w:tab/>
      </w:r>
      <w:r w:rsidRPr="5B074596">
        <w:rPr>
          <w:rFonts w:ascii="Calibri Light" w:eastAsia="Calibri Light" w:hAnsi="Calibri Light" w:cs="Calibri Light"/>
          <w:color w:val="000000" w:themeColor="text1"/>
          <w:lang w:val="en-IE"/>
        </w:rPr>
        <w:t>Develop back-up plans to prepare for potential problems</w:t>
      </w:r>
    </w:p>
    <w:p w14:paraId="5E914155" w14:textId="762DFD5B"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i/>
          <w:iCs/>
          <w:color w:val="000000" w:themeColor="text1"/>
          <w:lang w:val="en-IE"/>
        </w:rPr>
        <w:t>Time management training:</w:t>
      </w:r>
    </w:p>
    <w:p w14:paraId="0F3F00B6" w14:textId="27DF81B1"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 xml:space="preserve">On this website there are 10 suggestions for better time management. Students </w:t>
      </w:r>
      <w:r>
        <w:tab/>
      </w:r>
      <w:r w:rsidRPr="5B074596">
        <w:rPr>
          <w:rFonts w:ascii="Calibri Light" w:eastAsia="Calibri Light" w:hAnsi="Calibri Light" w:cs="Calibri Light"/>
          <w:color w:val="000000" w:themeColor="text1"/>
          <w:lang w:val="en-IE"/>
        </w:rPr>
        <w:t xml:space="preserve">work in pairs or small groups and discuss what suggestions are worthwhile and </w:t>
      </w:r>
      <w:r>
        <w:tab/>
      </w:r>
      <w:r w:rsidRPr="5B074596">
        <w:rPr>
          <w:rFonts w:ascii="Calibri Light" w:eastAsia="Calibri Light" w:hAnsi="Calibri Light" w:cs="Calibri Light"/>
          <w:color w:val="000000" w:themeColor="text1"/>
          <w:lang w:val="en-IE"/>
        </w:rPr>
        <w:t>which are really not feasible, in their opinion.</w:t>
      </w:r>
    </w:p>
    <w:p w14:paraId="0DBCB471" w14:textId="2E7A6EE5" w:rsidR="024DE437" w:rsidRDefault="024DE437" w:rsidP="5B074596">
      <w:pPr>
        <w:ind w:left="720" w:firstLine="720"/>
        <w:rPr>
          <w:rFonts w:ascii="Calibri Light" w:eastAsia="Calibri Light" w:hAnsi="Calibri Light" w:cs="Calibri Light"/>
          <w:color w:val="000000" w:themeColor="text1"/>
          <w:lang w:val="en-GB"/>
        </w:rPr>
      </w:pPr>
      <w:hyperlink r:id="rId18">
        <w:r w:rsidRPr="5B074596">
          <w:rPr>
            <w:rStyle w:val="Hyperlink"/>
            <w:rFonts w:ascii="Calibri Light" w:eastAsia="Calibri Light" w:hAnsi="Calibri Light" w:cs="Calibri Light"/>
            <w:lang w:val="en-IE"/>
          </w:rPr>
          <w:t>https://fieldreport.caes.uga.edu/publications/C1042/time-management-10-strategies-for-better-time-management/</w:t>
        </w:r>
      </w:hyperlink>
      <w:r w:rsidRPr="5B074596">
        <w:rPr>
          <w:rFonts w:ascii="Calibri Light" w:eastAsia="Calibri Light" w:hAnsi="Calibri Light" w:cs="Calibri Light"/>
          <w:color w:val="000000" w:themeColor="text1"/>
          <w:lang w:val="en-IE"/>
        </w:rPr>
        <w:t xml:space="preserve"> </w:t>
      </w:r>
    </w:p>
    <w:p w14:paraId="4FDFAFD6" w14:textId="4E0431E9" w:rsidR="5B074596" w:rsidRDefault="5B074596" w:rsidP="5B074596">
      <w:pPr>
        <w:rPr>
          <w:rFonts w:ascii="Calibri Light" w:eastAsia="Calibri Light" w:hAnsi="Calibri Light" w:cs="Calibri Light"/>
          <w:color w:val="000000" w:themeColor="text1"/>
          <w:lang w:val="en-GB"/>
        </w:rPr>
      </w:pPr>
    </w:p>
    <w:p w14:paraId="09342E9E" w14:textId="061944CB" w:rsidR="024DE437" w:rsidRDefault="024DE437" w:rsidP="5B074596">
      <w:pPr>
        <w:ind w:left="720" w:firstLine="720"/>
        <w:rPr>
          <w:rFonts w:ascii="Calibri Light" w:eastAsia="Calibri Light" w:hAnsi="Calibri Light" w:cs="Calibri Light"/>
          <w:color w:val="000000" w:themeColor="text1"/>
          <w:lang w:val="en-GB"/>
        </w:rPr>
      </w:pPr>
      <w:r w:rsidRPr="5B074596">
        <w:rPr>
          <w:rFonts w:ascii="Calibri Light" w:eastAsia="Calibri Light" w:hAnsi="Calibri Light" w:cs="Calibri Light"/>
          <w:color w:val="000000" w:themeColor="text1"/>
          <w:lang w:val="en-IE"/>
        </w:rPr>
        <w:t>9. Evaluate the degree to which I am committed to achievement.</w:t>
      </w:r>
    </w:p>
    <w:p w14:paraId="195F0883" w14:textId="5A743FE8" w:rsidR="000B4206" w:rsidRPr="00646D48" w:rsidRDefault="6A9A4426" w:rsidP="5B074596">
      <w:pPr>
        <w:ind w:left="1440" w:hanging="1440"/>
        <w:rPr>
          <w:rFonts w:ascii="Calibri Light" w:eastAsia="Calibri Light" w:hAnsi="Calibri Light" w:cs="Calibri Light"/>
          <w:lang w:val="en-GB"/>
        </w:rPr>
      </w:pPr>
      <w:r w:rsidRPr="5B074596">
        <w:rPr>
          <w:rFonts w:ascii="Calibri Light" w:eastAsia="Calibri Light" w:hAnsi="Calibri Light" w:cs="Calibri Light"/>
          <w:lang w:val="en-GB"/>
        </w:rPr>
        <w:t xml:space="preserve">10 minutes: </w:t>
      </w:r>
      <w:r w:rsidR="000F0679">
        <w:tab/>
      </w:r>
      <w:r w:rsidRPr="5B074596">
        <w:rPr>
          <w:rFonts w:ascii="Calibri Light" w:eastAsia="Calibri Light" w:hAnsi="Calibri Light" w:cs="Calibri Light"/>
          <w:lang w:val="en-GB"/>
        </w:rPr>
        <w:t xml:space="preserve">Feedback and </w:t>
      </w:r>
      <w:r w:rsidR="5815D8CD" w:rsidRPr="5B074596">
        <w:rPr>
          <w:rFonts w:ascii="Calibri Light" w:eastAsia="Calibri Light" w:hAnsi="Calibri Light" w:cs="Calibri Light"/>
          <w:lang w:val="en-GB"/>
        </w:rPr>
        <w:t>follow up suggestions</w:t>
      </w:r>
    </w:p>
    <w:p w14:paraId="045073EF" w14:textId="74650E43" w:rsidR="0086050C" w:rsidRDefault="00A53F55">
      <w:r>
        <w:rPr>
          <w:b/>
          <w:color w:val="0F6576"/>
          <w:sz w:val="28"/>
        </w:rPr>
        <w:lastRenderedPageBreak/>
        <w:t>Evaluation &amp; Impact</w:t>
      </w:r>
    </w:p>
    <w:tbl>
      <w:tblPr>
        <w:tblStyle w:val="TableGrid"/>
        <w:tblW w:w="0" w:type="auto"/>
        <w:tblLook w:val="04A0" w:firstRow="1" w:lastRow="0" w:firstColumn="1" w:lastColumn="0" w:noHBand="0" w:noVBand="1"/>
      </w:tblPr>
      <w:tblGrid>
        <w:gridCol w:w="4351"/>
        <w:gridCol w:w="4279"/>
      </w:tblGrid>
      <w:tr w:rsidR="004E0BFC" w:rsidRPr="000A3910" w14:paraId="54B3A32C" w14:textId="77777777" w:rsidTr="5B074596">
        <w:tc>
          <w:tcPr>
            <w:tcW w:w="4508" w:type="dxa"/>
          </w:tcPr>
          <w:p w14:paraId="11D80CA0" w14:textId="77777777" w:rsidR="004E0BFC" w:rsidRDefault="357C88E8" w:rsidP="00484942">
            <w:pPr>
              <w:rPr>
                <w:rFonts w:ascii="Calibri Light" w:hAnsi="Calibri Light" w:cs="Calibri Light"/>
                <w:lang w:val="en-GB"/>
              </w:rPr>
            </w:pPr>
            <w:r w:rsidRPr="5B074596">
              <w:rPr>
                <w:rFonts w:ascii="Calibri Light" w:hAnsi="Calibri Light" w:cs="Calibri Light"/>
                <w:lang w:val="en-GB"/>
              </w:rPr>
              <w:t>(How) is this activity evaluated?</w:t>
            </w:r>
          </w:p>
          <w:p w14:paraId="636B0A8B" w14:textId="77777777" w:rsidR="00632F35" w:rsidRDefault="00632F35" w:rsidP="00484942">
            <w:pPr>
              <w:rPr>
                <w:rFonts w:ascii="Calibri Light" w:hAnsi="Calibri Light" w:cs="Calibri Light"/>
                <w:lang w:val="en-GB"/>
              </w:rPr>
            </w:pPr>
          </w:p>
          <w:p w14:paraId="1C805DAD" w14:textId="77777777" w:rsidR="00632F35" w:rsidRPr="000A3910" w:rsidRDefault="5FE90A73" w:rsidP="00632F35">
            <w:pPr>
              <w:numPr>
                <w:ilvl w:val="0"/>
                <w:numId w:val="15"/>
              </w:numPr>
              <w:rPr>
                <w:rFonts w:ascii="Calibri Light" w:hAnsi="Calibri Light" w:cs="Calibri Light"/>
                <w:lang w:val="en-GB"/>
              </w:rPr>
            </w:pPr>
            <w:r w:rsidRPr="5B074596">
              <w:rPr>
                <w:rFonts w:ascii="Calibri Light" w:hAnsi="Calibri Light" w:cs="Calibri Light"/>
                <w:lang w:val="en-GB"/>
              </w:rPr>
              <w:t>How (forms, questions, follow data…), with who (participants, organizers…), about what (reaching of goals, content, organizational aspect…)?</w:t>
            </w:r>
          </w:p>
          <w:p w14:paraId="03966DE6" w14:textId="77777777" w:rsidR="00632F35" w:rsidRPr="000A3910" w:rsidRDefault="00632F35" w:rsidP="00632F35">
            <w:pPr>
              <w:numPr>
                <w:ilvl w:val="0"/>
                <w:numId w:val="16"/>
              </w:numPr>
              <w:rPr>
                <w:rFonts w:ascii="Calibri Light" w:hAnsi="Calibri Light" w:cs="Calibri Light"/>
                <w:lang w:val="en-GB"/>
              </w:rPr>
            </w:pPr>
            <w:r w:rsidRPr="000A3910">
              <w:rPr>
                <w:rFonts w:ascii="Calibri Light" w:hAnsi="Calibri Light" w:cs="Calibri Light"/>
                <w:lang w:val="en-GB"/>
              </w:rPr>
              <w:t>What are the results? </w:t>
            </w:r>
          </w:p>
          <w:p w14:paraId="3D02BEF0" w14:textId="71BBC33D" w:rsidR="00632F35" w:rsidRPr="000A3910" w:rsidRDefault="68806B7A" w:rsidP="00632F35">
            <w:pPr>
              <w:numPr>
                <w:ilvl w:val="0"/>
                <w:numId w:val="17"/>
              </w:numPr>
              <w:rPr>
                <w:rFonts w:ascii="Calibri Light" w:hAnsi="Calibri Light" w:cs="Calibri Light"/>
                <w:lang w:val="en-GB"/>
              </w:rPr>
            </w:pPr>
            <w:r w:rsidRPr="5ED244E1">
              <w:rPr>
                <w:rFonts w:ascii="Calibri Light" w:hAnsi="Calibri Light" w:cs="Calibri Light"/>
                <w:lang w:val="en-GB"/>
              </w:rPr>
              <w:t>What do you do with the results? </w:t>
            </w:r>
            <w:r w:rsidR="00A72973">
              <w:rPr>
                <w:rFonts w:ascii="Calibri Light" w:hAnsi="Calibri Light" w:cs="Calibri Light"/>
                <w:lang w:val="en-GB"/>
              </w:rPr>
              <w:t xml:space="preserve">(Inform the next iteration, feedback for students, </w:t>
            </w:r>
            <w:r w:rsidR="00060EC2">
              <w:rPr>
                <w:rFonts w:ascii="Calibri Light" w:hAnsi="Calibri Light" w:cs="Calibri Light"/>
                <w:lang w:val="en-GB"/>
              </w:rPr>
              <w:t>policy changes at University?)</w:t>
            </w:r>
            <w:r w:rsidRPr="5ED244E1">
              <w:rPr>
                <w:rFonts w:ascii="Calibri Light" w:hAnsi="Calibri Light" w:cs="Calibri Light"/>
                <w:lang w:val="en-GB"/>
              </w:rPr>
              <w:t> </w:t>
            </w:r>
          </w:p>
          <w:p w14:paraId="120B8BBE" w14:textId="77777777" w:rsidR="00632F35" w:rsidRPr="000A3910" w:rsidRDefault="00632F35" w:rsidP="00484942">
            <w:pPr>
              <w:rPr>
                <w:rFonts w:ascii="Calibri Light" w:hAnsi="Calibri Light" w:cs="Calibri Light"/>
                <w:lang w:val="en-GB"/>
              </w:rPr>
            </w:pPr>
          </w:p>
        </w:tc>
        <w:tc>
          <w:tcPr>
            <w:tcW w:w="4508" w:type="dxa"/>
          </w:tcPr>
          <w:p w14:paraId="2DAAE123" w14:textId="77777777" w:rsidR="004E0BFC" w:rsidRDefault="3F6E20D5" w:rsidP="00632F35">
            <w:pPr>
              <w:rPr>
                <w:rFonts w:ascii="Calibri Light" w:hAnsi="Calibri Light" w:cs="Calibri Light"/>
                <w:lang w:val="en-GB"/>
              </w:rPr>
            </w:pPr>
            <w:r w:rsidRPr="49F7E705">
              <w:rPr>
                <w:rFonts w:ascii="Calibri Light" w:hAnsi="Calibri Light" w:cs="Calibri Light"/>
                <w:lang w:val="en-GB"/>
              </w:rPr>
              <w:t xml:space="preserve">A reflective journal </w:t>
            </w:r>
            <w:r w:rsidR="000325DC">
              <w:rPr>
                <w:rFonts w:ascii="Calibri Light" w:hAnsi="Calibri Light" w:cs="Calibri Light"/>
                <w:lang w:val="en-GB"/>
              </w:rPr>
              <w:t xml:space="preserve">or aural recording </w:t>
            </w:r>
            <w:r w:rsidRPr="49F7E705">
              <w:rPr>
                <w:rFonts w:ascii="Calibri Light" w:hAnsi="Calibri Light" w:cs="Calibri Light"/>
                <w:lang w:val="en-GB"/>
              </w:rPr>
              <w:t>can be used to evaluate this.</w:t>
            </w:r>
            <w:r w:rsidR="000325DC">
              <w:rPr>
                <w:rFonts w:ascii="Calibri Light" w:hAnsi="Calibri Light" w:cs="Calibri Light"/>
                <w:lang w:val="en-GB"/>
              </w:rPr>
              <w:t xml:space="preserve"> </w:t>
            </w:r>
          </w:p>
          <w:p w14:paraId="305F57AF" w14:textId="048B6A35" w:rsidR="00B67532" w:rsidRPr="000A3910" w:rsidRDefault="00B67532" w:rsidP="00632F35">
            <w:pPr>
              <w:rPr>
                <w:rFonts w:ascii="Calibri Light" w:hAnsi="Calibri Light" w:cs="Calibri Light"/>
                <w:lang w:val="en-GB"/>
              </w:rPr>
            </w:pPr>
            <w:r>
              <w:rPr>
                <w:rFonts w:ascii="Calibri Light" w:hAnsi="Calibri Light" w:cs="Calibri Light"/>
                <w:lang w:val="en-GB"/>
              </w:rPr>
              <w:t xml:space="preserve">In </w:t>
            </w:r>
            <w:r w:rsidR="000753E6">
              <w:rPr>
                <w:rFonts w:ascii="Calibri Light" w:hAnsi="Calibri Light" w:cs="Calibri Light"/>
                <w:lang w:val="en-GB"/>
              </w:rPr>
              <w:t xml:space="preserve">Dao &amp;Yeng (2022): 4 surveys were </w:t>
            </w:r>
            <w:r w:rsidR="00EE5605">
              <w:rPr>
                <w:rFonts w:ascii="Calibri Light" w:hAnsi="Calibri Light" w:cs="Calibri Light"/>
                <w:lang w:val="en-GB"/>
              </w:rPr>
              <w:t>complet</w:t>
            </w:r>
            <w:r w:rsidR="000753E6">
              <w:rPr>
                <w:rFonts w:ascii="Calibri Light" w:hAnsi="Calibri Light" w:cs="Calibri Light"/>
                <w:lang w:val="en-GB"/>
              </w:rPr>
              <w:t>ed</w:t>
            </w:r>
            <w:r w:rsidR="00BC14A8">
              <w:rPr>
                <w:rFonts w:ascii="Calibri Light" w:hAnsi="Calibri Light" w:cs="Calibri Light"/>
                <w:lang w:val="en-GB"/>
              </w:rPr>
              <w:t xml:space="preserve"> </w:t>
            </w:r>
            <w:r w:rsidR="00EE5605">
              <w:rPr>
                <w:rFonts w:ascii="Calibri Light" w:hAnsi="Calibri Light" w:cs="Calibri Light"/>
                <w:lang w:val="en-GB"/>
              </w:rPr>
              <w:t xml:space="preserve">monthly </w:t>
            </w:r>
            <w:r w:rsidR="00BC14A8">
              <w:rPr>
                <w:rFonts w:ascii="Calibri Light" w:hAnsi="Calibri Light" w:cs="Calibri Light"/>
                <w:lang w:val="en-GB"/>
              </w:rPr>
              <w:t>over a 4 month period</w:t>
            </w:r>
            <w:r w:rsidR="000753E6">
              <w:rPr>
                <w:rFonts w:ascii="Calibri Light" w:hAnsi="Calibri Light" w:cs="Calibri Light"/>
                <w:lang w:val="en-GB"/>
              </w:rPr>
              <w:t xml:space="preserve">: </w:t>
            </w:r>
            <w:r w:rsidR="000753E6" w:rsidRPr="000753E6">
              <w:rPr>
                <w:rFonts w:ascii="Calibri Light" w:hAnsi="Calibri Light" w:cs="Calibri Light"/>
              </w:rPr>
              <w:t>Time 0 survey = the pre-test before the intervention, Time 1 survey = the first post-test after the intervention, Time 2 survey = the second post-test after the intervention, and Time 3 survey = the third post-test after the intervention</w:t>
            </w:r>
          </w:p>
        </w:tc>
      </w:tr>
      <w:tr w:rsidR="004E0BFC" w:rsidRPr="000A3910" w14:paraId="65FE996D" w14:textId="77777777" w:rsidTr="5B074596">
        <w:tc>
          <w:tcPr>
            <w:tcW w:w="4508" w:type="dxa"/>
          </w:tcPr>
          <w:p w14:paraId="5F72F992"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t>(How) is the effectiveness tracked? </w:t>
            </w:r>
          </w:p>
          <w:p w14:paraId="58DD4ED3" w14:textId="77777777" w:rsidR="00632F35" w:rsidRPr="000A3910" w:rsidRDefault="00632F35" w:rsidP="00632F35">
            <w:pPr>
              <w:numPr>
                <w:ilvl w:val="0"/>
                <w:numId w:val="18"/>
              </w:numPr>
              <w:rPr>
                <w:rFonts w:ascii="Calibri Light" w:hAnsi="Calibri Light" w:cs="Calibri Light"/>
                <w:lang w:val="en-GB"/>
              </w:rPr>
            </w:pPr>
            <w:r w:rsidRPr="000A3910">
              <w:rPr>
                <w:rFonts w:ascii="Calibri Light" w:hAnsi="Calibri Light" w:cs="Calibri Light"/>
                <w:lang w:val="en-GB"/>
              </w:rPr>
              <w:t>How?  </w:t>
            </w:r>
          </w:p>
          <w:p w14:paraId="3D25C700" w14:textId="77777777" w:rsidR="00632F35" w:rsidRPr="000A3910" w:rsidRDefault="00632F35" w:rsidP="00632F35">
            <w:pPr>
              <w:numPr>
                <w:ilvl w:val="0"/>
                <w:numId w:val="19"/>
              </w:numPr>
              <w:rPr>
                <w:rFonts w:ascii="Calibri Light" w:hAnsi="Calibri Light" w:cs="Calibri Light"/>
                <w:lang w:val="en-GB"/>
              </w:rPr>
            </w:pPr>
            <w:r w:rsidRPr="000A3910">
              <w:rPr>
                <w:rFonts w:ascii="Calibri Light" w:hAnsi="Calibri Light" w:cs="Calibri Light"/>
                <w:lang w:val="en-GB"/>
              </w:rPr>
              <w:t>What are the results? </w:t>
            </w:r>
          </w:p>
          <w:p w14:paraId="6D501660" w14:textId="54E21202" w:rsidR="00632F35" w:rsidRPr="000A3910" w:rsidRDefault="68806B7A" w:rsidP="00632F35">
            <w:pPr>
              <w:numPr>
                <w:ilvl w:val="0"/>
                <w:numId w:val="20"/>
              </w:numPr>
              <w:rPr>
                <w:rFonts w:ascii="Calibri Light" w:hAnsi="Calibri Light" w:cs="Calibri Light"/>
                <w:lang w:val="en-GB"/>
              </w:rPr>
            </w:pPr>
            <w:r w:rsidRPr="5ED244E1">
              <w:rPr>
                <w:rFonts w:ascii="Calibri Light" w:hAnsi="Calibri Light" w:cs="Calibri Light"/>
                <w:lang w:val="en-GB"/>
              </w:rPr>
              <w:t xml:space="preserve">What </w:t>
            </w:r>
            <w:r w:rsidR="00060EC2">
              <w:rPr>
                <w:rFonts w:ascii="Calibri Light" w:hAnsi="Calibri Light" w:cs="Calibri Light"/>
                <w:lang w:val="en-GB"/>
              </w:rPr>
              <w:t xml:space="preserve">is the purpose of collecting the </w:t>
            </w:r>
            <w:r w:rsidRPr="5ED244E1">
              <w:rPr>
                <w:rFonts w:ascii="Calibri Light" w:hAnsi="Calibri Light" w:cs="Calibri Light"/>
                <w:lang w:val="en-GB"/>
              </w:rPr>
              <w:t>results</w:t>
            </w:r>
            <w:r w:rsidR="00060EC2">
              <w:rPr>
                <w:rFonts w:ascii="Calibri Light" w:hAnsi="Calibri Light" w:cs="Calibri Light"/>
                <w:lang w:val="en-GB"/>
              </w:rPr>
              <w:t>, how will they be used</w:t>
            </w:r>
            <w:r w:rsidRPr="5ED244E1">
              <w:rPr>
                <w:rFonts w:ascii="Calibri Light" w:hAnsi="Calibri Light" w:cs="Calibri Light"/>
                <w:lang w:val="en-GB"/>
              </w:rPr>
              <w:t>?  </w:t>
            </w:r>
          </w:p>
          <w:p w14:paraId="0A87BD95" w14:textId="77777777" w:rsidR="00632F35" w:rsidRPr="000A3910" w:rsidRDefault="00632F35" w:rsidP="00484942">
            <w:pPr>
              <w:rPr>
                <w:rFonts w:ascii="Calibri Light" w:hAnsi="Calibri Light" w:cs="Calibri Light"/>
                <w:lang w:val="en-GB"/>
              </w:rPr>
            </w:pPr>
          </w:p>
        </w:tc>
        <w:tc>
          <w:tcPr>
            <w:tcW w:w="4508" w:type="dxa"/>
          </w:tcPr>
          <w:p w14:paraId="45EB112C" w14:textId="3314785E" w:rsidR="004E0BFC" w:rsidRPr="000A3910" w:rsidRDefault="1D3DF4FE" w:rsidP="00632F35">
            <w:pPr>
              <w:rPr>
                <w:rFonts w:ascii="Calibri Light" w:hAnsi="Calibri Light" w:cs="Calibri Light"/>
                <w:lang w:val="en-GB"/>
              </w:rPr>
            </w:pPr>
            <w:r w:rsidRPr="155D1BF3">
              <w:rPr>
                <w:rFonts w:ascii="Calibri Light" w:hAnsi="Calibri Light" w:cs="Calibri Light"/>
                <w:lang w:val="en-GB"/>
              </w:rPr>
              <w:t>Follow up at the end of first year?</w:t>
            </w:r>
            <w:r w:rsidR="2C680988" w:rsidRPr="155D1BF3">
              <w:rPr>
                <w:rFonts w:ascii="Calibri Light" w:hAnsi="Calibri Light" w:cs="Calibri Light"/>
                <w:lang w:val="en-GB"/>
              </w:rPr>
              <w:t xml:space="preserve"> Monitor attrition rates but this is more related to the whole project impact.</w:t>
            </w:r>
          </w:p>
        </w:tc>
      </w:tr>
      <w:tr w:rsidR="004E0BFC" w:rsidRPr="000A3910" w14:paraId="1EAD9F33" w14:textId="77777777" w:rsidTr="5B074596">
        <w:tc>
          <w:tcPr>
            <w:tcW w:w="4508" w:type="dxa"/>
          </w:tcPr>
          <w:p w14:paraId="3F03C461"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t xml:space="preserve">Any further notes: </w:t>
            </w:r>
          </w:p>
          <w:p w14:paraId="7350DFA2" w14:textId="4F8E95F9" w:rsidR="00F370E7" w:rsidRPr="000A3910" w:rsidRDefault="00F370E7" w:rsidP="00484942">
            <w:pPr>
              <w:rPr>
                <w:rFonts w:ascii="Calibri Light" w:hAnsi="Calibri Light" w:cs="Calibri Light"/>
                <w:lang w:val="en-GB"/>
              </w:rPr>
            </w:pPr>
          </w:p>
        </w:tc>
        <w:tc>
          <w:tcPr>
            <w:tcW w:w="4508" w:type="dxa"/>
          </w:tcPr>
          <w:p w14:paraId="1D112190" w14:textId="77777777" w:rsidR="00F370E7" w:rsidRDefault="00F370E7" w:rsidP="00484942">
            <w:pPr>
              <w:rPr>
                <w:rFonts w:ascii="Calibri Light" w:hAnsi="Calibri Light" w:cs="Calibri Light"/>
                <w:lang w:val="en-GB"/>
              </w:rPr>
            </w:pPr>
          </w:p>
          <w:p w14:paraId="257CD999" w14:textId="77777777" w:rsidR="00F370E7" w:rsidRDefault="00F370E7" w:rsidP="00484942">
            <w:pPr>
              <w:rPr>
                <w:rFonts w:ascii="Calibri Light" w:hAnsi="Calibri Light" w:cs="Calibri Light"/>
                <w:lang w:val="en-GB"/>
              </w:rPr>
            </w:pPr>
          </w:p>
          <w:p w14:paraId="45EDAEEB" w14:textId="77777777" w:rsidR="00F370E7" w:rsidRDefault="00F370E7" w:rsidP="00484942">
            <w:pPr>
              <w:rPr>
                <w:rFonts w:ascii="Calibri Light" w:hAnsi="Calibri Light" w:cs="Calibri Light"/>
                <w:lang w:val="en-GB"/>
              </w:rPr>
            </w:pPr>
          </w:p>
          <w:p w14:paraId="52864462" w14:textId="77777777" w:rsidR="00F370E7" w:rsidRDefault="00F370E7" w:rsidP="00484942">
            <w:pPr>
              <w:rPr>
                <w:rFonts w:ascii="Calibri Light" w:hAnsi="Calibri Light" w:cs="Calibri Light"/>
                <w:lang w:val="en-GB"/>
              </w:rPr>
            </w:pPr>
          </w:p>
          <w:p w14:paraId="30C95899" w14:textId="77777777" w:rsidR="00F370E7" w:rsidRDefault="00F370E7" w:rsidP="00484942">
            <w:pPr>
              <w:rPr>
                <w:rFonts w:ascii="Calibri Light" w:hAnsi="Calibri Light" w:cs="Calibri Light"/>
                <w:lang w:val="en-GB"/>
              </w:rPr>
            </w:pPr>
          </w:p>
          <w:p w14:paraId="5EEBAF7D" w14:textId="77777777" w:rsidR="00F370E7" w:rsidRDefault="00F370E7" w:rsidP="00484942">
            <w:pPr>
              <w:rPr>
                <w:rFonts w:ascii="Calibri Light" w:hAnsi="Calibri Light" w:cs="Calibri Light"/>
                <w:lang w:val="en-GB"/>
              </w:rPr>
            </w:pPr>
          </w:p>
          <w:p w14:paraId="00A03F6B" w14:textId="77777777" w:rsidR="00F370E7" w:rsidRPr="000A3910" w:rsidRDefault="00F370E7" w:rsidP="00484942">
            <w:pPr>
              <w:rPr>
                <w:rFonts w:ascii="Calibri Light" w:hAnsi="Calibri Light" w:cs="Calibri Light"/>
                <w:lang w:val="en-GB"/>
              </w:rPr>
            </w:pPr>
          </w:p>
        </w:tc>
      </w:tr>
    </w:tbl>
    <w:p w14:paraId="33F98547" w14:textId="6EBE3531" w:rsidR="0086050C" w:rsidRPr="000A3910" w:rsidRDefault="0086050C" w:rsidP="004E0BFC">
      <w:pPr>
        <w:rPr>
          <w:rFonts w:ascii="Calibri Light" w:hAnsi="Calibri Light" w:cs="Calibri Light"/>
          <w:lang w:val="en-GB"/>
        </w:rPr>
      </w:pPr>
    </w:p>
    <w:p w14:paraId="687B5F24" w14:textId="2FFA162A" w:rsidR="432CB9EB" w:rsidRDefault="432CB9EB" w:rsidP="68E03FF7">
      <w:pPr>
        <w:rPr>
          <w:b/>
          <w:bCs/>
          <w:color w:val="0F6576"/>
          <w:sz w:val="28"/>
          <w:szCs w:val="28"/>
        </w:rPr>
      </w:pPr>
      <w:r w:rsidRPr="68E03FF7">
        <w:rPr>
          <w:b/>
          <w:bCs/>
          <w:color w:val="0F6576"/>
          <w:sz w:val="28"/>
          <w:szCs w:val="28"/>
        </w:rPr>
        <w:t>References or inspiration used to design intervention:</w:t>
      </w:r>
    </w:p>
    <w:p w14:paraId="7E1AAC1E" w14:textId="77777777" w:rsidR="004F563D" w:rsidRDefault="56588006" w:rsidP="00E813DE">
      <w:pPr>
        <w:rPr>
          <w:rFonts w:ascii="Calibri Light" w:hAnsi="Calibri Light" w:cs="Calibri Light"/>
        </w:rPr>
      </w:pPr>
      <w:r w:rsidRPr="5B074596">
        <w:rPr>
          <w:rFonts w:ascii="Calibri Light" w:hAnsi="Calibri Light" w:cs="Calibri Light"/>
        </w:rPr>
        <w:t>When I stopped to think about self regulation, as often happens, I found I wasn’t sure myself what self regulation was so I looked for a definition and doing so I found inspiration for an initiative.</w:t>
      </w:r>
      <w:r w:rsidR="418FC913" w:rsidRPr="5B074596">
        <w:rPr>
          <w:rFonts w:ascii="Calibri Light" w:hAnsi="Calibri Light" w:cs="Calibri Light"/>
        </w:rPr>
        <w:t xml:space="preserve"> </w:t>
      </w:r>
      <w:r w:rsidR="4CAFB411" w:rsidRPr="5B074596">
        <w:rPr>
          <w:rFonts w:ascii="Calibri Light" w:hAnsi="Calibri Light" w:cs="Calibri Light"/>
        </w:rPr>
        <w:t xml:space="preserve">Novel et al. (2019) defined learning regulation as actions to organize and regulate the processing of learning. </w:t>
      </w:r>
      <w:r w:rsidR="5CAC078B" w:rsidRPr="5B074596">
        <w:rPr>
          <w:rFonts w:ascii="Calibri Light" w:hAnsi="Calibri Light" w:cs="Calibri Light"/>
        </w:rPr>
        <w:t xml:space="preserve">Deng &amp; Yao (2022) </w:t>
      </w:r>
      <w:r w:rsidR="3580553A" w:rsidRPr="5B074596">
        <w:rPr>
          <w:rFonts w:ascii="Calibri Light" w:hAnsi="Calibri Light" w:cs="Calibri Light"/>
        </w:rPr>
        <w:t>used</w:t>
      </w:r>
      <w:r w:rsidR="5CAC078B" w:rsidRPr="5B074596">
        <w:rPr>
          <w:rFonts w:ascii="Calibri Light" w:hAnsi="Calibri Light" w:cs="Calibri Light"/>
        </w:rPr>
        <w:t xml:space="preserve"> the </w:t>
      </w:r>
      <w:r w:rsidR="30A3C438" w:rsidRPr="5B074596">
        <w:rPr>
          <w:rFonts w:ascii="Calibri Light" w:hAnsi="Calibri Light" w:cs="Calibri Light"/>
        </w:rPr>
        <w:t>Proactivity Orientation Program (POP</w:t>
      </w:r>
      <w:r w:rsidR="6730DDA8" w:rsidRPr="5B074596">
        <w:rPr>
          <w:rFonts w:ascii="Calibri Light" w:hAnsi="Calibri Light" w:cs="Calibri Light"/>
        </w:rPr>
        <w:t>)</w:t>
      </w:r>
      <w:r w:rsidR="055F2FD2" w:rsidRPr="5B074596">
        <w:rPr>
          <w:rFonts w:ascii="Calibri Light" w:hAnsi="Calibri Light" w:cs="Calibri Light"/>
        </w:rPr>
        <w:t xml:space="preserve"> </w:t>
      </w:r>
      <w:r w:rsidR="0AB6775F" w:rsidRPr="5B074596">
        <w:rPr>
          <w:rFonts w:ascii="Calibri Light" w:hAnsi="Calibri Light" w:cs="Calibri Light"/>
        </w:rPr>
        <w:t xml:space="preserve">with first years </w:t>
      </w:r>
      <w:r w:rsidR="055F2FD2" w:rsidRPr="5B074596">
        <w:rPr>
          <w:rFonts w:ascii="Calibri Light" w:hAnsi="Calibri Light" w:cs="Calibri Light"/>
        </w:rPr>
        <w:t xml:space="preserve">at a university in </w:t>
      </w:r>
      <w:r w:rsidR="0AB6775F" w:rsidRPr="5B074596">
        <w:rPr>
          <w:rFonts w:ascii="Calibri Light" w:hAnsi="Calibri Light" w:cs="Calibri Light"/>
        </w:rPr>
        <w:t>China</w:t>
      </w:r>
      <w:r w:rsidR="3580553A" w:rsidRPr="5B074596">
        <w:rPr>
          <w:rFonts w:ascii="Calibri Light" w:hAnsi="Calibri Light" w:cs="Calibri Light"/>
        </w:rPr>
        <w:t xml:space="preserve"> to </w:t>
      </w:r>
      <w:r w:rsidR="034E3763" w:rsidRPr="5B074596">
        <w:rPr>
          <w:rFonts w:ascii="Calibri Light" w:hAnsi="Calibri Light" w:cs="Calibri Light"/>
        </w:rPr>
        <w:t>assist socialisation</w:t>
      </w:r>
      <w:r w:rsidR="0AB6775F" w:rsidRPr="5B074596">
        <w:rPr>
          <w:rFonts w:ascii="Calibri Light" w:hAnsi="Calibri Light" w:cs="Calibri Light"/>
        </w:rPr>
        <w:t>.</w:t>
      </w:r>
      <w:r w:rsidR="2F07C855" w:rsidRPr="5B074596">
        <w:rPr>
          <w:rFonts w:ascii="Calibri Light" w:hAnsi="Calibri Light" w:cs="Calibri Light"/>
        </w:rPr>
        <w:t xml:space="preserve"> Using a questionnaire Deng &amp; Yao (2022) showed that using the Proactivity Orientation Program improved socialization with peers and lecturers, </w:t>
      </w:r>
      <w:r w:rsidR="6DF5681F" w:rsidRPr="5B074596">
        <w:rPr>
          <w:rFonts w:ascii="Calibri Light" w:hAnsi="Calibri Light" w:cs="Calibri Light"/>
        </w:rPr>
        <w:t xml:space="preserve">and </w:t>
      </w:r>
      <w:r w:rsidR="2F07C855" w:rsidRPr="5B074596">
        <w:rPr>
          <w:rFonts w:ascii="Calibri Light" w:hAnsi="Calibri Light" w:cs="Calibri Light"/>
        </w:rPr>
        <w:t>improved academic performance in the first semester</w:t>
      </w:r>
      <w:r w:rsidR="5EDF43B8" w:rsidRPr="5B074596">
        <w:rPr>
          <w:rFonts w:ascii="Calibri Light" w:hAnsi="Calibri Light" w:cs="Calibri Light"/>
        </w:rPr>
        <w:t>.</w:t>
      </w:r>
      <w:r w:rsidR="2F07C855" w:rsidRPr="5B074596">
        <w:rPr>
          <w:rFonts w:ascii="Calibri Light" w:hAnsi="Calibri Light" w:cs="Calibri Light"/>
        </w:rPr>
        <w:t xml:space="preserve"> </w:t>
      </w:r>
      <w:r w:rsidR="0AB6775F" w:rsidRPr="5B074596">
        <w:rPr>
          <w:rFonts w:ascii="Calibri Light" w:hAnsi="Calibri Light" w:cs="Calibri Light"/>
        </w:rPr>
        <w:t xml:space="preserve"> </w:t>
      </w:r>
      <w:r w:rsidR="02360FC0" w:rsidRPr="5B074596">
        <w:rPr>
          <w:rFonts w:ascii="Calibri Light" w:hAnsi="Calibri Light" w:cs="Calibri Light"/>
        </w:rPr>
        <w:t xml:space="preserve"> </w:t>
      </w:r>
    </w:p>
    <w:p w14:paraId="6CC87E05" w14:textId="4ABADF70" w:rsidR="00E813DE" w:rsidRDefault="00093888" w:rsidP="00E813DE">
      <w:pPr>
        <w:rPr>
          <w:rFonts w:ascii="Calibri Light" w:hAnsi="Calibri Light" w:cs="Calibri Light"/>
        </w:rPr>
      </w:pPr>
      <w:r>
        <w:rPr>
          <w:rFonts w:ascii="Calibri Light" w:hAnsi="Calibri Light" w:cs="Calibri Light"/>
        </w:rPr>
        <w:t>One of the activities suggested in terms of regulation in Novel et al. (2019) was reflection.</w:t>
      </w:r>
      <w:r w:rsidR="00E32B96">
        <w:rPr>
          <w:rFonts w:ascii="Calibri Light" w:hAnsi="Calibri Light" w:cs="Calibri Light"/>
        </w:rPr>
        <w:t xml:space="preserve"> Reflection can be undertaken at any point during a</w:t>
      </w:r>
      <w:r w:rsidR="0012776B">
        <w:rPr>
          <w:rFonts w:ascii="Calibri Light" w:hAnsi="Calibri Light" w:cs="Calibri Light"/>
        </w:rPr>
        <w:t>n event</w:t>
      </w:r>
      <w:r w:rsidR="00E32B96">
        <w:rPr>
          <w:rFonts w:ascii="Calibri Light" w:hAnsi="Calibri Light" w:cs="Calibri Light"/>
        </w:rPr>
        <w:t xml:space="preserve">, not just at the end of </w:t>
      </w:r>
      <w:r w:rsidR="0012776B">
        <w:rPr>
          <w:rFonts w:ascii="Calibri Light" w:hAnsi="Calibri Light" w:cs="Calibri Light"/>
        </w:rPr>
        <w:t>a process.</w:t>
      </w:r>
      <w:r w:rsidR="00FE07D1">
        <w:rPr>
          <w:rFonts w:ascii="Calibri Light" w:hAnsi="Calibri Light" w:cs="Calibri Light"/>
        </w:rPr>
        <w:t xml:space="preserve"> Deng &amp; Yao (2022) proposed that goal setting, </w:t>
      </w:r>
      <w:r w:rsidR="006D29FD">
        <w:rPr>
          <w:rFonts w:ascii="Calibri Light" w:hAnsi="Calibri Light" w:cs="Calibri Light"/>
        </w:rPr>
        <w:t xml:space="preserve">plan development and </w:t>
      </w:r>
      <w:r w:rsidR="00FE07D1">
        <w:rPr>
          <w:rFonts w:ascii="Calibri Light" w:hAnsi="Calibri Light" w:cs="Calibri Light"/>
        </w:rPr>
        <w:t xml:space="preserve">execution </w:t>
      </w:r>
      <w:r w:rsidR="006D29FD">
        <w:rPr>
          <w:rFonts w:ascii="Calibri Light" w:hAnsi="Calibri Light" w:cs="Calibri Light"/>
        </w:rPr>
        <w:t xml:space="preserve">were key to </w:t>
      </w:r>
      <w:r w:rsidR="007D01F2">
        <w:rPr>
          <w:rFonts w:ascii="Calibri Light" w:hAnsi="Calibri Light" w:cs="Calibri Light"/>
        </w:rPr>
        <w:t>self regulation.</w:t>
      </w:r>
    </w:p>
    <w:p w14:paraId="50CB7BEC" w14:textId="6B0F1E18" w:rsidR="00A91A22" w:rsidRDefault="00547205" w:rsidP="00E813DE">
      <w:pPr>
        <w:rPr>
          <w:rFonts w:ascii="Calibri Light" w:hAnsi="Calibri Light" w:cs="Calibri Light"/>
        </w:rPr>
      </w:pPr>
      <w:r>
        <w:rPr>
          <w:rFonts w:ascii="Calibri Light" w:hAnsi="Calibri Light" w:cs="Calibri Light"/>
        </w:rPr>
        <w:lastRenderedPageBreak/>
        <w:t>POP was an 8 hour program conducted over 3 weekends</w:t>
      </w:r>
      <w:r w:rsidR="00E76D0F">
        <w:rPr>
          <w:rFonts w:ascii="Calibri Light" w:hAnsi="Calibri Light" w:cs="Calibri Light"/>
        </w:rPr>
        <w:t xml:space="preserve">. </w:t>
      </w:r>
      <w:r w:rsidR="00775CA2">
        <w:rPr>
          <w:rFonts w:ascii="Calibri Light" w:hAnsi="Calibri Light" w:cs="Calibri Light"/>
        </w:rPr>
        <w:t>Th</w:t>
      </w:r>
      <w:r w:rsidR="00C035C4">
        <w:rPr>
          <w:rFonts w:ascii="Calibri Light" w:hAnsi="Calibri Light" w:cs="Calibri Light"/>
        </w:rPr>
        <w:t>e first two weekend</w:t>
      </w:r>
      <w:r w:rsidR="00775CA2">
        <w:rPr>
          <w:rFonts w:ascii="Calibri Light" w:hAnsi="Calibri Light" w:cs="Calibri Light"/>
        </w:rPr>
        <w:t xml:space="preserve">s were comprised of </w:t>
      </w:r>
      <w:r w:rsidR="009B24E5">
        <w:rPr>
          <w:rFonts w:ascii="Calibri Light" w:hAnsi="Calibri Light" w:cs="Calibri Light"/>
        </w:rPr>
        <w:t>two three-hour sessions followed by a final two hour</w:t>
      </w:r>
      <w:r w:rsidR="001148FD">
        <w:rPr>
          <w:rFonts w:ascii="Calibri Light" w:hAnsi="Calibri Light" w:cs="Calibri Light"/>
        </w:rPr>
        <w:t xml:space="preserve"> session on the 3</w:t>
      </w:r>
      <w:r w:rsidR="001148FD" w:rsidRPr="001148FD">
        <w:rPr>
          <w:rFonts w:ascii="Calibri Light" w:hAnsi="Calibri Light" w:cs="Calibri Light"/>
          <w:vertAlign w:val="superscript"/>
        </w:rPr>
        <w:t>rd</w:t>
      </w:r>
      <w:r w:rsidR="001148FD">
        <w:rPr>
          <w:rFonts w:ascii="Calibri Light" w:hAnsi="Calibri Light" w:cs="Calibri Light"/>
        </w:rPr>
        <w:t xml:space="preserve"> weekend. </w:t>
      </w:r>
      <w:r w:rsidR="008E73ED">
        <w:rPr>
          <w:rFonts w:ascii="Calibri Light" w:hAnsi="Calibri Light" w:cs="Calibri Light"/>
        </w:rPr>
        <w:t>Goal setting</w:t>
      </w:r>
      <w:r w:rsidR="004E6BCE">
        <w:rPr>
          <w:rFonts w:ascii="Calibri Light" w:hAnsi="Calibri Light" w:cs="Calibri Light"/>
        </w:rPr>
        <w:t xml:space="preserve">, </w:t>
      </w:r>
      <w:r w:rsidR="008E73ED">
        <w:rPr>
          <w:rFonts w:ascii="Calibri Light" w:hAnsi="Calibri Light" w:cs="Calibri Light"/>
        </w:rPr>
        <w:t>management</w:t>
      </w:r>
      <w:r w:rsidR="004E6BCE">
        <w:rPr>
          <w:rFonts w:ascii="Calibri Light" w:hAnsi="Calibri Light" w:cs="Calibri Light"/>
        </w:rPr>
        <w:t>,</w:t>
      </w:r>
      <w:r w:rsidR="008E73ED">
        <w:rPr>
          <w:rFonts w:ascii="Calibri Light" w:hAnsi="Calibri Light" w:cs="Calibri Light"/>
        </w:rPr>
        <w:t xml:space="preserve"> </w:t>
      </w:r>
      <w:r w:rsidR="004E6BCE">
        <w:rPr>
          <w:rFonts w:ascii="Calibri Light" w:hAnsi="Calibri Light" w:cs="Calibri Light"/>
        </w:rPr>
        <w:t xml:space="preserve">identifying potential obstacles and overcoming them </w:t>
      </w:r>
      <w:r w:rsidR="008E73ED">
        <w:rPr>
          <w:rFonts w:ascii="Calibri Light" w:hAnsi="Calibri Light" w:cs="Calibri Light"/>
        </w:rPr>
        <w:t>was the focus of t</w:t>
      </w:r>
      <w:r w:rsidR="001148FD">
        <w:rPr>
          <w:rFonts w:ascii="Calibri Light" w:hAnsi="Calibri Light" w:cs="Calibri Light"/>
        </w:rPr>
        <w:t>he first weekend</w:t>
      </w:r>
      <w:r w:rsidR="00A91A22">
        <w:rPr>
          <w:rFonts w:ascii="Calibri Light" w:hAnsi="Calibri Light" w:cs="Calibri Light"/>
        </w:rPr>
        <w:t>.</w:t>
      </w:r>
      <w:r w:rsidR="008E73ED">
        <w:rPr>
          <w:rFonts w:ascii="Calibri Light" w:hAnsi="Calibri Light" w:cs="Calibri Light"/>
        </w:rPr>
        <w:t xml:space="preserve"> </w:t>
      </w:r>
      <w:r w:rsidR="009E0912">
        <w:rPr>
          <w:rFonts w:ascii="Calibri Light" w:hAnsi="Calibri Light" w:cs="Calibri Light"/>
        </w:rPr>
        <w:t xml:space="preserve">Plan development, execution and processing feedback </w:t>
      </w:r>
      <w:r w:rsidR="008E73ED">
        <w:rPr>
          <w:rFonts w:ascii="Calibri Light" w:hAnsi="Calibri Light" w:cs="Calibri Light"/>
        </w:rPr>
        <w:t>was addressed on the second weekend</w:t>
      </w:r>
      <w:r w:rsidR="009E0912">
        <w:rPr>
          <w:rFonts w:ascii="Calibri Light" w:hAnsi="Calibri Light" w:cs="Calibri Light"/>
        </w:rPr>
        <w:t>. O</w:t>
      </w:r>
      <w:r w:rsidR="008E73ED">
        <w:rPr>
          <w:rFonts w:ascii="Calibri Light" w:hAnsi="Calibri Light" w:cs="Calibri Light"/>
        </w:rPr>
        <w:t xml:space="preserve">n the third weekend the participants discussed </w:t>
      </w:r>
      <w:r w:rsidR="00E505AE">
        <w:rPr>
          <w:rFonts w:ascii="Calibri Light" w:hAnsi="Calibri Light" w:cs="Calibri Light"/>
        </w:rPr>
        <w:t>the content of the program and follow up steps.</w:t>
      </w:r>
    </w:p>
    <w:p w14:paraId="1593C259" w14:textId="77777777" w:rsidR="00A91A22" w:rsidRDefault="00A91A22" w:rsidP="00E813DE">
      <w:pPr>
        <w:rPr>
          <w:rFonts w:ascii="Calibri Light" w:hAnsi="Calibri Light" w:cs="Calibri Light"/>
        </w:rPr>
      </w:pPr>
    </w:p>
    <w:p w14:paraId="632CC4DB" w14:textId="5FC1FA9F" w:rsidR="00A75597" w:rsidRDefault="007F3267" w:rsidP="00E813DE">
      <w:pPr>
        <w:rPr>
          <w:rFonts w:ascii="Calibri Light" w:hAnsi="Calibri Light" w:cs="Calibri Light"/>
        </w:rPr>
      </w:pPr>
      <w:r w:rsidRPr="007F3267">
        <w:rPr>
          <w:rFonts w:ascii="Calibri Light" w:hAnsi="Calibri Light" w:cs="Calibri Light"/>
        </w:rPr>
        <w:t>Deng, Y., &amp; Yao, X. (2022). Intervening to enhance proactivity for socialization: A longitudinal field experiment. </w:t>
      </w:r>
      <w:r w:rsidRPr="007F3267">
        <w:rPr>
          <w:rFonts w:ascii="Calibri Light" w:hAnsi="Calibri Light" w:cs="Calibri Light"/>
          <w:i/>
          <w:iCs/>
        </w:rPr>
        <w:t>Journal of Vocational Behavior</w:t>
      </w:r>
      <w:r w:rsidRPr="007F3267">
        <w:rPr>
          <w:rFonts w:ascii="Calibri Light" w:hAnsi="Calibri Light" w:cs="Calibri Light"/>
        </w:rPr>
        <w:t>, </w:t>
      </w:r>
      <w:r w:rsidRPr="007F3267">
        <w:rPr>
          <w:rFonts w:ascii="Calibri Light" w:hAnsi="Calibri Light" w:cs="Calibri Light"/>
          <w:i/>
          <w:iCs/>
        </w:rPr>
        <w:t>134</w:t>
      </w:r>
      <w:r w:rsidRPr="007F3267">
        <w:rPr>
          <w:rFonts w:ascii="Calibri Light" w:hAnsi="Calibri Light" w:cs="Calibri Light"/>
        </w:rPr>
        <w:t>, 103690.</w:t>
      </w:r>
    </w:p>
    <w:p w14:paraId="6774C94D" w14:textId="77777777" w:rsidR="003765FB" w:rsidRPr="00FC0E48" w:rsidRDefault="003765FB" w:rsidP="003765FB">
      <w:pPr>
        <w:rPr>
          <w:rFonts w:ascii="Calibri Light" w:hAnsi="Calibri Light" w:cs="Calibri Light"/>
        </w:rPr>
      </w:pPr>
      <w:r w:rsidRPr="00FC0E48">
        <w:rPr>
          <w:rFonts w:ascii="Calibri Light" w:hAnsi="Calibri Light" w:cs="Calibri Light"/>
        </w:rPr>
        <w:t>Morisano, D., Hirsh, J. B., Peterson, J. B., Pihl, R. O., &amp; Shore, B. M. (2010). Setting, elaborating, and reflecting on personal goals improves academic performance. </w:t>
      </w:r>
      <w:r w:rsidRPr="00FC0E48">
        <w:rPr>
          <w:rFonts w:ascii="Calibri Light" w:hAnsi="Calibri Light" w:cs="Calibri Light"/>
          <w:i/>
          <w:iCs/>
        </w:rPr>
        <w:t>Journal of applied psychology</w:t>
      </w:r>
      <w:r w:rsidRPr="00FC0E48">
        <w:rPr>
          <w:rFonts w:ascii="Calibri Light" w:hAnsi="Calibri Light" w:cs="Calibri Light"/>
        </w:rPr>
        <w:t>, </w:t>
      </w:r>
      <w:r w:rsidRPr="00FC0E48">
        <w:rPr>
          <w:rFonts w:ascii="Calibri Light" w:hAnsi="Calibri Light" w:cs="Calibri Light"/>
          <w:i/>
          <w:iCs/>
        </w:rPr>
        <w:t>95</w:t>
      </w:r>
      <w:r w:rsidRPr="00FC0E48">
        <w:rPr>
          <w:rFonts w:ascii="Calibri Light" w:hAnsi="Calibri Light" w:cs="Calibri Light"/>
        </w:rPr>
        <w:t>(2), 255.</w:t>
      </w:r>
    </w:p>
    <w:p w14:paraId="6AE0675A" w14:textId="4BB5DA04" w:rsidR="00A75597" w:rsidRDefault="00A75597" w:rsidP="00E813DE">
      <w:pPr>
        <w:rPr>
          <w:rFonts w:ascii="Calibri Light" w:hAnsi="Calibri Light" w:cs="Calibri Light"/>
        </w:rPr>
      </w:pPr>
      <w:r w:rsidRPr="6718925C">
        <w:rPr>
          <w:rFonts w:ascii="Calibri Light" w:hAnsi="Calibri Light" w:cs="Calibri Light"/>
        </w:rPr>
        <w:t>Novel, F., Ajisuksmo, C. R., &amp; Supriyantini, S. (2019). The influence of processing and regulation of learning on academic achievement amongst first year undergraduate psychology students in University of North Sumatra. </w:t>
      </w:r>
      <w:r w:rsidRPr="6718925C">
        <w:rPr>
          <w:rFonts w:ascii="Calibri Light" w:hAnsi="Calibri Light" w:cs="Calibri Light"/>
          <w:i/>
          <w:iCs/>
        </w:rPr>
        <w:t>Asian Journal of University Education (AJUE)</w:t>
      </w:r>
      <w:r w:rsidRPr="6718925C">
        <w:rPr>
          <w:rFonts w:ascii="Calibri Light" w:hAnsi="Calibri Light" w:cs="Calibri Light"/>
        </w:rPr>
        <w:t>, </w:t>
      </w:r>
      <w:r w:rsidRPr="6718925C">
        <w:rPr>
          <w:rFonts w:ascii="Calibri Light" w:hAnsi="Calibri Light" w:cs="Calibri Light"/>
          <w:i/>
          <w:iCs/>
        </w:rPr>
        <w:t>15</w:t>
      </w:r>
      <w:r w:rsidRPr="6718925C">
        <w:rPr>
          <w:rFonts w:ascii="Calibri Light" w:hAnsi="Calibri Light" w:cs="Calibri Light"/>
        </w:rPr>
        <w:t>(2), 37-51.</w:t>
      </w:r>
    </w:p>
    <w:p w14:paraId="510FB243" w14:textId="5AA8A8CF" w:rsidR="00F35831" w:rsidRDefault="00F35831" w:rsidP="00E813DE">
      <w:pPr>
        <w:rPr>
          <w:rFonts w:ascii="Calibri Light" w:hAnsi="Calibri Light" w:cs="Calibri Light"/>
          <w:lang w:val="en-GB"/>
        </w:rPr>
      </w:pPr>
      <w:r w:rsidRPr="00F35831">
        <w:rPr>
          <w:rFonts w:ascii="Calibri Light" w:hAnsi="Calibri Light" w:cs="Calibri Light"/>
        </w:rPr>
        <w:t>Robbins, S. B., Lauver, K., Le, H., Davis, D., Langley, R., &amp; Carlstrom, A. (2004). Do Psychosocial and Study Skill Factors Predict College Outcomes? A Meta-Analysis. Psychological Bulletin, 130(2), 261–288. https://doi.org/10.1037/0033-2909.130.2.261</w:t>
      </w:r>
    </w:p>
    <w:p w14:paraId="0E6F5AD1" w14:textId="708024DE" w:rsidR="6718925C" w:rsidRDefault="6718925C" w:rsidP="6718925C">
      <w:pPr>
        <w:rPr>
          <w:rFonts w:ascii="Calibri Light" w:hAnsi="Calibri Light" w:cs="Calibri Light"/>
        </w:rPr>
      </w:pPr>
    </w:p>
    <w:p w14:paraId="4CDA22A0" w14:textId="1947EC3F" w:rsidR="721F12DA" w:rsidRDefault="3F36A196" w:rsidP="6718925C">
      <w:r w:rsidRPr="5B074596">
        <w:rPr>
          <w:rFonts w:eastAsia="Calibri" w:cs="Calibri"/>
          <w:b/>
          <w:bCs/>
          <w:color w:val="0F6576"/>
          <w:sz w:val="28"/>
          <w:szCs w:val="28"/>
        </w:rPr>
        <w:t>Appendix A – Use of Gen AI in preparing interventions</w:t>
      </w:r>
    </w:p>
    <w:p w14:paraId="67424B0B" w14:textId="4A0BCE2C" w:rsidR="02F4EE13" w:rsidRDefault="02F4EE13" w:rsidP="5B074596">
      <w:pPr>
        <w:spacing w:before="240" w:after="240"/>
        <w:rPr>
          <w:rFonts w:ascii="Aptos" w:eastAsia="Aptos" w:hAnsi="Aptos" w:cs="Aptos"/>
          <w:color w:val="000000" w:themeColor="text1"/>
        </w:rPr>
      </w:pPr>
      <w:r w:rsidRPr="5B074596">
        <w:rPr>
          <w:rFonts w:ascii="Aptos" w:eastAsia="Aptos" w:hAnsi="Aptos" w:cs="Aptos"/>
          <w:color w:val="000000" w:themeColor="text1"/>
          <w:lang w:val="en-IE"/>
        </w:rPr>
        <w:t>An alternative title for a "Goal Setting and Reflection" lesson plan</w:t>
      </w:r>
    </w:p>
    <w:p w14:paraId="5F67F9BB" w14:textId="23F8EEBB" w:rsidR="02F4EE13" w:rsidRDefault="02F4EE13" w:rsidP="5B074596">
      <w:pPr>
        <w:spacing w:before="210" w:after="210" w:line="300" w:lineRule="auto"/>
        <w:rPr>
          <w:rFonts w:ascii="Segoe UI" w:eastAsia="Segoe UI" w:hAnsi="Segoe UI" w:cs="Segoe UI"/>
          <w:color w:val="000000" w:themeColor="text1"/>
          <w:sz w:val="21"/>
          <w:szCs w:val="21"/>
        </w:rPr>
      </w:pPr>
      <w:r w:rsidRPr="5B074596">
        <w:rPr>
          <w:rFonts w:ascii="Segoe UI" w:eastAsia="Segoe UI" w:hAnsi="Segoe UI" w:cs="Segoe UI"/>
          <w:color w:val="000000" w:themeColor="text1"/>
          <w:sz w:val="21"/>
          <w:szCs w:val="21"/>
          <w:lang w:val="en-IE"/>
        </w:rPr>
        <w:t xml:space="preserve">Here are some alternative titles for a </w:t>
      </w:r>
      <w:r w:rsidRPr="5B074596">
        <w:rPr>
          <w:rFonts w:ascii="Segoe UI" w:eastAsia="Segoe UI" w:hAnsi="Segoe UI" w:cs="Segoe UI"/>
          <w:b/>
          <w:bCs/>
          <w:color w:val="000000" w:themeColor="text1"/>
          <w:sz w:val="21"/>
          <w:szCs w:val="21"/>
          <w:lang w:val="en-IE"/>
        </w:rPr>
        <w:t>"Goal Setting and Reflection"</w:t>
      </w:r>
      <w:r w:rsidRPr="5B074596">
        <w:rPr>
          <w:rFonts w:ascii="Segoe UI" w:eastAsia="Segoe UI" w:hAnsi="Segoe UI" w:cs="Segoe UI"/>
          <w:color w:val="000000" w:themeColor="text1"/>
          <w:sz w:val="21"/>
          <w:szCs w:val="21"/>
          <w:lang w:val="en-IE"/>
        </w:rPr>
        <w:t xml:space="preserve"> lesson plan, depending on the tone and focus you want:</w:t>
      </w:r>
    </w:p>
    <w:p w14:paraId="324E7118" w14:textId="3FF1A29D" w:rsidR="4B873222" w:rsidRDefault="4B873222" w:rsidP="5B074596">
      <w:pPr>
        <w:pStyle w:val="Heading3"/>
        <w:spacing w:before="246" w:after="246" w:line="300" w:lineRule="auto"/>
        <w:rPr>
          <w:rFonts w:ascii="Segoe UI" w:eastAsia="Segoe UI" w:hAnsi="Segoe UI" w:cs="Segoe UI"/>
          <w:b w:val="0"/>
          <w:bCs w:val="0"/>
          <w:color w:val="0F4761"/>
          <w:sz w:val="24"/>
          <w:szCs w:val="24"/>
        </w:rPr>
      </w:pPr>
      <w:r w:rsidRPr="5B074596">
        <w:rPr>
          <w:rFonts w:ascii="Segoe UI" w:eastAsia="Segoe UI" w:hAnsi="Segoe UI" w:cs="Segoe UI"/>
          <w:color w:val="0F4761"/>
          <w:sz w:val="24"/>
          <w:szCs w:val="24"/>
          <w:lang w:val="en-IE"/>
        </w:rPr>
        <w:t>Professional/Academic</w:t>
      </w:r>
    </w:p>
    <w:p w14:paraId="45EDB522" w14:textId="5798A37B"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Setting Goals for Success</w:t>
      </w:r>
    </w:p>
    <w:p w14:paraId="15C2E6F5" w14:textId="78874621"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Planning, Progress, and Reflection</w:t>
      </w:r>
    </w:p>
    <w:p w14:paraId="0EA2215E" w14:textId="2FFB0BA8"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Personal Goal Development</w:t>
      </w:r>
    </w:p>
    <w:p w14:paraId="4C6F006F" w14:textId="71AD9597"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Reflecting and Moving Forward</w:t>
      </w:r>
    </w:p>
    <w:p w14:paraId="03926067" w14:textId="6320C2FD"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Goal Planning and Self-Evaluation</w:t>
      </w:r>
    </w:p>
    <w:p w14:paraId="5B94C04C" w14:textId="2B657F38"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Pathways to Achievement</w:t>
      </w:r>
    </w:p>
    <w:p w14:paraId="2EB364F4" w14:textId="482C7A80" w:rsidR="4B873222" w:rsidRDefault="4B873222" w:rsidP="5B074596">
      <w:pPr>
        <w:pStyle w:val="ListParagraph"/>
        <w:numPr>
          <w:ilvl w:val="0"/>
          <w:numId w:val="4"/>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lastRenderedPageBreak/>
        <w:t>Target Setting and Review</w:t>
      </w:r>
    </w:p>
    <w:p w14:paraId="542A0373" w14:textId="61396B85" w:rsidR="4B873222" w:rsidRDefault="4B873222" w:rsidP="5B074596">
      <w:pPr>
        <w:pStyle w:val="Heading3"/>
        <w:spacing w:before="246" w:after="246" w:line="300" w:lineRule="auto"/>
        <w:rPr>
          <w:rFonts w:ascii="Segoe UI" w:eastAsia="Segoe UI" w:hAnsi="Segoe UI" w:cs="Segoe UI"/>
          <w:b w:val="0"/>
          <w:bCs w:val="0"/>
          <w:color w:val="0F4761"/>
          <w:sz w:val="24"/>
          <w:szCs w:val="24"/>
        </w:rPr>
      </w:pPr>
      <w:r w:rsidRPr="5B074596">
        <w:rPr>
          <w:rFonts w:ascii="Segoe UI" w:eastAsia="Segoe UI" w:hAnsi="Segoe UI" w:cs="Segoe UI"/>
          <w:color w:val="0F4761"/>
          <w:sz w:val="24"/>
          <w:szCs w:val="24"/>
          <w:lang w:val="en-IE"/>
        </w:rPr>
        <w:t>Student-Friendly</w:t>
      </w:r>
    </w:p>
    <w:p w14:paraId="0969BD56" w14:textId="3621FFCB"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Dream It, Plan It, Achieve It</w:t>
      </w:r>
    </w:p>
    <w:p w14:paraId="7421E491" w14:textId="64E99379"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My Goals, My Journey</w:t>
      </w:r>
    </w:p>
    <w:p w14:paraId="7890604F" w14:textId="0C17F779"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Looking Back, Moving Forward</w:t>
      </w:r>
    </w:p>
    <w:p w14:paraId="6C0EAE80" w14:textId="70B4D88A"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Mapping My Success</w:t>
      </w:r>
    </w:p>
    <w:p w14:paraId="28753E76" w14:textId="51963528"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Building My Future</w:t>
      </w:r>
    </w:p>
    <w:p w14:paraId="72CCB636" w14:textId="54B77B57"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Steps Toward Success</w:t>
      </w:r>
    </w:p>
    <w:p w14:paraId="3B206C24" w14:textId="1AB154CA" w:rsidR="4B873222" w:rsidRDefault="4B873222" w:rsidP="5B074596">
      <w:pPr>
        <w:pStyle w:val="ListParagraph"/>
        <w:numPr>
          <w:ilvl w:val="0"/>
          <w:numId w:val="3"/>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Aim, Act, Reflect</w:t>
      </w:r>
    </w:p>
    <w:p w14:paraId="0C20E0D9" w14:textId="3FEEB70D" w:rsidR="4B873222" w:rsidRDefault="4B873222" w:rsidP="5B074596">
      <w:pPr>
        <w:pStyle w:val="Heading3"/>
        <w:spacing w:before="246" w:after="246" w:line="300" w:lineRule="auto"/>
        <w:rPr>
          <w:rFonts w:ascii="Segoe UI" w:eastAsia="Segoe UI" w:hAnsi="Segoe UI" w:cs="Segoe UI"/>
          <w:b w:val="0"/>
          <w:bCs w:val="0"/>
          <w:color w:val="0F4761"/>
          <w:sz w:val="24"/>
          <w:szCs w:val="24"/>
        </w:rPr>
      </w:pPr>
      <w:r w:rsidRPr="5B074596">
        <w:rPr>
          <w:rFonts w:ascii="Segoe UI" w:eastAsia="Segoe UI" w:hAnsi="Segoe UI" w:cs="Segoe UI"/>
          <w:color w:val="0F4761"/>
          <w:sz w:val="24"/>
          <w:szCs w:val="24"/>
          <w:lang w:val="en-IE"/>
        </w:rPr>
        <w:t>Growth Mindset Focus</w:t>
      </w:r>
    </w:p>
    <w:p w14:paraId="2C89079D" w14:textId="1FACDAD5"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Learning from Experience</w:t>
      </w:r>
    </w:p>
    <w:p w14:paraId="376CB2A7" w14:textId="4B04FFC9"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Growth Through Reflection</w:t>
      </w:r>
    </w:p>
    <w:p w14:paraId="2FA2AAD2" w14:textId="45BDB693"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Setting Intentions for Growth</w:t>
      </w:r>
    </w:p>
    <w:p w14:paraId="6C82D3FF" w14:textId="5581A1E1"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Reflect, Refine, Achieve</w:t>
      </w:r>
    </w:p>
    <w:p w14:paraId="1168871A" w14:textId="41473D6A"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Progress over Perfection</w:t>
      </w:r>
    </w:p>
    <w:p w14:paraId="6A938E4F" w14:textId="7ACA542D" w:rsidR="4B873222" w:rsidRDefault="4B873222" w:rsidP="5B074596">
      <w:pPr>
        <w:pStyle w:val="ListParagraph"/>
        <w:numPr>
          <w:ilvl w:val="0"/>
          <w:numId w:val="2"/>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Charting Your Next Steps</w:t>
      </w:r>
    </w:p>
    <w:p w14:paraId="18471130" w14:textId="530BD507" w:rsidR="4B873222" w:rsidRDefault="4B873222" w:rsidP="5B074596">
      <w:pPr>
        <w:pStyle w:val="Heading3"/>
        <w:spacing w:before="246" w:after="246" w:line="300" w:lineRule="auto"/>
        <w:rPr>
          <w:rFonts w:ascii="Segoe UI" w:eastAsia="Segoe UI" w:hAnsi="Segoe UI" w:cs="Segoe UI"/>
          <w:b w:val="0"/>
          <w:bCs w:val="0"/>
          <w:color w:val="0F4761"/>
          <w:sz w:val="24"/>
          <w:szCs w:val="24"/>
        </w:rPr>
      </w:pPr>
      <w:r w:rsidRPr="5B074596">
        <w:rPr>
          <w:rFonts w:ascii="Segoe UI" w:eastAsia="Segoe UI" w:hAnsi="Segoe UI" w:cs="Segoe UI"/>
          <w:color w:val="0F4761"/>
          <w:sz w:val="24"/>
          <w:szCs w:val="24"/>
          <w:lang w:val="en-IE"/>
        </w:rPr>
        <w:t>Career and Personal Development Focus</w:t>
      </w:r>
    </w:p>
    <w:p w14:paraId="432AF41F" w14:textId="278B0EB4"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Creating a Personal Action Plan</w:t>
      </w:r>
    </w:p>
    <w:p w14:paraId="7E2FAF73" w14:textId="3E9B6191"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Future Focus: Goals and Growth</w:t>
      </w:r>
    </w:p>
    <w:p w14:paraId="1B2569A0" w14:textId="30721A9E"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Career Goals and Personal Reflection</w:t>
      </w:r>
    </w:p>
    <w:p w14:paraId="5FBBD682" w14:textId="021E2100"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Planning for Success</w:t>
      </w:r>
    </w:p>
    <w:p w14:paraId="7D672051" w14:textId="37742BAE"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Vision, Goals, and Growth</w:t>
      </w:r>
    </w:p>
    <w:p w14:paraId="379FE0C3" w14:textId="6947A667" w:rsidR="4B873222" w:rsidRDefault="4B873222" w:rsidP="5B074596">
      <w:pPr>
        <w:pStyle w:val="ListParagraph"/>
        <w:numPr>
          <w:ilvl w:val="0"/>
          <w:numId w:val="1"/>
        </w:numPr>
        <w:spacing w:after="0" w:line="300" w:lineRule="auto"/>
        <w:rPr>
          <w:rFonts w:ascii="Segoe UI" w:eastAsia="Segoe UI" w:hAnsi="Segoe UI" w:cs="Segoe UI"/>
          <w:color w:val="000000" w:themeColor="text1"/>
          <w:sz w:val="21"/>
          <w:szCs w:val="21"/>
        </w:rPr>
      </w:pPr>
      <w:r w:rsidRPr="5B074596">
        <w:rPr>
          <w:rFonts w:ascii="Segoe UI" w:eastAsia="Segoe UI" w:hAnsi="Segoe UI" w:cs="Segoe UI"/>
          <w:b/>
          <w:bCs/>
          <w:color w:val="000000" w:themeColor="text1"/>
          <w:sz w:val="21"/>
          <w:szCs w:val="21"/>
          <w:lang w:val="en-IE"/>
        </w:rPr>
        <w:t>Taking Stock and Setting Direction</w:t>
      </w:r>
    </w:p>
    <w:p w14:paraId="23EBEDAB" w14:textId="195E0710" w:rsidR="5B074596" w:rsidRDefault="5B074596" w:rsidP="5B074596">
      <w:pPr>
        <w:rPr>
          <w:rFonts w:ascii="Aptos" w:eastAsia="Aptos" w:hAnsi="Aptos" w:cs="Aptos"/>
          <w:color w:val="000000" w:themeColor="text1"/>
        </w:rPr>
      </w:pPr>
    </w:p>
    <w:p w14:paraId="4A5F0EC8" w14:textId="08361100" w:rsidR="5B074596" w:rsidRDefault="5B074596" w:rsidP="5B074596">
      <w:pPr>
        <w:rPr>
          <w:rFonts w:ascii="Aptos" w:eastAsia="Aptos" w:hAnsi="Aptos" w:cs="Aptos"/>
          <w:color w:val="000000" w:themeColor="text1"/>
        </w:rPr>
      </w:pPr>
    </w:p>
    <w:p w14:paraId="66EB19E2" w14:textId="3ADE481B" w:rsidR="5B074596" w:rsidRDefault="5B074596" w:rsidP="5B074596">
      <w:pPr>
        <w:rPr>
          <w:rFonts w:ascii="Calibri Light" w:hAnsi="Calibri Light" w:cs="Calibri Light"/>
        </w:rPr>
      </w:pPr>
    </w:p>
    <w:sectPr w:rsidR="5B074596"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F10BF" w14:textId="77777777" w:rsidR="006A1ACE" w:rsidRDefault="006A1ACE" w:rsidP="004E0BFC">
      <w:pPr>
        <w:spacing w:after="0" w:line="240" w:lineRule="auto"/>
      </w:pPr>
      <w:r>
        <w:separator/>
      </w:r>
    </w:p>
  </w:endnote>
  <w:endnote w:type="continuationSeparator" w:id="0">
    <w:p w14:paraId="0EFF5FDB" w14:textId="77777777" w:rsidR="006A1ACE" w:rsidRDefault="006A1ACE" w:rsidP="004E0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C2FD" w14:textId="7A3FE159" w:rsidR="00946BBF" w:rsidRDefault="00E21B5A">
    <w:pPr>
      <w:pStyle w:val="Footer"/>
    </w:pPr>
    <w:r w:rsidRPr="00E21B5A">
      <w:t xml:space="preserve">Innovative interventions to improve social &amp; academic integration of STEM university students  © 2026 by In-4-STEM project is licensed under Creative Commons Attribution-NonCommercial-ShareAlike 4.0 International (CC BY-NC-SA 4.0) . To view a copy of this license, visit </w:t>
    </w:r>
    <w:hyperlink r:id="rId1" w:tgtFrame="_blank" w:tooltip="https://creativecommons.org/licenses/by-nc-sa/4.0/" w:history="1">
      <w:r w:rsidRPr="00E21B5A">
        <w:rPr>
          <w:rStyle w:val="Hyperlink"/>
        </w:rPr>
        <w:t>https://creativecommons.org/licenses/by-nc-sa/4.0/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5884E" w14:textId="77777777" w:rsidR="006A1ACE" w:rsidRDefault="006A1ACE" w:rsidP="004E0BFC">
      <w:pPr>
        <w:spacing w:after="0" w:line="240" w:lineRule="auto"/>
      </w:pPr>
      <w:r>
        <w:separator/>
      </w:r>
    </w:p>
  </w:footnote>
  <w:footnote w:type="continuationSeparator" w:id="0">
    <w:p w14:paraId="166F442B" w14:textId="77777777" w:rsidR="006A1ACE" w:rsidRDefault="006A1ACE" w:rsidP="004E0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E329" w14:textId="635E013D" w:rsidR="004E0BFC" w:rsidRPr="004E0BFC" w:rsidRDefault="004E0BFC" w:rsidP="004E0BFC">
    <w:pPr>
      <w:rPr>
        <w:lang w:val="en-GB"/>
      </w:rPr>
    </w:pPr>
    <w:r w:rsidRPr="00ED392D">
      <w:rPr>
        <w:b/>
        <w:noProof/>
        <w:color w:val="0F6576"/>
        <w:sz w:val="40"/>
        <w:szCs w:val="32"/>
      </w:rPr>
      <w:drawing>
        <wp:anchor distT="0" distB="0" distL="114300" distR="114300" simplePos="0" relativeHeight="251658240" behindDoc="0" locked="0" layoutInCell="1" allowOverlap="1" wp14:anchorId="313ACCE3" wp14:editId="1A6E601E">
          <wp:simplePos x="0" y="0"/>
          <wp:positionH relativeFrom="column">
            <wp:posOffset>-767138</wp:posOffset>
          </wp:positionH>
          <wp:positionV relativeFrom="paragraph">
            <wp:posOffset>-91440</wp:posOffset>
          </wp:positionV>
          <wp:extent cx="548640" cy="548640"/>
          <wp:effectExtent l="0" t="0" r="0" b="0"/>
          <wp:wrapThrough wrapText="bothSides">
            <wp:wrapPolygon edited="0">
              <wp:start x="6000" y="0"/>
              <wp:lineTo x="0" y="4000"/>
              <wp:lineTo x="0" y="16500"/>
              <wp:lineTo x="5500" y="21000"/>
              <wp:lineTo x="6000" y="21000"/>
              <wp:lineTo x="15000" y="21000"/>
              <wp:lineTo x="15500" y="21000"/>
              <wp:lineTo x="21000" y="16500"/>
              <wp:lineTo x="21000" y="4000"/>
              <wp:lineTo x="15000" y="0"/>
              <wp:lineTo x="6000" y="0"/>
            </wp:wrapPolygon>
          </wp:wrapThrough>
          <wp:docPr id="2109538620" name="Afbeelding 1" descr="Afbeelding met tekst,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38620" name="Afbeelding 1" descr="Afbeelding met tekst, Graphics, Lettertype, grafische vormgeving&#10;&#10;Door AI gegenereerde inhoud is mogelijk onjuist."/>
                  <pic:cNvPicPr/>
                </pic:nvPicPr>
                <pic:blipFill>
                  <a:blip r:embed="rId1"/>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r w:rsidRPr="00ED392D">
      <w:rPr>
        <w:b/>
        <w:color w:val="0F6576"/>
        <w:sz w:val="40"/>
        <w:szCs w:val="32"/>
      </w:rPr>
      <w:t>Universal Intervention Design Template</w:t>
    </w:r>
    <w:r>
      <w:rPr>
        <w:b/>
        <w:color w:val="0F6576"/>
        <w:sz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4464C5"/>
    <w:multiLevelType w:val="multilevel"/>
    <w:tmpl w:val="4CA2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660AD7"/>
    <w:multiLevelType w:val="hybridMultilevel"/>
    <w:tmpl w:val="9FCE35E4"/>
    <w:lvl w:ilvl="0" w:tplc="BDDA0070">
      <w:start w:val="1"/>
      <w:numFmt w:val="bullet"/>
      <w:lvlText w:val=""/>
      <w:lvlJc w:val="left"/>
      <w:pPr>
        <w:ind w:left="720" w:hanging="360"/>
      </w:pPr>
      <w:rPr>
        <w:rFonts w:ascii="Symbol" w:hAnsi="Symbol" w:hint="default"/>
      </w:rPr>
    </w:lvl>
    <w:lvl w:ilvl="1" w:tplc="382A21EE">
      <w:start w:val="1"/>
      <w:numFmt w:val="bullet"/>
      <w:lvlText w:val="o"/>
      <w:lvlJc w:val="left"/>
      <w:pPr>
        <w:ind w:left="1440" w:hanging="360"/>
      </w:pPr>
      <w:rPr>
        <w:rFonts w:ascii="Courier New" w:hAnsi="Courier New" w:hint="default"/>
      </w:rPr>
    </w:lvl>
    <w:lvl w:ilvl="2" w:tplc="0582C572">
      <w:start w:val="1"/>
      <w:numFmt w:val="bullet"/>
      <w:lvlText w:val=""/>
      <w:lvlJc w:val="left"/>
      <w:pPr>
        <w:ind w:left="2160" w:hanging="360"/>
      </w:pPr>
      <w:rPr>
        <w:rFonts w:ascii="Wingdings" w:hAnsi="Wingdings" w:hint="default"/>
      </w:rPr>
    </w:lvl>
    <w:lvl w:ilvl="3" w:tplc="300ED8B6">
      <w:start w:val="1"/>
      <w:numFmt w:val="bullet"/>
      <w:lvlText w:val=""/>
      <w:lvlJc w:val="left"/>
      <w:pPr>
        <w:ind w:left="2880" w:hanging="360"/>
      </w:pPr>
      <w:rPr>
        <w:rFonts w:ascii="Symbol" w:hAnsi="Symbol" w:hint="default"/>
      </w:rPr>
    </w:lvl>
    <w:lvl w:ilvl="4" w:tplc="7F1E0AC0">
      <w:start w:val="1"/>
      <w:numFmt w:val="bullet"/>
      <w:lvlText w:val="o"/>
      <w:lvlJc w:val="left"/>
      <w:pPr>
        <w:ind w:left="3600" w:hanging="360"/>
      </w:pPr>
      <w:rPr>
        <w:rFonts w:ascii="Courier New" w:hAnsi="Courier New" w:hint="default"/>
      </w:rPr>
    </w:lvl>
    <w:lvl w:ilvl="5" w:tplc="CDE08AA6">
      <w:start w:val="1"/>
      <w:numFmt w:val="bullet"/>
      <w:lvlText w:val=""/>
      <w:lvlJc w:val="left"/>
      <w:pPr>
        <w:ind w:left="4320" w:hanging="360"/>
      </w:pPr>
      <w:rPr>
        <w:rFonts w:ascii="Wingdings" w:hAnsi="Wingdings" w:hint="default"/>
      </w:rPr>
    </w:lvl>
    <w:lvl w:ilvl="6" w:tplc="A1F8215E">
      <w:start w:val="1"/>
      <w:numFmt w:val="bullet"/>
      <w:lvlText w:val=""/>
      <w:lvlJc w:val="left"/>
      <w:pPr>
        <w:ind w:left="5040" w:hanging="360"/>
      </w:pPr>
      <w:rPr>
        <w:rFonts w:ascii="Symbol" w:hAnsi="Symbol" w:hint="default"/>
      </w:rPr>
    </w:lvl>
    <w:lvl w:ilvl="7" w:tplc="60B0C69E">
      <w:start w:val="1"/>
      <w:numFmt w:val="bullet"/>
      <w:lvlText w:val="o"/>
      <w:lvlJc w:val="left"/>
      <w:pPr>
        <w:ind w:left="5760" w:hanging="360"/>
      </w:pPr>
      <w:rPr>
        <w:rFonts w:ascii="Courier New" w:hAnsi="Courier New" w:hint="default"/>
      </w:rPr>
    </w:lvl>
    <w:lvl w:ilvl="8" w:tplc="3FE8274C">
      <w:start w:val="1"/>
      <w:numFmt w:val="bullet"/>
      <w:lvlText w:val=""/>
      <w:lvlJc w:val="left"/>
      <w:pPr>
        <w:ind w:left="6480" w:hanging="360"/>
      </w:pPr>
      <w:rPr>
        <w:rFonts w:ascii="Wingdings" w:hAnsi="Wingdings" w:hint="default"/>
      </w:rPr>
    </w:lvl>
  </w:abstractNum>
  <w:abstractNum w:abstractNumId="11" w15:restartNumberingAfterBreak="0">
    <w:nsid w:val="30BA4320"/>
    <w:multiLevelType w:val="hybridMultilevel"/>
    <w:tmpl w:val="17E04636"/>
    <w:lvl w:ilvl="0" w:tplc="1122AA8A">
      <w:start w:val="1"/>
      <w:numFmt w:val="bullet"/>
      <w:lvlText w:val=""/>
      <w:lvlJc w:val="left"/>
      <w:pPr>
        <w:ind w:left="720" w:hanging="360"/>
      </w:pPr>
      <w:rPr>
        <w:rFonts w:ascii="Symbol" w:hAnsi="Symbol" w:hint="default"/>
      </w:rPr>
    </w:lvl>
    <w:lvl w:ilvl="1" w:tplc="F2B24EB8">
      <w:start w:val="1"/>
      <w:numFmt w:val="bullet"/>
      <w:lvlText w:val="o"/>
      <w:lvlJc w:val="left"/>
      <w:pPr>
        <w:ind w:left="1440" w:hanging="360"/>
      </w:pPr>
      <w:rPr>
        <w:rFonts w:ascii="Courier New" w:hAnsi="Courier New" w:hint="default"/>
      </w:rPr>
    </w:lvl>
    <w:lvl w:ilvl="2" w:tplc="61F0B8F0">
      <w:start w:val="1"/>
      <w:numFmt w:val="bullet"/>
      <w:lvlText w:val=""/>
      <w:lvlJc w:val="left"/>
      <w:pPr>
        <w:ind w:left="2160" w:hanging="360"/>
      </w:pPr>
      <w:rPr>
        <w:rFonts w:ascii="Wingdings" w:hAnsi="Wingdings" w:hint="default"/>
      </w:rPr>
    </w:lvl>
    <w:lvl w:ilvl="3" w:tplc="7346D430">
      <w:start w:val="1"/>
      <w:numFmt w:val="bullet"/>
      <w:lvlText w:val=""/>
      <w:lvlJc w:val="left"/>
      <w:pPr>
        <w:ind w:left="2880" w:hanging="360"/>
      </w:pPr>
      <w:rPr>
        <w:rFonts w:ascii="Symbol" w:hAnsi="Symbol" w:hint="default"/>
      </w:rPr>
    </w:lvl>
    <w:lvl w:ilvl="4" w:tplc="F462F41E">
      <w:start w:val="1"/>
      <w:numFmt w:val="bullet"/>
      <w:lvlText w:val="o"/>
      <w:lvlJc w:val="left"/>
      <w:pPr>
        <w:ind w:left="3600" w:hanging="360"/>
      </w:pPr>
      <w:rPr>
        <w:rFonts w:ascii="Courier New" w:hAnsi="Courier New" w:hint="default"/>
      </w:rPr>
    </w:lvl>
    <w:lvl w:ilvl="5" w:tplc="B3E8474A">
      <w:start w:val="1"/>
      <w:numFmt w:val="bullet"/>
      <w:lvlText w:val=""/>
      <w:lvlJc w:val="left"/>
      <w:pPr>
        <w:ind w:left="4320" w:hanging="360"/>
      </w:pPr>
      <w:rPr>
        <w:rFonts w:ascii="Wingdings" w:hAnsi="Wingdings" w:hint="default"/>
      </w:rPr>
    </w:lvl>
    <w:lvl w:ilvl="6" w:tplc="33883488">
      <w:start w:val="1"/>
      <w:numFmt w:val="bullet"/>
      <w:lvlText w:val=""/>
      <w:lvlJc w:val="left"/>
      <w:pPr>
        <w:ind w:left="5040" w:hanging="360"/>
      </w:pPr>
      <w:rPr>
        <w:rFonts w:ascii="Symbol" w:hAnsi="Symbol" w:hint="default"/>
      </w:rPr>
    </w:lvl>
    <w:lvl w:ilvl="7" w:tplc="98E27BDC">
      <w:start w:val="1"/>
      <w:numFmt w:val="bullet"/>
      <w:lvlText w:val="o"/>
      <w:lvlJc w:val="left"/>
      <w:pPr>
        <w:ind w:left="5760" w:hanging="360"/>
      </w:pPr>
      <w:rPr>
        <w:rFonts w:ascii="Courier New" w:hAnsi="Courier New" w:hint="default"/>
      </w:rPr>
    </w:lvl>
    <w:lvl w:ilvl="8" w:tplc="10AE5CC6">
      <w:start w:val="1"/>
      <w:numFmt w:val="bullet"/>
      <w:lvlText w:val=""/>
      <w:lvlJc w:val="left"/>
      <w:pPr>
        <w:ind w:left="6480" w:hanging="360"/>
      </w:pPr>
      <w:rPr>
        <w:rFonts w:ascii="Wingdings" w:hAnsi="Wingdings" w:hint="default"/>
      </w:rPr>
    </w:lvl>
  </w:abstractNum>
  <w:abstractNum w:abstractNumId="12" w15:restartNumberingAfterBreak="0">
    <w:nsid w:val="322D2EC0"/>
    <w:multiLevelType w:val="multilevel"/>
    <w:tmpl w:val="934E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525D1"/>
    <w:multiLevelType w:val="multilevel"/>
    <w:tmpl w:val="D754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D2EAB"/>
    <w:multiLevelType w:val="multilevel"/>
    <w:tmpl w:val="3BC2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104E1E"/>
    <w:multiLevelType w:val="hybridMultilevel"/>
    <w:tmpl w:val="669AA556"/>
    <w:lvl w:ilvl="0" w:tplc="55F04906">
      <w:start w:val="1"/>
      <w:numFmt w:val="lowerLetter"/>
      <w:lvlText w:val="(%1)"/>
      <w:lvlJc w:val="left"/>
      <w:pPr>
        <w:ind w:left="1440" w:hanging="360"/>
      </w:pPr>
    </w:lvl>
    <w:lvl w:ilvl="1" w:tplc="DF7C1F24">
      <w:start w:val="1"/>
      <w:numFmt w:val="lowerLetter"/>
      <w:lvlText w:val="%2."/>
      <w:lvlJc w:val="left"/>
      <w:pPr>
        <w:ind w:left="2160" w:hanging="360"/>
      </w:pPr>
    </w:lvl>
    <w:lvl w:ilvl="2" w:tplc="FE1AB7FE">
      <w:start w:val="1"/>
      <w:numFmt w:val="lowerRoman"/>
      <w:lvlText w:val="%3."/>
      <w:lvlJc w:val="right"/>
      <w:pPr>
        <w:ind w:left="2880" w:hanging="180"/>
      </w:pPr>
    </w:lvl>
    <w:lvl w:ilvl="3" w:tplc="FB0215D8">
      <w:start w:val="1"/>
      <w:numFmt w:val="decimal"/>
      <w:lvlText w:val="%4."/>
      <w:lvlJc w:val="left"/>
      <w:pPr>
        <w:ind w:left="3600" w:hanging="360"/>
      </w:pPr>
    </w:lvl>
    <w:lvl w:ilvl="4" w:tplc="6AEC56C0">
      <w:start w:val="1"/>
      <w:numFmt w:val="lowerLetter"/>
      <w:lvlText w:val="%5."/>
      <w:lvlJc w:val="left"/>
      <w:pPr>
        <w:ind w:left="4320" w:hanging="360"/>
      </w:pPr>
    </w:lvl>
    <w:lvl w:ilvl="5" w:tplc="79900CDC">
      <w:start w:val="1"/>
      <w:numFmt w:val="lowerRoman"/>
      <w:lvlText w:val="%6."/>
      <w:lvlJc w:val="right"/>
      <w:pPr>
        <w:ind w:left="5040" w:hanging="180"/>
      </w:pPr>
    </w:lvl>
    <w:lvl w:ilvl="6" w:tplc="BA4227AE">
      <w:start w:val="1"/>
      <w:numFmt w:val="decimal"/>
      <w:lvlText w:val="%7."/>
      <w:lvlJc w:val="left"/>
      <w:pPr>
        <w:ind w:left="5760" w:hanging="360"/>
      </w:pPr>
    </w:lvl>
    <w:lvl w:ilvl="7" w:tplc="9D86BA7C">
      <w:start w:val="1"/>
      <w:numFmt w:val="lowerLetter"/>
      <w:lvlText w:val="%8."/>
      <w:lvlJc w:val="left"/>
      <w:pPr>
        <w:ind w:left="6480" w:hanging="360"/>
      </w:pPr>
    </w:lvl>
    <w:lvl w:ilvl="8" w:tplc="CAA00C40">
      <w:start w:val="1"/>
      <w:numFmt w:val="lowerRoman"/>
      <w:lvlText w:val="%9."/>
      <w:lvlJc w:val="right"/>
      <w:pPr>
        <w:ind w:left="7200" w:hanging="180"/>
      </w:pPr>
    </w:lvl>
  </w:abstractNum>
  <w:abstractNum w:abstractNumId="16" w15:restartNumberingAfterBreak="0">
    <w:nsid w:val="58B32618"/>
    <w:multiLevelType w:val="multilevel"/>
    <w:tmpl w:val="644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83468B"/>
    <w:multiLevelType w:val="multilevel"/>
    <w:tmpl w:val="E8EA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200466"/>
    <w:multiLevelType w:val="hybridMultilevel"/>
    <w:tmpl w:val="9490E9D0"/>
    <w:lvl w:ilvl="0" w:tplc="64769F46">
      <w:start w:val="1"/>
      <w:numFmt w:val="bullet"/>
      <w:lvlText w:val=""/>
      <w:lvlJc w:val="left"/>
      <w:pPr>
        <w:ind w:left="720" w:hanging="360"/>
      </w:pPr>
      <w:rPr>
        <w:rFonts w:ascii="Symbol" w:hAnsi="Symbol" w:hint="default"/>
      </w:rPr>
    </w:lvl>
    <w:lvl w:ilvl="1" w:tplc="BA8C1D08">
      <w:start w:val="1"/>
      <w:numFmt w:val="bullet"/>
      <w:lvlText w:val="o"/>
      <w:lvlJc w:val="left"/>
      <w:pPr>
        <w:ind w:left="1440" w:hanging="360"/>
      </w:pPr>
      <w:rPr>
        <w:rFonts w:ascii="Courier New" w:hAnsi="Courier New" w:hint="default"/>
      </w:rPr>
    </w:lvl>
    <w:lvl w:ilvl="2" w:tplc="27703622">
      <w:start w:val="1"/>
      <w:numFmt w:val="bullet"/>
      <w:lvlText w:val=""/>
      <w:lvlJc w:val="left"/>
      <w:pPr>
        <w:ind w:left="2160" w:hanging="360"/>
      </w:pPr>
      <w:rPr>
        <w:rFonts w:ascii="Wingdings" w:hAnsi="Wingdings" w:hint="default"/>
      </w:rPr>
    </w:lvl>
    <w:lvl w:ilvl="3" w:tplc="1CA43F08">
      <w:start w:val="1"/>
      <w:numFmt w:val="bullet"/>
      <w:lvlText w:val=""/>
      <w:lvlJc w:val="left"/>
      <w:pPr>
        <w:ind w:left="2880" w:hanging="360"/>
      </w:pPr>
      <w:rPr>
        <w:rFonts w:ascii="Symbol" w:hAnsi="Symbol" w:hint="default"/>
      </w:rPr>
    </w:lvl>
    <w:lvl w:ilvl="4" w:tplc="A41EBCE4">
      <w:start w:val="1"/>
      <w:numFmt w:val="bullet"/>
      <w:lvlText w:val="o"/>
      <w:lvlJc w:val="left"/>
      <w:pPr>
        <w:ind w:left="3600" w:hanging="360"/>
      </w:pPr>
      <w:rPr>
        <w:rFonts w:ascii="Courier New" w:hAnsi="Courier New" w:hint="default"/>
      </w:rPr>
    </w:lvl>
    <w:lvl w:ilvl="5" w:tplc="01C06F1E">
      <w:start w:val="1"/>
      <w:numFmt w:val="bullet"/>
      <w:lvlText w:val=""/>
      <w:lvlJc w:val="left"/>
      <w:pPr>
        <w:ind w:left="4320" w:hanging="360"/>
      </w:pPr>
      <w:rPr>
        <w:rFonts w:ascii="Wingdings" w:hAnsi="Wingdings" w:hint="default"/>
      </w:rPr>
    </w:lvl>
    <w:lvl w:ilvl="6" w:tplc="367A2E1E">
      <w:start w:val="1"/>
      <w:numFmt w:val="bullet"/>
      <w:lvlText w:val=""/>
      <w:lvlJc w:val="left"/>
      <w:pPr>
        <w:ind w:left="5040" w:hanging="360"/>
      </w:pPr>
      <w:rPr>
        <w:rFonts w:ascii="Symbol" w:hAnsi="Symbol" w:hint="default"/>
      </w:rPr>
    </w:lvl>
    <w:lvl w:ilvl="7" w:tplc="9FCE44EA">
      <w:start w:val="1"/>
      <w:numFmt w:val="bullet"/>
      <w:lvlText w:val="o"/>
      <w:lvlJc w:val="left"/>
      <w:pPr>
        <w:ind w:left="5760" w:hanging="360"/>
      </w:pPr>
      <w:rPr>
        <w:rFonts w:ascii="Courier New" w:hAnsi="Courier New" w:hint="default"/>
      </w:rPr>
    </w:lvl>
    <w:lvl w:ilvl="8" w:tplc="2DAA3DF0">
      <w:start w:val="1"/>
      <w:numFmt w:val="bullet"/>
      <w:lvlText w:val=""/>
      <w:lvlJc w:val="left"/>
      <w:pPr>
        <w:ind w:left="6480" w:hanging="360"/>
      </w:pPr>
      <w:rPr>
        <w:rFonts w:ascii="Wingdings" w:hAnsi="Wingdings" w:hint="default"/>
      </w:rPr>
    </w:lvl>
  </w:abstractNum>
  <w:abstractNum w:abstractNumId="19" w15:restartNumberingAfterBreak="0">
    <w:nsid w:val="6279664E"/>
    <w:multiLevelType w:val="hybridMultilevel"/>
    <w:tmpl w:val="B1BE422C"/>
    <w:lvl w:ilvl="0" w:tplc="0E02E6C2">
      <w:start w:val="1"/>
      <w:numFmt w:val="bullet"/>
      <w:lvlText w:val=""/>
      <w:lvlJc w:val="left"/>
      <w:pPr>
        <w:ind w:left="720" w:hanging="360"/>
      </w:pPr>
      <w:rPr>
        <w:rFonts w:ascii="Symbol" w:hAnsi="Symbol" w:hint="default"/>
      </w:rPr>
    </w:lvl>
    <w:lvl w:ilvl="1" w:tplc="292CFC14">
      <w:start w:val="1"/>
      <w:numFmt w:val="bullet"/>
      <w:lvlText w:val="o"/>
      <w:lvlJc w:val="left"/>
      <w:pPr>
        <w:ind w:left="1440" w:hanging="360"/>
      </w:pPr>
      <w:rPr>
        <w:rFonts w:ascii="Courier New" w:hAnsi="Courier New" w:hint="default"/>
      </w:rPr>
    </w:lvl>
    <w:lvl w:ilvl="2" w:tplc="2AC41230">
      <w:start w:val="1"/>
      <w:numFmt w:val="bullet"/>
      <w:lvlText w:val=""/>
      <w:lvlJc w:val="left"/>
      <w:pPr>
        <w:ind w:left="2160" w:hanging="360"/>
      </w:pPr>
      <w:rPr>
        <w:rFonts w:ascii="Wingdings" w:hAnsi="Wingdings" w:hint="default"/>
      </w:rPr>
    </w:lvl>
    <w:lvl w:ilvl="3" w:tplc="3F1801B8">
      <w:start w:val="1"/>
      <w:numFmt w:val="bullet"/>
      <w:lvlText w:val=""/>
      <w:lvlJc w:val="left"/>
      <w:pPr>
        <w:ind w:left="2880" w:hanging="360"/>
      </w:pPr>
      <w:rPr>
        <w:rFonts w:ascii="Symbol" w:hAnsi="Symbol" w:hint="default"/>
      </w:rPr>
    </w:lvl>
    <w:lvl w:ilvl="4" w:tplc="4B26621E">
      <w:start w:val="1"/>
      <w:numFmt w:val="bullet"/>
      <w:lvlText w:val="o"/>
      <w:lvlJc w:val="left"/>
      <w:pPr>
        <w:ind w:left="3600" w:hanging="360"/>
      </w:pPr>
      <w:rPr>
        <w:rFonts w:ascii="Courier New" w:hAnsi="Courier New" w:hint="default"/>
      </w:rPr>
    </w:lvl>
    <w:lvl w:ilvl="5" w:tplc="72C201F8">
      <w:start w:val="1"/>
      <w:numFmt w:val="bullet"/>
      <w:lvlText w:val=""/>
      <w:lvlJc w:val="left"/>
      <w:pPr>
        <w:ind w:left="4320" w:hanging="360"/>
      </w:pPr>
      <w:rPr>
        <w:rFonts w:ascii="Wingdings" w:hAnsi="Wingdings" w:hint="default"/>
      </w:rPr>
    </w:lvl>
    <w:lvl w:ilvl="6" w:tplc="DAA23148">
      <w:start w:val="1"/>
      <w:numFmt w:val="bullet"/>
      <w:lvlText w:val=""/>
      <w:lvlJc w:val="left"/>
      <w:pPr>
        <w:ind w:left="5040" w:hanging="360"/>
      </w:pPr>
      <w:rPr>
        <w:rFonts w:ascii="Symbol" w:hAnsi="Symbol" w:hint="default"/>
      </w:rPr>
    </w:lvl>
    <w:lvl w:ilvl="7" w:tplc="E0DE472A">
      <w:start w:val="1"/>
      <w:numFmt w:val="bullet"/>
      <w:lvlText w:val="o"/>
      <w:lvlJc w:val="left"/>
      <w:pPr>
        <w:ind w:left="5760" w:hanging="360"/>
      </w:pPr>
      <w:rPr>
        <w:rFonts w:ascii="Courier New" w:hAnsi="Courier New" w:hint="default"/>
      </w:rPr>
    </w:lvl>
    <w:lvl w:ilvl="8" w:tplc="6D04D166">
      <w:start w:val="1"/>
      <w:numFmt w:val="bullet"/>
      <w:lvlText w:val=""/>
      <w:lvlJc w:val="left"/>
      <w:pPr>
        <w:ind w:left="6480" w:hanging="360"/>
      </w:pPr>
      <w:rPr>
        <w:rFonts w:ascii="Wingdings" w:hAnsi="Wingdings" w:hint="default"/>
      </w:rPr>
    </w:lvl>
  </w:abstractNum>
  <w:abstractNum w:abstractNumId="20" w15:restartNumberingAfterBreak="0">
    <w:nsid w:val="65CF7D79"/>
    <w:multiLevelType w:val="multilevel"/>
    <w:tmpl w:val="C3DC7B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1F4E57"/>
    <w:multiLevelType w:val="multilevel"/>
    <w:tmpl w:val="4FC0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F1CC6"/>
    <w:multiLevelType w:val="multilevel"/>
    <w:tmpl w:val="FF24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917741">
    <w:abstractNumId w:val="11"/>
  </w:num>
  <w:num w:numId="2" w16cid:durableId="2071800576">
    <w:abstractNumId w:val="18"/>
  </w:num>
  <w:num w:numId="3" w16cid:durableId="880359213">
    <w:abstractNumId w:val="10"/>
  </w:num>
  <w:num w:numId="4" w16cid:durableId="1404989043">
    <w:abstractNumId w:val="19"/>
  </w:num>
  <w:num w:numId="5" w16cid:durableId="103119230">
    <w:abstractNumId w:val="15"/>
  </w:num>
  <w:num w:numId="6" w16cid:durableId="1088428888">
    <w:abstractNumId w:val="8"/>
  </w:num>
  <w:num w:numId="7" w16cid:durableId="226965356">
    <w:abstractNumId w:val="6"/>
  </w:num>
  <w:num w:numId="8" w16cid:durableId="764375142">
    <w:abstractNumId w:val="5"/>
  </w:num>
  <w:num w:numId="9" w16cid:durableId="716512777">
    <w:abstractNumId w:val="4"/>
  </w:num>
  <w:num w:numId="10" w16cid:durableId="893346457">
    <w:abstractNumId w:val="7"/>
  </w:num>
  <w:num w:numId="11" w16cid:durableId="2135782891">
    <w:abstractNumId w:val="3"/>
  </w:num>
  <w:num w:numId="12" w16cid:durableId="1179125843">
    <w:abstractNumId w:val="2"/>
  </w:num>
  <w:num w:numId="13" w16cid:durableId="135071408">
    <w:abstractNumId w:val="1"/>
  </w:num>
  <w:num w:numId="14" w16cid:durableId="686829638">
    <w:abstractNumId w:val="0"/>
  </w:num>
  <w:num w:numId="15" w16cid:durableId="203370041">
    <w:abstractNumId w:val="17"/>
  </w:num>
  <w:num w:numId="16" w16cid:durableId="1413968173">
    <w:abstractNumId w:val="16"/>
  </w:num>
  <w:num w:numId="17" w16cid:durableId="576015708">
    <w:abstractNumId w:val="13"/>
  </w:num>
  <w:num w:numId="18" w16cid:durableId="1213807085">
    <w:abstractNumId w:val="14"/>
  </w:num>
  <w:num w:numId="19" w16cid:durableId="1404453868">
    <w:abstractNumId w:val="21"/>
  </w:num>
  <w:num w:numId="20" w16cid:durableId="1634749485">
    <w:abstractNumId w:val="9"/>
  </w:num>
  <w:num w:numId="21" w16cid:durableId="20127817">
    <w:abstractNumId w:val="20"/>
  </w:num>
  <w:num w:numId="22" w16cid:durableId="810485871">
    <w:abstractNumId w:val="22"/>
  </w:num>
  <w:num w:numId="23" w16cid:durableId="1257440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40D5"/>
    <w:rsid w:val="000300F6"/>
    <w:rsid w:val="000325DC"/>
    <w:rsid w:val="00034616"/>
    <w:rsid w:val="00037168"/>
    <w:rsid w:val="0005057A"/>
    <w:rsid w:val="0006063C"/>
    <w:rsid w:val="00060EC2"/>
    <w:rsid w:val="00063BA1"/>
    <w:rsid w:val="00066E19"/>
    <w:rsid w:val="000753E6"/>
    <w:rsid w:val="00075580"/>
    <w:rsid w:val="00083682"/>
    <w:rsid w:val="00093888"/>
    <w:rsid w:val="00094C10"/>
    <w:rsid w:val="000A3910"/>
    <w:rsid w:val="000A4688"/>
    <w:rsid w:val="000B4206"/>
    <w:rsid w:val="000E6584"/>
    <w:rsid w:val="000E716D"/>
    <w:rsid w:val="000E7402"/>
    <w:rsid w:val="000F0679"/>
    <w:rsid w:val="00104E08"/>
    <w:rsid w:val="00113BDA"/>
    <w:rsid w:val="001148FD"/>
    <w:rsid w:val="001179B3"/>
    <w:rsid w:val="00126C2A"/>
    <w:rsid w:val="0012776B"/>
    <w:rsid w:val="00136E15"/>
    <w:rsid w:val="00145B45"/>
    <w:rsid w:val="0015074B"/>
    <w:rsid w:val="00166AFF"/>
    <w:rsid w:val="001B4399"/>
    <w:rsid w:val="001C3170"/>
    <w:rsid w:val="001C4490"/>
    <w:rsid w:val="001D0D37"/>
    <w:rsid w:val="001F3580"/>
    <w:rsid w:val="0022749E"/>
    <w:rsid w:val="002335D4"/>
    <w:rsid w:val="00250E9B"/>
    <w:rsid w:val="00292224"/>
    <w:rsid w:val="0029639D"/>
    <w:rsid w:val="0029751F"/>
    <w:rsid w:val="002B3F93"/>
    <w:rsid w:val="002D7124"/>
    <w:rsid w:val="002F2876"/>
    <w:rsid w:val="00300FED"/>
    <w:rsid w:val="00301B6E"/>
    <w:rsid w:val="003043CB"/>
    <w:rsid w:val="00317556"/>
    <w:rsid w:val="00326F90"/>
    <w:rsid w:val="003367CA"/>
    <w:rsid w:val="00357BE5"/>
    <w:rsid w:val="00361A23"/>
    <w:rsid w:val="003656B9"/>
    <w:rsid w:val="00373E3D"/>
    <w:rsid w:val="003765FB"/>
    <w:rsid w:val="00390282"/>
    <w:rsid w:val="003A6011"/>
    <w:rsid w:val="003D384F"/>
    <w:rsid w:val="003E4EE2"/>
    <w:rsid w:val="00407A44"/>
    <w:rsid w:val="00416005"/>
    <w:rsid w:val="00444520"/>
    <w:rsid w:val="004462A9"/>
    <w:rsid w:val="00454A71"/>
    <w:rsid w:val="00456A0B"/>
    <w:rsid w:val="00472B63"/>
    <w:rsid w:val="00497B8F"/>
    <w:rsid w:val="004B2B90"/>
    <w:rsid w:val="004E0BFC"/>
    <w:rsid w:val="004E6BCE"/>
    <w:rsid w:val="004F563D"/>
    <w:rsid w:val="00505CDC"/>
    <w:rsid w:val="00514702"/>
    <w:rsid w:val="005414CD"/>
    <w:rsid w:val="00543B5D"/>
    <w:rsid w:val="00547205"/>
    <w:rsid w:val="00562C99"/>
    <w:rsid w:val="00571F7D"/>
    <w:rsid w:val="0057244D"/>
    <w:rsid w:val="00590643"/>
    <w:rsid w:val="005A1993"/>
    <w:rsid w:val="00600BD0"/>
    <w:rsid w:val="0062506B"/>
    <w:rsid w:val="00632F35"/>
    <w:rsid w:val="00646D48"/>
    <w:rsid w:val="0067654A"/>
    <w:rsid w:val="006A1ACE"/>
    <w:rsid w:val="006B563F"/>
    <w:rsid w:val="006D29FD"/>
    <w:rsid w:val="00721344"/>
    <w:rsid w:val="00755B8D"/>
    <w:rsid w:val="00774190"/>
    <w:rsid w:val="00775CA2"/>
    <w:rsid w:val="007878EC"/>
    <w:rsid w:val="007C10AA"/>
    <w:rsid w:val="007D01F2"/>
    <w:rsid w:val="007E142F"/>
    <w:rsid w:val="007F3267"/>
    <w:rsid w:val="0085435F"/>
    <w:rsid w:val="0086050C"/>
    <w:rsid w:val="0088092D"/>
    <w:rsid w:val="00896312"/>
    <w:rsid w:val="00897833"/>
    <w:rsid w:val="008E0415"/>
    <w:rsid w:val="008E73ED"/>
    <w:rsid w:val="009401E9"/>
    <w:rsid w:val="00946BBF"/>
    <w:rsid w:val="0095131F"/>
    <w:rsid w:val="00980D34"/>
    <w:rsid w:val="009B24E5"/>
    <w:rsid w:val="009B6D17"/>
    <w:rsid w:val="009E0912"/>
    <w:rsid w:val="009E52C3"/>
    <w:rsid w:val="00A36357"/>
    <w:rsid w:val="00A41D30"/>
    <w:rsid w:val="00A53F55"/>
    <w:rsid w:val="00A63FF2"/>
    <w:rsid w:val="00A72973"/>
    <w:rsid w:val="00A73F46"/>
    <w:rsid w:val="00A75597"/>
    <w:rsid w:val="00A87CBA"/>
    <w:rsid w:val="00A91A22"/>
    <w:rsid w:val="00AA1D8D"/>
    <w:rsid w:val="00AC0FB4"/>
    <w:rsid w:val="00AD37CD"/>
    <w:rsid w:val="00AF6E44"/>
    <w:rsid w:val="00B20B89"/>
    <w:rsid w:val="00B3219D"/>
    <w:rsid w:val="00B33831"/>
    <w:rsid w:val="00B4184B"/>
    <w:rsid w:val="00B4222B"/>
    <w:rsid w:val="00B43D14"/>
    <w:rsid w:val="00B43F0C"/>
    <w:rsid w:val="00B47730"/>
    <w:rsid w:val="00B67532"/>
    <w:rsid w:val="00B762A6"/>
    <w:rsid w:val="00BA645E"/>
    <w:rsid w:val="00BB3B85"/>
    <w:rsid w:val="00BC1439"/>
    <w:rsid w:val="00BC14A8"/>
    <w:rsid w:val="00BC2AAF"/>
    <w:rsid w:val="00BE4133"/>
    <w:rsid w:val="00BE59D8"/>
    <w:rsid w:val="00BF7C12"/>
    <w:rsid w:val="00C035C4"/>
    <w:rsid w:val="00C05C8B"/>
    <w:rsid w:val="00C078DA"/>
    <w:rsid w:val="00C75625"/>
    <w:rsid w:val="00CB0664"/>
    <w:rsid w:val="00CC3429"/>
    <w:rsid w:val="00CC376A"/>
    <w:rsid w:val="00CD2024"/>
    <w:rsid w:val="00CD7C73"/>
    <w:rsid w:val="00D03F19"/>
    <w:rsid w:val="00D0404B"/>
    <w:rsid w:val="00D24BA3"/>
    <w:rsid w:val="00D545E9"/>
    <w:rsid w:val="00D85BDC"/>
    <w:rsid w:val="00DB0FB9"/>
    <w:rsid w:val="00DD2264"/>
    <w:rsid w:val="00E03AFB"/>
    <w:rsid w:val="00E21B5A"/>
    <w:rsid w:val="00E32B96"/>
    <w:rsid w:val="00E43699"/>
    <w:rsid w:val="00E505AE"/>
    <w:rsid w:val="00E54CE1"/>
    <w:rsid w:val="00E55E07"/>
    <w:rsid w:val="00E65FE8"/>
    <w:rsid w:val="00E76D0F"/>
    <w:rsid w:val="00E813DE"/>
    <w:rsid w:val="00ED392D"/>
    <w:rsid w:val="00EE5605"/>
    <w:rsid w:val="00F1388C"/>
    <w:rsid w:val="00F16179"/>
    <w:rsid w:val="00F35831"/>
    <w:rsid w:val="00F370E7"/>
    <w:rsid w:val="00F40F37"/>
    <w:rsid w:val="00F70CD5"/>
    <w:rsid w:val="00F82504"/>
    <w:rsid w:val="00FB756F"/>
    <w:rsid w:val="00FC0E48"/>
    <w:rsid w:val="00FC693F"/>
    <w:rsid w:val="00FD3031"/>
    <w:rsid w:val="00FE07D1"/>
    <w:rsid w:val="00FF7A9D"/>
    <w:rsid w:val="0118F6E7"/>
    <w:rsid w:val="02360FC0"/>
    <w:rsid w:val="024DE437"/>
    <w:rsid w:val="0276DF61"/>
    <w:rsid w:val="02F4EE13"/>
    <w:rsid w:val="034E3763"/>
    <w:rsid w:val="0443378B"/>
    <w:rsid w:val="04FF0B25"/>
    <w:rsid w:val="055F2FD2"/>
    <w:rsid w:val="06DB8C5D"/>
    <w:rsid w:val="07F21647"/>
    <w:rsid w:val="089B88EA"/>
    <w:rsid w:val="0995762F"/>
    <w:rsid w:val="0A78C9F9"/>
    <w:rsid w:val="0AB6775F"/>
    <w:rsid w:val="0B5FACEF"/>
    <w:rsid w:val="0BA7E7D3"/>
    <w:rsid w:val="0D2F1D03"/>
    <w:rsid w:val="0EBEE6DD"/>
    <w:rsid w:val="0EE05FAC"/>
    <w:rsid w:val="0F9A7FFB"/>
    <w:rsid w:val="1025F1AF"/>
    <w:rsid w:val="108BFCCD"/>
    <w:rsid w:val="11939C16"/>
    <w:rsid w:val="11A64929"/>
    <w:rsid w:val="124C7894"/>
    <w:rsid w:val="14F454CA"/>
    <w:rsid w:val="155D1BF3"/>
    <w:rsid w:val="168E3B8C"/>
    <w:rsid w:val="17814C07"/>
    <w:rsid w:val="18590F20"/>
    <w:rsid w:val="18BF7E7D"/>
    <w:rsid w:val="1B482B87"/>
    <w:rsid w:val="1CB8002D"/>
    <w:rsid w:val="1CDF1763"/>
    <w:rsid w:val="1D3DF4FE"/>
    <w:rsid w:val="1E3A6967"/>
    <w:rsid w:val="1EAAAAD6"/>
    <w:rsid w:val="1F1F3BE1"/>
    <w:rsid w:val="2126B4A7"/>
    <w:rsid w:val="213E75A0"/>
    <w:rsid w:val="21FB3D4D"/>
    <w:rsid w:val="23D20E29"/>
    <w:rsid w:val="23E8CA02"/>
    <w:rsid w:val="23EDA641"/>
    <w:rsid w:val="25663AED"/>
    <w:rsid w:val="2779F55F"/>
    <w:rsid w:val="27F73CAD"/>
    <w:rsid w:val="28748EB1"/>
    <w:rsid w:val="293DD9F0"/>
    <w:rsid w:val="2A7B19AB"/>
    <w:rsid w:val="2ADB2C16"/>
    <w:rsid w:val="2B71D101"/>
    <w:rsid w:val="2B990F10"/>
    <w:rsid w:val="2BF676C5"/>
    <w:rsid w:val="2C680988"/>
    <w:rsid w:val="2CC46551"/>
    <w:rsid w:val="2D5E4BC6"/>
    <w:rsid w:val="2E64AD6B"/>
    <w:rsid w:val="2F07C855"/>
    <w:rsid w:val="2F7A04A6"/>
    <w:rsid w:val="2FB66F8D"/>
    <w:rsid w:val="30A3C438"/>
    <w:rsid w:val="31954BFB"/>
    <w:rsid w:val="324FA154"/>
    <w:rsid w:val="330F3845"/>
    <w:rsid w:val="33D867F6"/>
    <w:rsid w:val="34D80759"/>
    <w:rsid w:val="3519FFA3"/>
    <w:rsid w:val="357C88E8"/>
    <w:rsid w:val="3580553A"/>
    <w:rsid w:val="388651C2"/>
    <w:rsid w:val="38FD1300"/>
    <w:rsid w:val="39AF69AD"/>
    <w:rsid w:val="3A5ED420"/>
    <w:rsid w:val="3B5BD452"/>
    <w:rsid w:val="3C04100F"/>
    <w:rsid w:val="3DB7CBA4"/>
    <w:rsid w:val="3DE18704"/>
    <w:rsid w:val="3F17D067"/>
    <w:rsid w:val="3F36A196"/>
    <w:rsid w:val="3F6E20D5"/>
    <w:rsid w:val="3F6EC5F5"/>
    <w:rsid w:val="418FC913"/>
    <w:rsid w:val="41E1B06E"/>
    <w:rsid w:val="427A15AB"/>
    <w:rsid w:val="42D5C47C"/>
    <w:rsid w:val="432CB9EB"/>
    <w:rsid w:val="434A6A2C"/>
    <w:rsid w:val="44D1369E"/>
    <w:rsid w:val="45C4D70B"/>
    <w:rsid w:val="45ED203C"/>
    <w:rsid w:val="460B688C"/>
    <w:rsid w:val="4749396A"/>
    <w:rsid w:val="49F7E705"/>
    <w:rsid w:val="4B06EBB0"/>
    <w:rsid w:val="4B873222"/>
    <w:rsid w:val="4BD6AA28"/>
    <w:rsid w:val="4CAFB411"/>
    <w:rsid w:val="4CF508AF"/>
    <w:rsid w:val="4D9C1CAC"/>
    <w:rsid w:val="4E018447"/>
    <w:rsid w:val="4E646C47"/>
    <w:rsid w:val="508D7DE1"/>
    <w:rsid w:val="50CFB4D1"/>
    <w:rsid w:val="529F38EA"/>
    <w:rsid w:val="52EC6B92"/>
    <w:rsid w:val="53E57DBF"/>
    <w:rsid w:val="545877BB"/>
    <w:rsid w:val="54AC1DEF"/>
    <w:rsid w:val="564A2088"/>
    <w:rsid w:val="56588006"/>
    <w:rsid w:val="56CDF15A"/>
    <w:rsid w:val="56D0BB1D"/>
    <w:rsid w:val="578BCC71"/>
    <w:rsid w:val="5815D8CD"/>
    <w:rsid w:val="585AF98B"/>
    <w:rsid w:val="58AD079D"/>
    <w:rsid w:val="58B98B61"/>
    <w:rsid w:val="5AAC6B8B"/>
    <w:rsid w:val="5B074596"/>
    <w:rsid w:val="5B7173AD"/>
    <w:rsid w:val="5BCDFB58"/>
    <w:rsid w:val="5CAC078B"/>
    <w:rsid w:val="5DC8FB06"/>
    <w:rsid w:val="5DE3F11A"/>
    <w:rsid w:val="5ED244E1"/>
    <w:rsid w:val="5EDF43B8"/>
    <w:rsid w:val="5FE90A73"/>
    <w:rsid w:val="6093DE6B"/>
    <w:rsid w:val="61D659D7"/>
    <w:rsid w:val="6269E65B"/>
    <w:rsid w:val="62937A83"/>
    <w:rsid w:val="644AAD47"/>
    <w:rsid w:val="6606D01A"/>
    <w:rsid w:val="6718925C"/>
    <w:rsid w:val="672C63DF"/>
    <w:rsid w:val="6730DDA8"/>
    <w:rsid w:val="67457069"/>
    <w:rsid w:val="68806B7A"/>
    <w:rsid w:val="68E03FF7"/>
    <w:rsid w:val="69249785"/>
    <w:rsid w:val="694B1EA9"/>
    <w:rsid w:val="69F6D5A7"/>
    <w:rsid w:val="6A9A4426"/>
    <w:rsid w:val="6B05B6E6"/>
    <w:rsid w:val="6B14019D"/>
    <w:rsid w:val="6C6250D4"/>
    <w:rsid w:val="6DAAF282"/>
    <w:rsid w:val="6DF5681F"/>
    <w:rsid w:val="6FF8009D"/>
    <w:rsid w:val="721F12DA"/>
    <w:rsid w:val="74DCFF20"/>
    <w:rsid w:val="75509BC4"/>
    <w:rsid w:val="759599B7"/>
    <w:rsid w:val="772F082A"/>
    <w:rsid w:val="77D881E6"/>
    <w:rsid w:val="7894B965"/>
    <w:rsid w:val="78C45FA5"/>
    <w:rsid w:val="7B4EEBE3"/>
    <w:rsid w:val="7C0FABDB"/>
    <w:rsid w:val="7C45A189"/>
    <w:rsid w:val="7DAB43DB"/>
    <w:rsid w:val="7FA43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FB14BF"/>
  <w14:defaultImageDpi w14:val="300"/>
  <w15:docId w15:val="{8671F30C-69AD-3540-8AE5-C81D7C76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5435F"/>
    <w:rPr>
      <w:b/>
      <w:bCs/>
    </w:rPr>
  </w:style>
  <w:style w:type="character" w:customStyle="1" w:styleId="CommentSubjectChar">
    <w:name w:val="Comment Subject Char"/>
    <w:basedOn w:val="CommentTextChar"/>
    <w:link w:val="CommentSubject"/>
    <w:uiPriority w:val="99"/>
    <w:semiHidden/>
    <w:rsid w:val="0085435F"/>
    <w:rPr>
      <w:rFonts w:ascii="Calibri" w:hAnsi="Calibri"/>
      <w:b/>
      <w:bCs/>
      <w:sz w:val="20"/>
      <w:szCs w:val="20"/>
    </w:rPr>
  </w:style>
  <w:style w:type="paragraph" w:styleId="BalloonText">
    <w:name w:val="Balloon Text"/>
    <w:basedOn w:val="Normal"/>
    <w:link w:val="BalloonTextChar"/>
    <w:uiPriority w:val="99"/>
    <w:semiHidden/>
    <w:unhideWhenUsed/>
    <w:rsid w:val="00037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168"/>
    <w:rPr>
      <w:rFonts w:ascii="Segoe UI" w:hAnsi="Segoe UI" w:cs="Segoe UI"/>
      <w:sz w:val="18"/>
      <w:szCs w:val="18"/>
    </w:rPr>
  </w:style>
  <w:style w:type="character" w:styleId="Hyperlink">
    <w:name w:val="Hyperlink"/>
    <w:basedOn w:val="DefaultParagraphFont"/>
    <w:uiPriority w:val="99"/>
    <w:unhideWhenUsed/>
    <w:rsid w:val="61D659D7"/>
    <w:rPr>
      <w:color w:val="0000FF"/>
      <w:u w:val="single"/>
    </w:rPr>
  </w:style>
  <w:style w:type="character" w:styleId="UnresolvedMention">
    <w:name w:val="Unresolved Mention"/>
    <w:basedOn w:val="DefaultParagraphFont"/>
    <w:uiPriority w:val="99"/>
    <w:semiHidden/>
    <w:unhideWhenUsed/>
    <w:rsid w:val="00BC1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188427">
      <w:bodyDiv w:val="1"/>
      <w:marLeft w:val="0"/>
      <w:marRight w:val="0"/>
      <w:marTop w:val="0"/>
      <w:marBottom w:val="0"/>
      <w:divBdr>
        <w:top w:val="none" w:sz="0" w:space="0" w:color="auto"/>
        <w:left w:val="none" w:sz="0" w:space="0" w:color="auto"/>
        <w:bottom w:val="none" w:sz="0" w:space="0" w:color="auto"/>
        <w:right w:val="none" w:sz="0" w:space="0" w:color="auto"/>
      </w:divBdr>
      <w:divsChild>
        <w:div w:id="1830902628">
          <w:marLeft w:val="0"/>
          <w:marRight w:val="0"/>
          <w:marTop w:val="240"/>
          <w:marBottom w:val="240"/>
          <w:divBdr>
            <w:top w:val="none" w:sz="0" w:space="0" w:color="auto"/>
            <w:left w:val="none" w:sz="0" w:space="0" w:color="auto"/>
            <w:bottom w:val="none" w:sz="0" w:space="0" w:color="auto"/>
            <w:right w:val="none" w:sz="0" w:space="0" w:color="auto"/>
          </w:divBdr>
        </w:div>
        <w:div w:id="876351211">
          <w:marLeft w:val="0"/>
          <w:marRight w:val="0"/>
          <w:marTop w:val="240"/>
          <w:marBottom w:val="240"/>
          <w:divBdr>
            <w:top w:val="none" w:sz="0" w:space="0" w:color="auto"/>
            <w:left w:val="none" w:sz="0" w:space="0" w:color="auto"/>
            <w:bottom w:val="none" w:sz="0" w:space="0" w:color="auto"/>
            <w:right w:val="none" w:sz="0" w:space="0" w:color="auto"/>
          </w:divBdr>
        </w:div>
        <w:div w:id="1555237981">
          <w:marLeft w:val="0"/>
          <w:marRight w:val="0"/>
          <w:marTop w:val="240"/>
          <w:marBottom w:val="240"/>
          <w:divBdr>
            <w:top w:val="none" w:sz="0" w:space="0" w:color="auto"/>
            <w:left w:val="none" w:sz="0" w:space="0" w:color="auto"/>
            <w:bottom w:val="none" w:sz="0" w:space="0" w:color="auto"/>
            <w:right w:val="none" w:sz="0" w:space="0" w:color="auto"/>
          </w:divBdr>
        </w:div>
        <w:div w:id="1604536228">
          <w:marLeft w:val="0"/>
          <w:marRight w:val="0"/>
          <w:marTop w:val="240"/>
          <w:marBottom w:val="240"/>
          <w:divBdr>
            <w:top w:val="none" w:sz="0" w:space="0" w:color="auto"/>
            <w:left w:val="none" w:sz="0" w:space="0" w:color="auto"/>
            <w:bottom w:val="none" w:sz="0" w:space="0" w:color="auto"/>
            <w:right w:val="none" w:sz="0" w:space="0" w:color="auto"/>
          </w:divBdr>
        </w:div>
        <w:div w:id="154273444">
          <w:marLeft w:val="0"/>
          <w:marRight w:val="0"/>
          <w:marTop w:val="240"/>
          <w:marBottom w:val="240"/>
          <w:divBdr>
            <w:top w:val="none" w:sz="0" w:space="0" w:color="auto"/>
            <w:left w:val="none" w:sz="0" w:space="0" w:color="auto"/>
            <w:bottom w:val="none" w:sz="0" w:space="0" w:color="auto"/>
            <w:right w:val="none" w:sz="0" w:space="0" w:color="auto"/>
          </w:divBdr>
        </w:div>
        <w:div w:id="1523591253">
          <w:marLeft w:val="0"/>
          <w:marRight w:val="0"/>
          <w:marTop w:val="240"/>
          <w:marBottom w:val="240"/>
          <w:divBdr>
            <w:top w:val="none" w:sz="0" w:space="0" w:color="auto"/>
            <w:left w:val="none" w:sz="0" w:space="0" w:color="auto"/>
            <w:bottom w:val="none" w:sz="0" w:space="0" w:color="auto"/>
            <w:right w:val="none" w:sz="0" w:space="0" w:color="auto"/>
          </w:divBdr>
        </w:div>
        <w:div w:id="1644001060">
          <w:marLeft w:val="0"/>
          <w:marRight w:val="0"/>
          <w:marTop w:val="240"/>
          <w:marBottom w:val="240"/>
          <w:divBdr>
            <w:top w:val="none" w:sz="0" w:space="0" w:color="auto"/>
            <w:left w:val="none" w:sz="0" w:space="0" w:color="auto"/>
            <w:bottom w:val="none" w:sz="0" w:space="0" w:color="auto"/>
            <w:right w:val="none" w:sz="0" w:space="0" w:color="auto"/>
          </w:divBdr>
        </w:div>
        <w:div w:id="1230573373">
          <w:marLeft w:val="0"/>
          <w:marRight w:val="0"/>
          <w:marTop w:val="240"/>
          <w:marBottom w:val="240"/>
          <w:divBdr>
            <w:top w:val="none" w:sz="0" w:space="0" w:color="auto"/>
            <w:left w:val="none" w:sz="0" w:space="0" w:color="auto"/>
            <w:bottom w:val="none" w:sz="0" w:space="0" w:color="auto"/>
            <w:right w:val="none" w:sz="0" w:space="0" w:color="auto"/>
          </w:divBdr>
        </w:div>
      </w:divsChild>
    </w:div>
    <w:div w:id="1616523277">
      <w:bodyDiv w:val="1"/>
      <w:marLeft w:val="0"/>
      <w:marRight w:val="0"/>
      <w:marTop w:val="0"/>
      <w:marBottom w:val="0"/>
      <w:divBdr>
        <w:top w:val="none" w:sz="0" w:space="0" w:color="auto"/>
        <w:left w:val="none" w:sz="0" w:space="0" w:color="auto"/>
        <w:bottom w:val="none" w:sz="0" w:space="0" w:color="auto"/>
        <w:right w:val="none" w:sz="0" w:space="0" w:color="auto"/>
      </w:divBdr>
      <w:divsChild>
        <w:div w:id="2080667302">
          <w:marLeft w:val="0"/>
          <w:marRight w:val="0"/>
          <w:marTop w:val="240"/>
          <w:marBottom w:val="240"/>
          <w:divBdr>
            <w:top w:val="none" w:sz="0" w:space="0" w:color="auto"/>
            <w:left w:val="none" w:sz="0" w:space="0" w:color="auto"/>
            <w:bottom w:val="none" w:sz="0" w:space="0" w:color="auto"/>
            <w:right w:val="none" w:sz="0" w:space="0" w:color="auto"/>
          </w:divBdr>
        </w:div>
        <w:div w:id="1956324396">
          <w:marLeft w:val="0"/>
          <w:marRight w:val="0"/>
          <w:marTop w:val="240"/>
          <w:marBottom w:val="240"/>
          <w:divBdr>
            <w:top w:val="none" w:sz="0" w:space="0" w:color="auto"/>
            <w:left w:val="none" w:sz="0" w:space="0" w:color="auto"/>
            <w:bottom w:val="none" w:sz="0" w:space="0" w:color="auto"/>
            <w:right w:val="none" w:sz="0" w:space="0" w:color="auto"/>
          </w:divBdr>
        </w:div>
        <w:div w:id="801575823">
          <w:marLeft w:val="0"/>
          <w:marRight w:val="0"/>
          <w:marTop w:val="240"/>
          <w:marBottom w:val="240"/>
          <w:divBdr>
            <w:top w:val="none" w:sz="0" w:space="0" w:color="auto"/>
            <w:left w:val="none" w:sz="0" w:space="0" w:color="auto"/>
            <w:bottom w:val="none" w:sz="0" w:space="0" w:color="auto"/>
            <w:right w:val="none" w:sz="0" w:space="0" w:color="auto"/>
          </w:divBdr>
        </w:div>
        <w:div w:id="1605186362">
          <w:marLeft w:val="0"/>
          <w:marRight w:val="0"/>
          <w:marTop w:val="240"/>
          <w:marBottom w:val="240"/>
          <w:divBdr>
            <w:top w:val="none" w:sz="0" w:space="0" w:color="auto"/>
            <w:left w:val="none" w:sz="0" w:space="0" w:color="auto"/>
            <w:bottom w:val="none" w:sz="0" w:space="0" w:color="auto"/>
            <w:right w:val="none" w:sz="0" w:space="0" w:color="auto"/>
          </w:divBdr>
        </w:div>
        <w:div w:id="1222600830">
          <w:marLeft w:val="0"/>
          <w:marRight w:val="0"/>
          <w:marTop w:val="240"/>
          <w:marBottom w:val="240"/>
          <w:divBdr>
            <w:top w:val="none" w:sz="0" w:space="0" w:color="auto"/>
            <w:left w:val="none" w:sz="0" w:space="0" w:color="auto"/>
            <w:bottom w:val="none" w:sz="0" w:space="0" w:color="auto"/>
            <w:right w:val="none" w:sz="0" w:space="0" w:color="auto"/>
          </w:divBdr>
        </w:div>
        <w:div w:id="1634557465">
          <w:marLeft w:val="0"/>
          <w:marRight w:val="0"/>
          <w:marTop w:val="240"/>
          <w:marBottom w:val="240"/>
          <w:divBdr>
            <w:top w:val="none" w:sz="0" w:space="0" w:color="auto"/>
            <w:left w:val="none" w:sz="0" w:space="0" w:color="auto"/>
            <w:bottom w:val="none" w:sz="0" w:space="0" w:color="auto"/>
            <w:right w:val="none" w:sz="0" w:space="0" w:color="auto"/>
          </w:divBdr>
        </w:div>
        <w:div w:id="127943159">
          <w:marLeft w:val="0"/>
          <w:marRight w:val="0"/>
          <w:marTop w:val="240"/>
          <w:marBottom w:val="240"/>
          <w:divBdr>
            <w:top w:val="none" w:sz="0" w:space="0" w:color="auto"/>
            <w:left w:val="none" w:sz="0" w:space="0" w:color="auto"/>
            <w:bottom w:val="none" w:sz="0" w:space="0" w:color="auto"/>
            <w:right w:val="none" w:sz="0" w:space="0" w:color="auto"/>
          </w:divBdr>
        </w:div>
        <w:div w:id="928078153">
          <w:marLeft w:val="0"/>
          <w:marRight w:val="0"/>
          <w:marTop w:val="240"/>
          <w:marBottom w:val="2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stellar.com/blog/goal-setting-activities-games-exercises" TargetMode="External"/><Relationship Id="rId18" Type="http://schemas.openxmlformats.org/officeDocument/2006/relationships/hyperlink" Target="https://fieldreport.caes.uga.edu/publications/C1042/time-management-10-strategies-for-better-time-manageme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kuleuven.sharepoint.com/:p:/r/sites/T0003720/Shared%20Documents/WP3%20Design%20of%20Interventions/Universal%20Interventions/15.%20Goal%20setting%20and%20reflection/Brainstorming%20template.pptx?d=w7b30191d93284555bf6660251657c9ab&amp;csf=1&amp;web=1&amp;e=FrTiGh" TargetMode="External"/><Relationship Id="rId17" Type="http://schemas.openxmlformats.org/officeDocument/2006/relationships/hyperlink" Target="https://www.savethestudent.org/freshers/13-skills-to-help-you-survive-university.html" TargetMode="External"/><Relationship Id="rId2" Type="http://schemas.openxmlformats.org/officeDocument/2006/relationships/customXml" Target="../customXml/item2.xml"/><Relationship Id="rId16" Type="http://schemas.openxmlformats.org/officeDocument/2006/relationships/hyperlink" Target="https://oxfordlearning.com/how-to-study-effectivel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uleuven.sharepoint.com/:p:/r/sites/T0003720/Shared%20Documents/WP3%20Design%20of%20Interventions/Universal%20Interventions/15.%20Goal%20setting%20and%20reflection/Vision%20goals%20and%20growth.pptx?d=w0564416b4a184d3984f93e5a88d0817f&amp;csf=1&amp;web=1&amp;e=BXliOZ" TargetMode="External"/><Relationship Id="rId5" Type="http://schemas.openxmlformats.org/officeDocument/2006/relationships/numbering" Target="numbering.xml"/><Relationship Id="rId15" Type="http://schemas.openxmlformats.org/officeDocument/2006/relationships/hyperlink" Target="https://kuleuven.sharepoint.com/:w:/r/sites/T0003720/Shared%20Documents/WP3%20Design%20of%20Interventions/Universal%20Interventions/7.%20Fuel%20Your%20Future%20with%20Hope/Fuel%20Your%20Future%20With%20Hope%20-%20Universal_Intervention.docx?d=wa675c02272914e95aef2568afb014f75&amp;csf=1&amp;web=1&amp;e=fcfyR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stellar.com/blog/goal-setting-activities-games-exercis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1af3c0-e95f-4e6f-904d-2fc2c00e9c95">
      <Terms xmlns="http://schemas.microsoft.com/office/infopath/2007/PartnerControls"/>
    </lcf76f155ced4ddcb4097134ff3c332f>
    <TaxCatchAll xmlns="fd49e15b-f634-49a3-bcda-8178c74fc0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47B9305936734596E7A22AFD701D2B" ma:contentTypeVersion="12" ma:contentTypeDescription="Create a new document." ma:contentTypeScope="" ma:versionID="635d6659088a29354e9e491f02c6bd86">
  <xsd:schema xmlns:xsd="http://www.w3.org/2001/XMLSchema" xmlns:xs="http://www.w3.org/2001/XMLSchema" xmlns:p="http://schemas.microsoft.com/office/2006/metadata/properties" xmlns:ns2="9f1af3c0-e95f-4e6f-904d-2fc2c00e9c95" xmlns:ns3="fd49e15b-f634-49a3-bcda-8178c74fc018" targetNamespace="http://schemas.microsoft.com/office/2006/metadata/properties" ma:root="true" ma:fieldsID="3739ea963a4c12fcd66a0815cac478a8" ns2:_="" ns3:_="">
    <xsd:import namespace="9f1af3c0-e95f-4e6f-904d-2fc2c00e9c95"/>
    <xsd:import namespace="fd49e15b-f634-49a3-bcda-8178c74fc0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af3c0-e95f-4e6f-904d-2fc2c00e9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b6fc0cd-01fe-45a4-a6f7-42bcc5426b5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49e15b-f634-49a3-bcda-8178c74fc0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750b75-d889-4d7f-98b8-35f33cad547b}" ma:internalName="TaxCatchAll" ma:showField="CatchAllData" ma:web="fd49e15b-f634-49a3-bcda-8178c74fc0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7B72F-F973-4E59-9C62-D8D1318180B9}">
  <ds:schemaRefs>
    <ds:schemaRef ds:uri="http://schemas.microsoft.com/office/2006/metadata/properties"/>
    <ds:schemaRef ds:uri="http://schemas.microsoft.com/office/infopath/2007/PartnerControls"/>
    <ds:schemaRef ds:uri="9f1af3c0-e95f-4e6f-904d-2fc2c00e9c95"/>
    <ds:schemaRef ds:uri="fd49e15b-f634-49a3-bcda-8178c74fc018"/>
  </ds:schemaRefs>
</ds:datastoreItem>
</file>

<file path=customXml/itemProps2.xml><?xml version="1.0" encoding="utf-8"?>
<ds:datastoreItem xmlns:ds="http://schemas.openxmlformats.org/officeDocument/2006/customXml" ds:itemID="{F52DC357-8106-492F-B37C-C3B439DA9317}">
  <ds:schemaRefs>
    <ds:schemaRef ds:uri="http://schemas.microsoft.com/sharepoint/v3/contenttype/forms"/>
  </ds:schemaRefs>
</ds:datastoreItem>
</file>

<file path=customXml/itemProps3.xml><?xml version="1.0" encoding="utf-8"?>
<ds:datastoreItem xmlns:ds="http://schemas.openxmlformats.org/officeDocument/2006/customXml" ds:itemID="{19E05032-DFF9-4F87-9049-B29144604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af3c0-e95f-4e6f-904d-2fc2c00e9c95"/>
    <ds:schemaRef ds:uri="fd49e15b-f634-49a3-bcda-8178c74fc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78E240-C8E4-46D3-892A-0B14E8E373B4}">
  <ds:schemaRefs>
    <ds:schemaRef ds:uri="http://schemas.openxmlformats.org/officeDocument/2006/bibliography"/>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2288</Words>
  <Characters>13047</Characters>
  <Application>Microsoft Office Word</Application>
  <DocSecurity>0</DocSecurity>
  <Lines>108</Lines>
  <Paragraphs>30</Paragraphs>
  <ScaleCrop>false</ScaleCrop>
  <Manager/>
  <Company/>
  <LinksUpToDate>false</LinksUpToDate>
  <CharactersWithSpaces>15305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Ventura-Medina, Esther</cp:lastModifiedBy>
  <cp:revision>4</cp:revision>
  <dcterms:created xsi:type="dcterms:W3CDTF">2026-10-09T09:20:00Z</dcterms:created>
  <dcterms:modified xsi:type="dcterms:W3CDTF">2026-10-10T15:22:00Z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0x0101003B47B9305936734596E7A22AFD701D2B</vt:lpwstr>
  </property>
  <property fmtid="{D5CDD505-2E9C-101B-9397-08002B2CF9AE}" pid="3" name="MediaServiceImageTags">
    <vt:lpwstr/>
  </property>
</Properties>
</file>