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366BA" w14:textId="6FC2EC20" w:rsidR="0086050C" w:rsidRDefault="00A53F55">
      <w:r>
        <w:rPr>
          <w:b/>
          <w:color w:val="0F6576"/>
          <w:sz w:val="28"/>
        </w:rPr>
        <w:t>General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4E0BFC" w14:paraId="56730AF0" w14:textId="77777777" w:rsidTr="0085435F">
        <w:tc>
          <w:tcPr>
            <w:tcW w:w="4316" w:type="dxa"/>
          </w:tcPr>
          <w:p w14:paraId="7878CBD4" w14:textId="0A6F3C62" w:rsidR="004E0BFC" w:rsidRPr="00F61190" w:rsidRDefault="004E0BFC" w:rsidP="004E0BFC">
            <w:pPr>
              <w:rPr>
                <w:rFonts w:ascii="Calibri Light" w:hAnsi="Calibri Light" w:cs="Calibri Light"/>
              </w:rPr>
            </w:pPr>
            <w:r w:rsidRPr="00F61190">
              <w:rPr>
                <w:rFonts w:ascii="Calibri Light" w:hAnsi="Calibri Light" w:cs="Calibri Light"/>
                <w:lang w:val="en-GB"/>
              </w:rPr>
              <w:t>Name or title of activity:</w:t>
            </w:r>
          </w:p>
        </w:tc>
        <w:tc>
          <w:tcPr>
            <w:tcW w:w="4314" w:type="dxa"/>
          </w:tcPr>
          <w:p w14:paraId="155CF442" w14:textId="5B1DE5B9" w:rsidR="00060EC2" w:rsidRPr="00F61190" w:rsidRDefault="00F61190" w:rsidP="004E0BFC">
            <w:pPr>
              <w:rPr>
                <w:rFonts w:ascii="Calibri Light" w:hAnsi="Calibri Light" w:cs="Calibri Light"/>
              </w:rPr>
            </w:pPr>
            <w:r>
              <w:rPr>
                <w:b/>
                <w:color w:val="0F6576"/>
                <w:sz w:val="28"/>
              </w:rPr>
              <w:t>Icebreakers</w:t>
            </w:r>
          </w:p>
          <w:p w14:paraId="4D307130" w14:textId="77777777" w:rsidR="00060EC2" w:rsidRPr="00F61190" w:rsidRDefault="00060EC2" w:rsidP="004E0BFC">
            <w:pPr>
              <w:rPr>
                <w:rFonts w:ascii="Calibri Light" w:hAnsi="Calibri Light" w:cs="Calibri Light"/>
              </w:rPr>
            </w:pPr>
          </w:p>
        </w:tc>
      </w:tr>
      <w:tr w:rsidR="004E0BFC" w14:paraId="7CD968E4" w14:textId="77777777" w:rsidTr="0085435F">
        <w:tc>
          <w:tcPr>
            <w:tcW w:w="4316" w:type="dxa"/>
          </w:tcPr>
          <w:p w14:paraId="1677847D" w14:textId="176D1C96" w:rsidR="004E0BFC" w:rsidRPr="000A3910" w:rsidRDefault="004E0BFC" w:rsidP="004E0BFC">
            <w:pPr>
              <w:rPr>
                <w:rFonts w:ascii="Calibri Light" w:hAnsi="Calibri Light" w:cs="Calibri Light"/>
              </w:rPr>
            </w:pPr>
            <w:r w:rsidRPr="11A64929">
              <w:rPr>
                <w:rFonts w:ascii="Calibri Light" w:hAnsi="Calibri Light" w:cs="Calibri Light"/>
                <w:lang w:val="en-GB"/>
              </w:rPr>
              <w:t xml:space="preserve">Brief </w:t>
            </w:r>
            <w:r w:rsidR="000A3910" w:rsidRPr="11A64929">
              <w:rPr>
                <w:rFonts w:ascii="Calibri Light" w:hAnsi="Calibri Light" w:cs="Calibri Light"/>
                <w:lang w:val="en-GB"/>
              </w:rPr>
              <w:t>d</w:t>
            </w:r>
            <w:r w:rsidRPr="11A64929">
              <w:rPr>
                <w:rFonts w:ascii="Calibri Light" w:hAnsi="Calibri Light" w:cs="Calibri Light"/>
                <w:lang w:val="en-GB"/>
              </w:rPr>
              <w:t>escription</w:t>
            </w:r>
            <w:r w:rsidR="00CD7C73">
              <w:rPr>
                <w:rFonts w:ascii="Calibri Light" w:hAnsi="Calibri Light" w:cs="Calibri Light"/>
                <w:lang w:val="en-GB"/>
              </w:rPr>
              <w:t xml:space="preserve"> (20 words)</w:t>
            </w:r>
            <w:r w:rsidRPr="11A64929">
              <w:rPr>
                <w:rFonts w:ascii="Calibri Light" w:hAnsi="Calibri Light" w:cs="Calibri Light"/>
                <w:lang w:val="en-GB"/>
              </w:rPr>
              <w:t>:</w:t>
            </w:r>
          </w:p>
        </w:tc>
        <w:tc>
          <w:tcPr>
            <w:tcW w:w="4314" w:type="dxa"/>
          </w:tcPr>
          <w:p w14:paraId="14EDCE2A" w14:textId="58D3B127" w:rsidR="004E0BFC" w:rsidRDefault="009C2D6F" w:rsidP="004E0BFC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A series of icebreakers </w:t>
            </w:r>
            <w:r w:rsidR="00031581">
              <w:rPr>
                <w:rFonts w:ascii="Calibri Light" w:hAnsi="Calibri Light" w:cs="Calibri Light"/>
              </w:rPr>
              <w:t xml:space="preserve">for instructors </w:t>
            </w:r>
            <w:r>
              <w:rPr>
                <w:rFonts w:ascii="Calibri Light" w:hAnsi="Calibri Light" w:cs="Calibri Light"/>
              </w:rPr>
              <w:t xml:space="preserve">to choose from in order to </w:t>
            </w:r>
            <w:r w:rsidR="00031581">
              <w:rPr>
                <w:rFonts w:ascii="Calibri Light" w:hAnsi="Calibri Light" w:cs="Calibri Light"/>
              </w:rPr>
              <w:t xml:space="preserve">help students </w:t>
            </w:r>
            <w:r>
              <w:rPr>
                <w:rFonts w:ascii="Calibri Light" w:hAnsi="Calibri Light" w:cs="Calibri Light"/>
              </w:rPr>
              <w:t>establish a first connection.</w:t>
            </w:r>
          </w:p>
          <w:p w14:paraId="02226716" w14:textId="77777777" w:rsidR="009B6D17" w:rsidRPr="000A3910" w:rsidRDefault="009B6D17" w:rsidP="004E0BFC">
            <w:pPr>
              <w:rPr>
                <w:rFonts w:ascii="Calibri Light" w:hAnsi="Calibri Light" w:cs="Calibri Light"/>
              </w:rPr>
            </w:pPr>
          </w:p>
        </w:tc>
      </w:tr>
      <w:tr w:rsidR="004E0BFC" w14:paraId="40B1F3FC" w14:textId="77777777" w:rsidTr="0085435F">
        <w:tc>
          <w:tcPr>
            <w:tcW w:w="4316" w:type="dxa"/>
          </w:tcPr>
          <w:p w14:paraId="3B99F1FC" w14:textId="57BA1203" w:rsidR="004E0BFC" w:rsidRPr="000A3910" w:rsidRDefault="004E0BFC" w:rsidP="004E0BFC">
            <w:pPr>
              <w:rPr>
                <w:rFonts w:ascii="Calibri Light" w:hAnsi="Calibri Light" w:cs="Calibri Light"/>
              </w:rPr>
            </w:pPr>
            <w:r w:rsidRPr="5ED244E1">
              <w:rPr>
                <w:rFonts w:ascii="Calibri Light" w:hAnsi="Calibri Light" w:cs="Calibri Light"/>
              </w:rPr>
              <w:t>Which discipline(s), field(s), or programme(s) does the activity relate to?</w:t>
            </w:r>
          </w:p>
        </w:tc>
        <w:tc>
          <w:tcPr>
            <w:tcW w:w="4314" w:type="dxa"/>
          </w:tcPr>
          <w:p w14:paraId="1A54D88B" w14:textId="2E8AAED3" w:rsidR="004E0BFC" w:rsidRDefault="00DD2264" w:rsidP="004E0BFC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Discipline:</w:t>
            </w:r>
            <w:r w:rsidR="009C2D6F">
              <w:rPr>
                <w:rFonts w:ascii="Calibri Light" w:hAnsi="Calibri Light" w:cs="Calibri Light"/>
              </w:rPr>
              <w:t xml:space="preserve"> Any</w:t>
            </w:r>
          </w:p>
          <w:p w14:paraId="56CC8AB1" w14:textId="54B6D10A" w:rsidR="00DD2264" w:rsidRDefault="00DD2264" w:rsidP="004E0BFC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Field:</w:t>
            </w:r>
            <w:r w:rsidR="009C2D6F">
              <w:rPr>
                <w:rFonts w:ascii="Calibri Light" w:hAnsi="Calibri Light" w:cs="Calibri Light"/>
              </w:rPr>
              <w:t xml:space="preserve"> Any</w:t>
            </w:r>
          </w:p>
          <w:p w14:paraId="00E2A5FC" w14:textId="257B518E" w:rsidR="00DD2264" w:rsidRDefault="00DD2264" w:rsidP="004E0BFC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Programme:</w:t>
            </w:r>
            <w:r w:rsidR="009C2D6F">
              <w:rPr>
                <w:rFonts w:ascii="Calibri Light" w:hAnsi="Calibri Light" w:cs="Calibri Light"/>
              </w:rPr>
              <w:t xml:space="preserve"> Any</w:t>
            </w:r>
          </w:p>
          <w:p w14:paraId="1BE52465" w14:textId="25EA5402" w:rsidR="009B6D17" w:rsidRPr="000A3910" w:rsidRDefault="009B6D17" w:rsidP="004E0BFC">
            <w:pPr>
              <w:rPr>
                <w:rFonts w:ascii="Calibri Light" w:hAnsi="Calibri Light" w:cs="Calibri Light"/>
              </w:rPr>
            </w:pPr>
          </w:p>
        </w:tc>
      </w:tr>
      <w:tr w:rsidR="00031581" w14:paraId="4D550703" w14:textId="77777777" w:rsidTr="0085435F">
        <w:tc>
          <w:tcPr>
            <w:tcW w:w="4316" w:type="dxa"/>
          </w:tcPr>
          <w:p w14:paraId="721357F5" w14:textId="77777777" w:rsidR="00031581" w:rsidRDefault="00031581" w:rsidP="00031581">
            <w:pPr>
              <w:rPr>
                <w:rFonts w:ascii="Calibri Light" w:hAnsi="Calibri Light" w:cs="Calibri Light"/>
                <w:lang w:val="en-GB"/>
              </w:rPr>
            </w:pPr>
            <w:r w:rsidRPr="388651C2">
              <w:rPr>
                <w:rFonts w:ascii="Calibri Light" w:hAnsi="Calibri Light" w:cs="Calibri Light"/>
                <w:lang w:val="en-GB"/>
              </w:rPr>
              <w:t>What type of integration does the activity aim to support:</w:t>
            </w:r>
          </w:p>
          <w:p w14:paraId="39093BD5" w14:textId="77777777" w:rsidR="00031581" w:rsidRDefault="00031581" w:rsidP="00031581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  <w:lang w:val="en-GB"/>
              </w:rPr>
              <w:t>(Titles from Codebook)</w:t>
            </w:r>
          </w:p>
          <w:p w14:paraId="6A4399B0" w14:textId="42F746C1" w:rsidR="00031581" w:rsidRPr="000A3910" w:rsidRDefault="00031581" w:rsidP="00031581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  <w:lang w:val="en-GB"/>
              </w:rPr>
              <w:t>Establishing first connection</w:t>
            </w:r>
          </w:p>
        </w:tc>
        <w:tc>
          <w:tcPr>
            <w:tcW w:w="4314" w:type="dxa"/>
          </w:tcPr>
          <w:p w14:paraId="71D8BA21" w14:textId="2C04E54E" w:rsidR="00031581" w:rsidRDefault="00031581" w:rsidP="00031581">
            <w:pPr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Segoe UI Symbol" w:hAnsi="Segoe UI Symbol" w:cs="Segoe UI Symbol"/>
                <w:b/>
                <w:bCs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1"/>
            <w:r>
              <w:rPr>
                <w:rFonts w:ascii="Segoe UI Symbol" w:hAnsi="Segoe UI Symbol" w:cs="Segoe UI Symbol"/>
                <w:b/>
                <w:bCs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/>
                <w:bCs/>
              </w:rPr>
            </w:r>
            <w:r>
              <w:rPr>
                <w:rFonts w:ascii="Segoe UI Symbol" w:hAnsi="Segoe UI Symbol" w:cs="Segoe UI Symbol"/>
                <w:b/>
                <w:bCs/>
              </w:rPr>
              <w:fldChar w:fldCharType="separate"/>
            </w:r>
            <w:r>
              <w:rPr>
                <w:rFonts w:ascii="Segoe UI Symbol" w:hAnsi="Segoe UI Symbol" w:cs="Segoe UI Symbol"/>
                <w:b/>
                <w:bCs/>
              </w:rPr>
              <w:fldChar w:fldCharType="end"/>
            </w:r>
            <w:bookmarkEnd w:id="0"/>
            <w:r w:rsidRPr="004B1670">
              <w:rPr>
                <w:rFonts w:ascii="Calibri Light" w:hAnsi="Calibri Light" w:cs="Calibri Light"/>
                <w:b/>
                <w:bCs/>
              </w:rPr>
              <w:t xml:space="preserve">Academic Integration </w:t>
            </w:r>
          </w:p>
          <w:p w14:paraId="22696AA4" w14:textId="77777777" w:rsidR="00031581" w:rsidRDefault="00031581" w:rsidP="00031581">
            <w:pPr>
              <w:rPr>
                <w:rFonts w:ascii="Calibri Light" w:hAnsi="Calibri Light" w:cs="Calibri Light"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 w:rsidRPr="004B1670">
              <w:rPr>
                <w:rFonts w:ascii="Calibri Light" w:hAnsi="Calibri Light" w:cs="Calibri Light"/>
              </w:rPr>
              <w:t>Self-regulation</w:t>
            </w:r>
          </w:p>
          <w:p w14:paraId="412CE9B9" w14:textId="67684D5C" w:rsidR="00031581" w:rsidRDefault="00031581" w:rsidP="0003158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Pr="004B1670">
              <w:rPr>
                <w:rFonts w:ascii="Calibri Light" w:hAnsi="Calibri Light" w:cs="Calibri Light"/>
              </w:rPr>
              <w:t>General structure of the semester</w:t>
            </w:r>
          </w:p>
          <w:p w14:paraId="730F375E" w14:textId="77777777" w:rsidR="00031581" w:rsidRDefault="00031581" w:rsidP="00031581">
            <w:pPr>
              <w:rPr>
                <w:rFonts w:ascii="Calibri Light" w:hAnsi="Calibri Light" w:cs="Calibri Light"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 w:rsidRPr="004B1670">
              <w:rPr>
                <w:rFonts w:ascii="Calibri Light" w:hAnsi="Calibri Light" w:cs="Calibri Light"/>
              </w:rPr>
              <w:t>Quantity of work</w:t>
            </w:r>
          </w:p>
          <w:p w14:paraId="29CC1732" w14:textId="77777777" w:rsidR="00031581" w:rsidRDefault="00031581" w:rsidP="00031581">
            <w:pPr>
              <w:rPr>
                <w:rFonts w:ascii="Calibri Light" w:hAnsi="Calibri Light" w:cs="Calibri Light"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 w:rsidRPr="004B1670">
              <w:rPr>
                <w:rFonts w:ascii="Calibri Light" w:hAnsi="Calibri Light" w:cs="Calibri Light"/>
              </w:rPr>
              <w:t>Managing workloads/ different learning approaches.</w:t>
            </w:r>
          </w:p>
          <w:p w14:paraId="15A2B15C" w14:textId="77777777" w:rsidR="00031581" w:rsidRDefault="00031581" w:rsidP="00031581">
            <w:pPr>
              <w:rPr>
                <w:rFonts w:ascii="Calibri Light" w:hAnsi="Calibri Light" w:cs="Calibri Light"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 w:rsidRPr="004B1670">
              <w:rPr>
                <w:rFonts w:ascii="Calibri Light" w:hAnsi="Calibri Light" w:cs="Calibri Light"/>
              </w:rPr>
              <w:t>Committing to the study</w:t>
            </w:r>
          </w:p>
          <w:p w14:paraId="1D7AC1E2" w14:textId="77777777" w:rsidR="00031581" w:rsidRDefault="00031581" w:rsidP="00031581">
            <w:pPr>
              <w:rPr>
                <w:rFonts w:ascii="Calibri Light" w:hAnsi="Calibri Light" w:cs="Calibri Light"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 w:rsidRPr="004B1670">
              <w:rPr>
                <w:rFonts w:ascii="Calibri Light" w:hAnsi="Calibri Light" w:cs="Calibri Light"/>
              </w:rPr>
              <w:t>Processing learning content</w:t>
            </w:r>
          </w:p>
          <w:p w14:paraId="096CBC11" w14:textId="77FC5D9B" w:rsidR="00031581" w:rsidRDefault="00031581" w:rsidP="0003158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Pr="004B1670">
              <w:rPr>
                <w:rFonts w:ascii="Calibri Light" w:hAnsi="Calibri Light" w:cs="Calibri Light"/>
              </w:rPr>
              <w:t>Feeling prepared</w:t>
            </w:r>
          </w:p>
          <w:p w14:paraId="2B779E29" w14:textId="77777777" w:rsidR="00031581" w:rsidRDefault="00031581" w:rsidP="00031581">
            <w:pPr>
              <w:rPr>
                <w:rFonts w:ascii="Calibri Light" w:hAnsi="Calibri Light" w:cs="Calibri Light"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 w:rsidRPr="004B1670">
              <w:rPr>
                <w:rFonts w:ascii="Calibri Light" w:hAnsi="Calibri Light" w:cs="Calibri Light"/>
              </w:rPr>
              <w:t xml:space="preserve">Feeling </w:t>
            </w:r>
            <w:r>
              <w:rPr>
                <w:rFonts w:ascii="Calibri Light" w:hAnsi="Calibri Light" w:cs="Calibri Light"/>
              </w:rPr>
              <w:t>competent</w:t>
            </w:r>
          </w:p>
          <w:p w14:paraId="26FB5766" w14:textId="77777777" w:rsidR="00031581" w:rsidRPr="004B1670" w:rsidRDefault="00031581" w:rsidP="00031581">
            <w:pPr>
              <w:rPr>
                <w:rFonts w:ascii="Calibri Light" w:hAnsi="Calibri Light" w:cs="Calibri Light"/>
                <w:b/>
                <w:bCs/>
              </w:rPr>
            </w:pPr>
          </w:p>
          <w:p w14:paraId="1354A8FE" w14:textId="77777777" w:rsidR="00031581" w:rsidRDefault="00031581" w:rsidP="00031581">
            <w:pPr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Selectievakje2"/>
            <w:r>
              <w:rPr>
                <w:rFonts w:ascii="Calibri Light" w:hAnsi="Calibri Light" w:cs="Calibri Light"/>
                <w:b/>
                <w:bCs/>
              </w:rPr>
              <w:instrText xml:space="preserve"> FORMCHECKBOX </w:instrText>
            </w:r>
            <w:r>
              <w:rPr>
                <w:rFonts w:ascii="Calibri Light" w:hAnsi="Calibri Light" w:cs="Calibri Light"/>
                <w:b/>
                <w:bCs/>
              </w:rPr>
            </w:r>
            <w:r>
              <w:rPr>
                <w:rFonts w:ascii="Calibri Light" w:hAnsi="Calibri Light" w:cs="Calibri Light"/>
                <w:b/>
                <w:bCs/>
              </w:rPr>
              <w:fldChar w:fldCharType="separate"/>
            </w:r>
            <w:r>
              <w:rPr>
                <w:rFonts w:ascii="Calibri Light" w:hAnsi="Calibri Light" w:cs="Calibri Light"/>
                <w:b/>
                <w:bCs/>
              </w:rPr>
              <w:fldChar w:fldCharType="end"/>
            </w:r>
            <w:bookmarkEnd w:id="1"/>
            <w:r w:rsidRPr="004B1670">
              <w:rPr>
                <w:rFonts w:ascii="Calibri Light" w:hAnsi="Calibri Light" w:cs="Calibri Light"/>
                <w:b/>
                <w:bCs/>
              </w:rPr>
              <w:t xml:space="preserve">Social Integration </w:t>
            </w:r>
          </w:p>
          <w:p w14:paraId="31E3CFF2" w14:textId="249DCDD3" w:rsidR="00031581" w:rsidRDefault="00031581" w:rsidP="0003158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Pr="004B1670">
              <w:rPr>
                <w:rFonts w:ascii="Calibri Light" w:hAnsi="Calibri Light" w:cs="Calibri Light"/>
              </w:rPr>
              <w:t>Establishing a first connection</w:t>
            </w:r>
          </w:p>
          <w:p w14:paraId="0BAD4F2F" w14:textId="77777777" w:rsidR="00031581" w:rsidRPr="004B1670" w:rsidRDefault="00031581" w:rsidP="00031581">
            <w:pPr>
              <w:rPr>
                <w:rFonts w:ascii="Calibri Light" w:hAnsi="Calibri Light" w:cs="Calibri Light"/>
                <w:b/>
                <w:bCs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 w:rsidRPr="004B1670">
              <w:rPr>
                <w:rFonts w:ascii="Calibri Light" w:hAnsi="Calibri Light" w:cs="Calibri Light"/>
              </w:rPr>
              <w:t>Establishing a deeper connection</w:t>
            </w:r>
          </w:p>
          <w:p w14:paraId="12C37081" w14:textId="77777777" w:rsidR="00031581" w:rsidRPr="00B33831" w:rsidRDefault="00031581" w:rsidP="0003158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Pr="00B33831">
              <w:rPr>
                <w:rFonts w:ascii="Calibri Light" w:hAnsi="Calibri Light" w:cs="Calibri Light"/>
              </w:rPr>
              <w:t xml:space="preserve">Practical Aspects of Student Life </w:t>
            </w:r>
          </w:p>
          <w:p w14:paraId="6EBFC1B4" w14:textId="69E06BDD" w:rsidR="00031581" w:rsidRDefault="00031581" w:rsidP="0003158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Pr="00B33831">
              <w:rPr>
                <w:rFonts w:ascii="Calibri Light" w:hAnsi="Calibri Light" w:cs="Calibri Light"/>
              </w:rPr>
              <w:t>Managing Institutional</w:t>
            </w:r>
            <w:r>
              <w:rPr>
                <w:rFonts w:ascii="Calibri Light" w:hAnsi="Calibri Light" w:cs="Calibri Light"/>
              </w:rPr>
              <w:t xml:space="preserve"> Communication</w:t>
            </w:r>
          </w:p>
          <w:p w14:paraId="4D77031C" w14:textId="546E9AF7" w:rsidR="00031581" w:rsidRPr="00472B63" w:rsidRDefault="00031581" w:rsidP="0003158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Campus Facilities</w:t>
            </w:r>
            <w:r w:rsidRPr="00472B63">
              <w:rPr>
                <w:rFonts w:ascii="Calibri Light" w:hAnsi="Calibri Light" w:cs="Calibri Light"/>
              </w:rPr>
              <w:t xml:space="preserve"> </w:t>
            </w:r>
          </w:p>
          <w:p w14:paraId="69BF3897" w14:textId="77777777" w:rsidR="00031581" w:rsidRDefault="00031581" w:rsidP="0003158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Selectievakje3"/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bookmarkEnd w:id="2"/>
            <w:r>
              <w:rPr>
                <w:rFonts w:ascii="Calibri Light" w:hAnsi="Calibri Light" w:cs="Calibri Light"/>
              </w:rPr>
              <w:t>Managing Life</w:t>
            </w:r>
          </w:p>
          <w:p w14:paraId="67EAD684" w14:textId="77777777" w:rsidR="00031581" w:rsidRDefault="00031581" w:rsidP="0003158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Balancing free time and academic life</w:t>
            </w:r>
          </w:p>
          <w:p w14:paraId="373461BE" w14:textId="77777777" w:rsidR="00031581" w:rsidRPr="00472B63" w:rsidRDefault="00031581" w:rsidP="0003158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Environmental Adaptation</w:t>
            </w:r>
            <w:r w:rsidRPr="00472B63">
              <w:rPr>
                <w:rFonts w:ascii="Calibri Light" w:hAnsi="Calibri Light" w:cs="Calibri Light"/>
              </w:rPr>
              <w:t xml:space="preserve"> </w:t>
            </w:r>
          </w:p>
          <w:p w14:paraId="6F967D0E" w14:textId="77777777" w:rsidR="00031581" w:rsidRDefault="00031581" w:rsidP="00031581">
            <w:pPr>
              <w:rPr>
                <w:rFonts w:ascii="Calibri Light" w:hAnsi="Calibri Light" w:cs="Calibri Light"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Academic Freedom</w:t>
            </w:r>
          </w:p>
          <w:p w14:paraId="7B48636A" w14:textId="2BA71752" w:rsidR="00031581" w:rsidRPr="00472B63" w:rsidRDefault="00031581" w:rsidP="0003158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Perceived Academic Support</w:t>
            </w:r>
            <w:r w:rsidRPr="00472B63">
              <w:rPr>
                <w:rFonts w:ascii="Calibri Light" w:hAnsi="Calibri Light" w:cs="Calibri Light"/>
              </w:rPr>
              <w:t xml:space="preserve"> </w:t>
            </w:r>
          </w:p>
          <w:p w14:paraId="231AD7EA" w14:textId="4C92411A" w:rsidR="00031581" w:rsidRPr="00472B63" w:rsidRDefault="00031581" w:rsidP="0003158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Perceived Social Support</w:t>
            </w:r>
            <w:r w:rsidRPr="00472B63">
              <w:rPr>
                <w:rFonts w:ascii="Calibri Light" w:hAnsi="Calibri Light" w:cs="Calibri Light"/>
              </w:rPr>
              <w:t xml:space="preserve"> </w:t>
            </w:r>
          </w:p>
          <w:p w14:paraId="57D9EFF7" w14:textId="79CC9960" w:rsidR="00031581" w:rsidRDefault="00031581" w:rsidP="0003158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Sense of Belonging</w:t>
            </w:r>
            <w:r w:rsidRPr="00472B63">
              <w:rPr>
                <w:rFonts w:ascii="Calibri Light" w:hAnsi="Calibri Light" w:cs="Calibri Light"/>
              </w:rPr>
              <w:t xml:space="preserve"> </w:t>
            </w:r>
          </w:p>
          <w:p w14:paraId="5ED7CD44" w14:textId="72F79B25" w:rsidR="00031581" w:rsidRPr="00472B63" w:rsidRDefault="00031581" w:rsidP="0003158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Mental w</w:t>
            </w:r>
            <w:r w:rsidRPr="00472B63">
              <w:rPr>
                <w:rFonts w:ascii="Calibri Light" w:hAnsi="Calibri Light" w:cs="Calibri Light"/>
              </w:rPr>
              <w:t xml:space="preserve">ell-being </w:t>
            </w:r>
          </w:p>
          <w:p w14:paraId="3E6BEC4C" w14:textId="17EA912F" w:rsidR="00031581" w:rsidRPr="000A3910" w:rsidRDefault="00031581" w:rsidP="00031581">
            <w:pPr>
              <w:rPr>
                <w:rFonts w:ascii="Calibri Light" w:hAnsi="Calibri Light" w:cs="Calibri Light"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Disability</w:t>
            </w:r>
            <w:r w:rsidRPr="00472B63">
              <w:rPr>
                <w:rFonts w:ascii="Calibri Light" w:hAnsi="Calibri Light" w:cs="Calibri Light"/>
              </w:rPr>
              <w:t xml:space="preserve"> </w:t>
            </w:r>
          </w:p>
        </w:tc>
      </w:tr>
      <w:tr w:rsidR="00031581" w14:paraId="227157E4" w14:textId="77777777" w:rsidTr="0085435F">
        <w:tc>
          <w:tcPr>
            <w:tcW w:w="4316" w:type="dxa"/>
          </w:tcPr>
          <w:p w14:paraId="12FF0BCB" w14:textId="77777777" w:rsidR="00031581" w:rsidRDefault="00031581" w:rsidP="00031581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  <w:lang w:val="en-GB"/>
              </w:rPr>
              <w:t>What type of intervention is it:</w:t>
            </w:r>
          </w:p>
          <w:p w14:paraId="1165872B" w14:textId="7A71EEE5" w:rsidR="00031581" w:rsidRPr="5ED244E1" w:rsidRDefault="00031581" w:rsidP="00031581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  <w:lang w:val="en-GB"/>
              </w:rPr>
              <w:t xml:space="preserve">(From Literature Review) </w:t>
            </w:r>
          </w:p>
        </w:tc>
        <w:tc>
          <w:tcPr>
            <w:tcW w:w="4314" w:type="dxa"/>
          </w:tcPr>
          <w:p w14:paraId="6DC7EF5B" w14:textId="58D9273F" w:rsidR="00031581" w:rsidRPr="00B33831" w:rsidRDefault="00031581" w:rsidP="0003158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Pr="00456A0B">
              <w:rPr>
                <w:rFonts w:ascii="Calibri Light" w:hAnsi="Calibri Light" w:cs="Calibri Light"/>
              </w:rPr>
              <w:t>Micro intervention</w:t>
            </w:r>
            <w:r w:rsidRPr="00B33831">
              <w:rPr>
                <w:rFonts w:ascii="Calibri Light" w:hAnsi="Calibri Light" w:cs="Calibri Light"/>
              </w:rPr>
              <w:t xml:space="preserve"> </w:t>
            </w:r>
          </w:p>
          <w:p w14:paraId="2A36767D" w14:textId="709A3207" w:rsidR="00031581" w:rsidRPr="00B33831" w:rsidRDefault="00031581" w:rsidP="00031581">
            <w:pPr>
              <w:rPr>
                <w:rFonts w:ascii="Calibri Light" w:hAnsi="Calibri Light" w:cs="Calibri Light"/>
              </w:rPr>
            </w:pPr>
            <w:r w:rsidRPr="00B33831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3831">
              <w:rPr>
                <w:rFonts w:ascii="Calibri Light" w:hAnsi="Calibri Light" w:cs="Calibri Light"/>
              </w:rPr>
              <w:instrText xml:space="preserve"> FORMCHECKBOX </w:instrText>
            </w:r>
            <w:r w:rsidRPr="00B33831">
              <w:rPr>
                <w:rFonts w:ascii="Calibri Light" w:hAnsi="Calibri Light" w:cs="Calibri Light"/>
              </w:rPr>
            </w:r>
            <w:r w:rsidRPr="00B33831">
              <w:rPr>
                <w:rFonts w:ascii="Calibri Light" w:hAnsi="Calibri Light" w:cs="Calibri Light"/>
              </w:rPr>
              <w:fldChar w:fldCharType="separate"/>
            </w:r>
            <w:r w:rsidRPr="00B33831"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Course and Teaching Strategies</w:t>
            </w:r>
            <w:r w:rsidRPr="00B33831">
              <w:rPr>
                <w:rFonts w:ascii="Calibri Light" w:hAnsi="Calibri Light" w:cs="Calibri Light"/>
              </w:rPr>
              <w:t xml:space="preserve"> </w:t>
            </w:r>
          </w:p>
          <w:p w14:paraId="05BCDBE6" w14:textId="4A613109" w:rsidR="00031581" w:rsidRDefault="00031581" w:rsidP="00031581">
            <w:pPr>
              <w:rPr>
                <w:rFonts w:ascii="Calibri Light" w:hAnsi="Calibri Light" w:cs="Calibri Light"/>
              </w:rPr>
            </w:pPr>
            <w:r w:rsidRPr="00B33831"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3831">
              <w:rPr>
                <w:rFonts w:ascii="Calibri Light" w:hAnsi="Calibri Light" w:cs="Calibri Light"/>
              </w:rPr>
              <w:instrText xml:space="preserve"> FORMCHECKBOX </w:instrText>
            </w:r>
            <w:r w:rsidRPr="00B33831">
              <w:rPr>
                <w:rFonts w:ascii="Calibri Light" w:hAnsi="Calibri Light" w:cs="Calibri Light"/>
              </w:rPr>
            </w:r>
            <w:r w:rsidRPr="00B33831">
              <w:rPr>
                <w:rFonts w:ascii="Calibri Light" w:hAnsi="Calibri Light" w:cs="Calibri Light"/>
              </w:rPr>
              <w:fldChar w:fldCharType="separate"/>
            </w:r>
            <w:r w:rsidRPr="00B33831"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 xml:space="preserve">Gamification and Technology </w:t>
            </w:r>
          </w:p>
          <w:p w14:paraId="394CA74D" w14:textId="3E026699" w:rsidR="00031581" w:rsidRPr="00472B63" w:rsidRDefault="00031581" w:rsidP="00031581">
            <w:pPr>
              <w:rPr>
                <w:rFonts w:ascii="Calibri Light" w:hAnsi="Calibri Light" w:cs="Calibri Light"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Installing Learning Communities</w:t>
            </w:r>
          </w:p>
          <w:p w14:paraId="4CBAF6E9" w14:textId="767CADB4" w:rsidR="00031581" w:rsidRDefault="00031581" w:rsidP="00031581">
            <w:pPr>
              <w:rPr>
                <w:rFonts w:ascii="Calibri Light" w:hAnsi="Calibri Light" w:cs="Calibri Light"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Social Support and Mentoring</w:t>
            </w:r>
          </w:p>
          <w:p w14:paraId="3B9F1C7D" w14:textId="13A2D86E" w:rsidR="00031581" w:rsidRPr="00472B63" w:rsidRDefault="00031581" w:rsidP="00031581">
            <w:pPr>
              <w:rPr>
                <w:rFonts w:ascii="Calibri Light" w:hAnsi="Calibri Light" w:cs="Calibri Light"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Summer School</w:t>
            </w:r>
          </w:p>
          <w:p w14:paraId="6214CB10" w14:textId="0FC91157" w:rsidR="00031581" w:rsidRDefault="00031581" w:rsidP="00031581">
            <w:pPr>
              <w:rPr>
                <w:rFonts w:ascii="Calibri Light" w:hAnsi="Calibri Light" w:cs="Calibri Light"/>
              </w:rPr>
            </w:pPr>
            <w:r w:rsidRPr="00472B63">
              <w:rPr>
                <w:rFonts w:ascii="Calibri Light" w:hAnsi="Calibri Light" w:cs="Calibri Light"/>
              </w:rPr>
              <w:lastRenderedPageBreak/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Mindset</w:t>
            </w:r>
          </w:p>
          <w:p w14:paraId="52BF14FB" w14:textId="52D3FC0E" w:rsidR="00031581" w:rsidRPr="00472B63" w:rsidRDefault="00031581" w:rsidP="00031581">
            <w:pPr>
              <w:rPr>
                <w:rFonts w:ascii="Calibri Light" w:hAnsi="Calibri Light" w:cs="Calibri Light"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Orientation Program</w:t>
            </w:r>
            <w:r w:rsidRPr="00472B63">
              <w:rPr>
                <w:rFonts w:ascii="Calibri Light" w:hAnsi="Calibri Light" w:cs="Calibri Light"/>
              </w:rPr>
              <w:t xml:space="preserve"> </w:t>
            </w:r>
          </w:p>
          <w:p w14:paraId="7EFF47C5" w14:textId="3779BF94" w:rsidR="00031581" w:rsidRPr="000A3910" w:rsidRDefault="00031581" w:rsidP="00031581">
            <w:pPr>
              <w:rPr>
                <w:rFonts w:ascii="Calibri Light" w:hAnsi="Calibri Light" w:cs="Calibri Light"/>
              </w:rPr>
            </w:pPr>
          </w:p>
        </w:tc>
      </w:tr>
      <w:tr w:rsidR="00031581" w14:paraId="61B19491" w14:textId="77777777" w:rsidTr="0085435F">
        <w:tc>
          <w:tcPr>
            <w:tcW w:w="4316" w:type="dxa"/>
          </w:tcPr>
          <w:p w14:paraId="4DF9FE37" w14:textId="54CA13BE" w:rsidR="00031581" w:rsidRPr="000A3910" w:rsidRDefault="00031581" w:rsidP="00031581">
            <w:pPr>
              <w:rPr>
                <w:rFonts w:ascii="Calibri Light" w:hAnsi="Calibri Light" w:cs="Calibri Light"/>
              </w:rPr>
            </w:pPr>
            <w:r w:rsidRPr="5ED244E1">
              <w:rPr>
                <w:rFonts w:ascii="Calibri Light" w:hAnsi="Calibri Light" w:cs="Calibri Light"/>
                <w:lang w:val="en-GB"/>
              </w:rPr>
              <w:lastRenderedPageBreak/>
              <w:t>Target audience:</w:t>
            </w:r>
          </w:p>
        </w:tc>
        <w:tc>
          <w:tcPr>
            <w:tcW w:w="4314" w:type="dxa"/>
          </w:tcPr>
          <w:p w14:paraId="449FC377" w14:textId="55411F15" w:rsidR="00031581" w:rsidRDefault="00031581" w:rsidP="0003158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All first years</w:t>
            </w:r>
          </w:p>
          <w:p w14:paraId="5A4B37BB" w14:textId="77777777" w:rsidR="00031581" w:rsidRDefault="00031581" w:rsidP="00031581">
            <w:pPr>
              <w:rPr>
                <w:rFonts w:ascii="Calibri Light" w:hAnsi="Calibri Light" w:cs="Calibri Light"/>
              </w:rPr>
            </w:pPr>
          </w:p>
          <w:p w14:paraId="0A9A6F6E" w14:textId="77777777" w:rsidR="00031581" w:rsidRPr="000A3910" w:rsidRDefault="00031581" w:rsidP="00031581">
            <w:pPr>
              <w:rPr>
                <w:rFonts w:ascii="Calibri Light" w:hAnsi="Calibri Light" w:cs="Calibri Light"/>
              </w:rPr>
            </w:pPr>
          </w:p>
        </w:tc>
      </w:tr>
      <w:tr w:rsidR="00031581" w14:paraId="4D0018EE" w14:textId="77777777" w:rsidTr="0085435F">
        <w:tc>
          <w:tcPr>
            <w:tcW w:w="4316" w:type="dxa"/>
          </w:tcPr>
          <w:p w14:paraId="749D750F" w14:textId="0DA2FE28" w:rsidR="00031581" w:rsidRPr="000A3910" w:rsidRDefault="00031581" w:rsidP="00031581">
            <w:pPr>
              <w:rPr>
                <w:rFonts w:ascii="Calibri Light" w:hAnsi="Calibri Light" w:cs="Calibri Light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Number of students:</w:t>
            </w:r>
          </w:p>
        </w:tc>
        <w:tc>
          <w:tcPr>
            <w:tcW w:w="4314" w:type="dxa"/>
          </w:tcPr>
          <w:p w14:paraId="52C76708" w14:textId="2AC14476" w:rsidR="00031581" w:rsidRDefault="00031581" w:rsidP="0003158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Large group</w:t>
            </w:r>
          </w:p>
          <w:p w14:paraId="1547794F" w14:textId="77777777" w:rsidR="00031581" w:rsidRDefault="00031581" w:rsidP="00031581">
            <w:pPr>
              <w:rPr>
                <w:rFonts w:ascii="Calibri Light" w:hAnsi="Calibri Light" w:cs="Calibri Light"/>
              </w:rPr>
            </w:pPr>
          </w:p>
          <w:p w14:paraId="01A3DA23" w14:textId="77777777" w:rsidR="00031581" w:rsidRDefault="00031581" w:rsidP="00031581">
            <w:pPr>
              <w:rPr>
                <w:rFonts w:ascii="Calibri Light" w:hAnsi="Calibri Light" w:cs="Calibri Light"/>
              </w:rPr>
            </w:pPr>
          </w:p>
          <w:p w14:paraId="57A0C05A" w14:textId="77777777" w:rsidR="00031581" w:rsidRPr="000A3910" w:rsidRDefault="00031581" w:rsidP="00031581">
            <w:pPr>
              <w:rPr>
                <w:rFonts w:ascii="Calibri Light" w:hAnsi="Calibri Light" w:cs="Calibri Light"/>
              </w:rPr>
            </w:pPr>
          </w:p>
        </w:tc>
      </w:tr>
    </w:tbl>
    <w:p w14:paraId="06E99092" w14:textId="7C5FE61E" w:rsidR="0086050C" w:rsidRDefault="004E0BFC">
      <w:r>
        <w:rPr>
          <w:b/>
          <w:color w:val="0F6576"/>
          <w:sz w:val="28"/>
        </w:rPr>
        <w:t>Objectives &amp; Focus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4E0BFC" w14:paraId="2FA73CC9" w14:textId="77777777" w:rsidTr="009B6D17">
        <w:tc>
          <w:tcPr>
            <w:tcW w:w="4315" w:type="dxa"/>
          </w:tcPr>
          <w:p w14:paraId="495BEB2F" w14:textId="589B6DAF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What type of activity is it?</w:t>
            </w:r>
          </w:p>
        </w:tc>
        <w:tc>
          <w:tcPr>
            <w:tcW w:w="4315" w:type="dxa"/>
          </w:tcPr>
          <w:p w14:paraId="665A421D" w14:textId="0C22372C" w:rsidR="004E0BFC" w:rsidRPr="000A3910" w:rsidRDefault="0097388E" w:rsidP="004E0BFC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  <w:lang w:val="en-GB"/>
              </w:rPr>
              <w:t>Icebreakers</w:t>
            </w:r>
          </w:p>
        </w:tc>
      </w:tr>
      <w:tr w:rsidR="004E0BFC" w14:paraId="4484B5E2" w14:textId="77777777" w:rsidTr="009B6D17">
        <w:tc>
          <w:tcPr>
            <w:tcW w:w="4315" w:type="dxa"/>
          </w:tcPr>
          <w:p w14:paraId="3DD3B43A" w14:textId="6C0F143E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When does the activity take place?</w:t>
            </w:r>
          </w:p>
        </w:tc>
        <w:tc>
          <w:tcPr>
            <w:tcW w:w="4315" w:type="dxa"/>
          </w:tcPr>
          <w:p w14:paraId="7DB5DA4D" w14:textId="25C76BD2" w:rsidR="004E0BFC" w:rsidRPr="000A3910" w:rsidRDefault="0097388E" w:rsidP="004E0BFC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  <w:lang w:val="en-GB"/>
              </w:rPr>
              <w:t>At induction day</w:t>
            </w:r>
          </w:p>
        </w:tc>
      </w:tr>
      <w:tr w:rsidR="004E0BFC" w14:paraId="6E1B2956" w14:textId="77777777" w:rsidTr="009B6D17">
        <w:tc>
          <w:tcPr>
            <w:tcW w:w="4315" w:type="dxa"/>
          </w:tcPr>
          <w:p w14:paraId="324266F5" w14:textId="259C158B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How long does the activity last?</w:t>
            </w:r>
          </w:p>
        </w:tc>
        <w:tc>
          <w:tcPr>
            <w:tcW w:w="4315" w:type="dxa"/>
          </w:tcPr>
          <w:p w14:paraId="3874A643" w14:textId="158BC371" w:rsidR="004E0BFC" w:rsidRPr="000A3910" w:rsidRDefault="0097388E" w:rsidP="004E0BFC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  <w:lang w:val="en-GB"/>
              </w:rPr>
              <w:t>40 minutes</w:t>
            </w:r>
          </w:p>
        </w:tc>
      </w:tr>
    </w:tbl>
    <w:p w14:paraId="77E7D96A" w14:textId="77777777" w:rsidR="000A3910" w:rsidRDefault="000A3910">
      <w:pPr>
        <w:rPr>
          <w:b/>
          <w:color w:val="0F6576"/>
          <w:sz w:val="28"/>
        </w:rPr>
      </w:pPr>
    </w:p>
    <w:p w14:paraId="2F845AA2" w14:textId="7E46A9AA" w:rsidR="0086050C" w:rsidRDefault="00A53F55">
      <w:r>
        <w:rPr>
          <w:b/>
          <w:color w:val="0F6576"/>
          <w:sz w:val="28"/>
        </w:rPr>
        <w:t>Participants &amp; Implementation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3823"/>
        <w:gridCol w:w="4961"/>
      </w:tblGrid>
      <w:tr w:rsidR="004E0BFC" w14:paraId="68A83735" w14:textId="77777777" w:rsidTr="00AD37CD">
        <w:tc>
          <w:tcPr>
            <w:tcW w:w="3823" w:type="dxa"/>
          </w:tcPr>
          <w:p w14:paraId="0395BC84" w14:textId="2A0410C4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5DC8FB06">
              <w:rPr>
                <w:rFonts w:ascii="Calibri Light" w:hAnsi="Calibri Light" w:cs="Calibri Light"/>
                <w:lang w:val="en-GB"/>
              </w:rPr>
              <w:t xml:space="preserve">Level of </w:t>
            </w:r>
            <w:r w:rsidR="000A3910" w:rsidRPr="5DC8FB06">
              <w:rPr>
                <w:rFonts w:ascii="Calibri Light" w:hAnsi="Calibri Light" w:cs="Calibri Light"/>
                <w:lang w:val="en-GB"/>
              </w:rPr>
              <w:t>c</w:t>
            </w:r>
            <w:r w:rsidRPr="5DC8FB06">
              <w:rPr>
                <w:rFonts w:ascii="Calibri Light" w:hAnsi="Calibri Light" w:cs="Calibri Light"/>
                <w:lang w:val="en-GB"/>
              </w:rPr>
              <w:t xml:space="preserve">ommitment of </w:t>
            </w:r>
            <w:r w:rsidR="000A3910" w:rsidRPr="5DC8FB06">
              <w:rPr>
                <w:rFonts w:ascii="Calibri Light" w:hAnsi="Calibri Light" w:cs="Calibri Light"/>
                <w:lang w:val="en-GB"/>
              </w:rPr>
              <w:t>i</w:t>
            </w:r>
            <w:r w:rsidRPr="5DC8FB06">
              <w:rPr>
                <w:rFonts w:ascii="Calibri Light" w:hAnsi="Calibri Light" w:cs="Calibri Light"/>
                <w:lang w:val="en-GB"/>
              </w:rPr>
              <w:t>nstructors</w:t>
            </w:r>
            <w:r w:rsidR="00CC376A">
              <w:rPr>
                <w:rFonts w:ascii="Calibri Light" w:hAnsi="Calibri Light" w:cs="Calibri Light"/>
                <w:lang w:val="en-GB"/>
              </w:rPr>
              <w:t xml:space="preserve"> to design and develop the intervention</w:t>
            </w:r>
            <w:r w:rsidRPr="5DC8FB06">
              <w:rPr>
                <w:rFonts w:ascii="Calibri Light" w:hAnsi="Calibri Light" w:cs="Calibri Light"/>
                <w:lang w:val="en-GB"/>
              </w:rPr>
              <w:t>:</w:t>
            </w:r>
          </w:p>
        </w:tc>
        <w:tc>
          <w:tcPr>
            <w:tcW w:w="4961" w:type="dxa"/>
          </w:tcPr>
          <w:p w14:paraId="7D1CBC42" w14:textId="37DDE4C9" w:rsidR="00CC376A" w:rsidRDefault="00275233" w:rsidP="004E0BFC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="004E0BFC" w:rsidRPr="000A3910">
              <w:rPr>
                <w:rFonts w:ascii="Calibri Light" w:hAnsi="Calibri Light" w:cs="Calibri Light"/>
                <w:lang w:val="en-GB"/>
              </w:rPr>
              <w:t>Low</w:t>
            </w:r>
            <w:r w:rsidR="00AD37CD">
              <w:rPr>
                <w:rFonts w:ascii="Calibri Light" w:hAnsi="Calibri Light" w:cs="Calibri Light"/>
                <w:lang w:val="en-GB"/>
              </w:rPr>
              <w:t xml:space="preserve"> (1 day) </w:t>
            </w:r>
          </w:p>
          <w:p w14:paraId="19A1989D" w14:textId="77777777" w:rsidR="00CC376A" w:rsidRDefault="00390282" w:rsidP="004E0BFC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Segoe UI Symbol" w:hAnsi="Segoe UI Symbol" w:cs="Segoe UI Symbol"/>
                <w:lang w:val="en-GB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Selectievakje10"/>
            <w:r>
              <w:rPr>
                <w:rFonts w:ascii="Segoe UI Symbol" w:hAnsi="Segoe UI Symbol" w:cs="Segoe UI Symbol"/>
                <w:lang w:val="en-GB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lang w:val="en-GB"/>
              </w:rPr>
            </w:r>
            <w:r>
              <w:rPr>
                <w:rFonts w:ascii="Segoe UI Symbol" w:hAnsi="Segoe UI Symbol" w:cs="Segoe UI Symbol"/>
                <w:lang w:val="en-GB"/>
              </w:rPr>
              <w:fldChar w:fldCharType="separate"/>
            </w:r>
            <w:r>
              <w:rPr>
                <w:rFonts w:ascii="Segoe UI Symbol" w:hAnsi="Segoe UI Symbol" w:cs="Segoe UI Symbol"/>
                <w:lang w:val="en-GB"/>
              </w:rPr>
              <w:fldChar w:fldCharType="end"/>
            </w:r>
            <w:bookmarkEnd w:id="3"/>
            <w:r w:rsidR="004E0BFC" w:rsidRPr="000A3910">
              <w:rPr>
                <w:rFonts w:ascii="Calibri Light" w:hAnsi="Calibri Light" w:cs="Calibri Light"/>
                <w:lang w:val="en-GB"/>
              </w:rPr>
              <w:t xml:space="preserve">Medium </w:t>
            </w:r>
            <w:r w:rsidR="00AD37CD">
              <w:rPr>
                <w:rFonts w:ascii="Calibri Light" w:hAnsi="Calibri Light" w:cs="Calibri Light"/>
                <w:lang w:val="en-GB"/>
              </w:rPr>
              <w:t xml:space="preserve">(1 week) </w:t>
            </w:r>
          </w:p>
          <w:p w14:paraId="226DC841" w14:textId="4E822B82" w:rsidR="004E0BFC" w:rsidRPr="000A3910" w:rsidRDefault="00390282" w:rsidP="004E0BFC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Segoe UI Symbol" w:hAnsi="Segoe UI Symbol" w:cs="Segoe UI Symbol"/>
                <w:lang w:val="en-GB"/>
              </w:rPr>
              <w:fldChar w:fldCharType="begin">
                <w:ffData>
                  <w:name w:val="Selectievakje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Selectievakje11"/>
            <w:r>
              <w:rPr>
                <w:rFonts w:ascii="Segoe UI Symbol" w:hAnsi="Segoe UI Symbol" w:cs="Segoe UI Symbol"/>
                <w:lang w:val="en-GB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lang w:val="en-GB"/>
              </w:rPr>
            </w:r>
            <w:r>
              <w:rPr>
                <w:rFonts w:ascii="Segoe UI Symbol" w:hAnsi="Segoe UI Symbol" w:cs="Segoe UI Symbol"/>
                <w:lang w:val="en-GB"/>
              </w:rPr>
              <w:fldChar w:fldCharType="separate"/>
            </w:r>
            <w:r>
              <w:rPr>
                <w:rFonts w:ascii="Segoe UI Symbol" w:hAnsi="Segoe UI Symbol" w:cs="Segoe UI Symbol"/>
                <w:lang w:val="en-GB"/>
              </w:rPr>
              <w:fldChar w:fldCharType="end"/>
            </w:r>
            <w:bookmarkEnd w:id="4"/>
            <w:r w:rsidR="004E0BFC" w:rsidRPr="000A3910">
              <w:rPr>
                <w:rFonts w:ascii="Calibri Light" w:hAnsi="Calibri Light" w:cs="Calibri Light"/>
                <w:lang w:val="en-GB"/>
              </w:rPr>
              <w:t>High</w:t>
            </w:r>
            <w:r w:rsidR="00AD37CD">
              <w:rPr>
                <w:rFonts w:ascii="Calibri Light" w:hAnsi="Calibri Light" w:cs="Calibri Light"/>
                <w:lang w:val="en-GB"/>
              </w:rPr>
              <w:t xml:space="preserve"> (</w:t>
            </w:r>
            <w:r w:rsidR="00CC376A">
              <w:rPr>
                <w:rFonts w:ascii="Calibri Light" w:hAnsi="Calibri Light" w:cs="Calibri Light"/>
                <w:lang w:val="en-GB"/>
              </w:rPr>
              <w:t xml:space="preserve">1 </w:t>
            </w:r>
            <w:r w:rsidR="00AD37CD">
              <w:rPr>
                <w:rFonts w:ascii="Calibri Light" w:hAnsi="Calibri Light" w:cs="Calibri Light"/>
                <w:lang w:val="en-GB"/>
              </w:rPr>
              <w:t>month</w:t>
            </w:r>
            <w:r w:rsidR="00CC376A">
              <w:rPr>
                <w:rFonts w:ascii="Calibri Light" w:hAnsi="Calibri Light" w:cs="Calibri Light"/>
                <w:lang w:val="en-GB"/>
              </w:rPr>
              <w:t xml:space="preserve"> or greater</w:t>
            </w:r>
            <w:r w:rsidR="00AD37CD">
              <w:rPr>
                <w:rFonts w:ascii="Calibri Light" w:hAnsi="Calibri Light" w:cs="Calibri Light"/>
                <w:lang w:val="en-GB"/>
              </w:rPr>
              <w:t>)</w:t>
            </w:r>
          </w:p>
        </w:tc>
      </w:tr>
      <w:tr w:rsidR="004E0BFC" w14:paraId="24DAA290" w14:textId="77777777" w:rsidTr="00AD37CD">
        <w:tc>
          <w:tcPr>
            <w:tcW w:w="3823" w:type="dxa"/>
          </w:tcPr>
          <w:p w14:paraId="185AE50B" w14:textId="7E3993DB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Level of commitment of students:</w:t>
            </w:r>
          </w:p>
        </w:tc>
        <w:tc>
          <w:tcPr>
            <w:tcW w:w="4961" w:type="dxa"/>
          </w:tcPr>
          <w:p w14:paraId="732587E3" w14:textId="556C33CE" w:rsidR="00CC376A" w:rsidRDefault="00275233" w:rsidP="00CC376A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="00CC376A" w:rsidRPr="000A3910">
              <w:rPr>
                <w:rFonts w:ascii="Calibri Light" w:hAnsi="Calibri Light" w:cs="Calibri Light"/>
                <w:lang w:val="en-GB"/>
              </w:rPr>
              <w:t>Low</w:t>
            </w:r>
            <w:r w:rsidR="00CC376A">
              <w:rPr>
                <w:rFonts w:ascii="Calibri Light" w:hAnsi="Calibri Light" w:cs="Calibri Light"/>
                <w:lang w:val="en-GB"/>
              </w:rPr>
              <w:t xml:space="preserve"> (1 day) </w:t>
            </w:r>
          </w:p>
          <w:p w14:paraId="01DB113F" w14:textId="77777777" w:rsidR="00CC376A" w:rsidRDefault="00CC376A" w:rsidP="00CC376A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Segoe UI Symbol" w:hAnsi="Segoe UI Symbol" w:cs="Segoe UI Symbol"/>
                <w:lang w:val="en-GB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hAnsi="Segoe UI Symbol" w:cs="Segoe UI Symbol"/>
                <w:lang w:val="en-GB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lang w:val="en-GB"/>
              </w:rPr>
            </w:r>
            <w:r>
              <w:rPr>
                <w:rFonts w:ascii="Segoe UI Symbol" w:hAnsi="Segoe UI Symbol" w:cs="Segoe UI Symbol"/>
                <w:lang w:val="en-GB"/>
              </w:rPr>
              <w:fldChar w:fldCharType="separate"/>
            </w:r>
            <w:r>
              <w:rPr>
                <w:rFonts w:ascii="Segoe UI Symbol" w:hAnsi="Segoe UI Symbol" w:cs="Segoe UI Symbol"/>
                <w:lang w:val="en-GB"/>
              </w:rPr>
              <w:fldChar w:fldCharType="end"/>
            </w:r>
            <w:r w:rsidRPr="000A3910">
              <w:rPr>
                <w:rFonts w:ascii="Calibri Light" w:hAnsi="Calibri Light" w:cs="Calibri Light"/>
                <w:lang w:val="en-GB"/>
              </w:rPr>
              <w:t xml:space="preserve">Medium </w:t>
            </w:r>
            <w:r>
              <w:rPr>
                <w:rFonts w:ascii="Calibri Light" w:hAnsi="Calibri Light" w:cs="Calibri Light"/>
                <w:lang w:val="en-GB"/>
              </w:rPr>
              <w:t xml:space="preserve">(1 week) </w:t>
            </w:r>
          </w:p>
          <w:p w14:paraId="721182FA" w14:textId="4C314214" w:rsidR="004E0BFC" w:rsidRPr="000A3910" w:rsidRDefault="00CC376A" w:rsidP="00CC376A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Segoe UI Symbol" w:hAnsi="Segoe UI Symbol" w:cs="Segoe UI Symbol"/>
                <w:lang w:val="en-GB"/>
              </w:rPr>
              <w:fldChar w:fldCharType="begin">
                <w:ffData>
                  <w:name w:val="Selectievakje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hAnsi="Segoe UI Symbol" w:cs="Segoe UI Symbol"/>
                <w:lang w:val="en-GB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lang w:val="en-GB"/>
              </w:rPr>
            </w:r>
            <w:r>
              <w:rPr>
                <w:rFonts w:ascii="Segoe UI Symbol" w:hAnsi="Segoe UI Symbol" w:cs="Segoe UI Symbol"/>
                <w:lang w:val="en-GB"/>
              </w:rPr>
              <w:fldChar w:fldCharType="separate"/>
            </w:r>
            <w:r>
              <w:rPr>
                <w:rFonts w:ascii="Segoe UI Symbol" w:hAnsi="Segoe UI Symbol" w:cs="Segoe UI Symbol"/>
                <w:lang w:val="en-GB"/>
              </w:rPr>
              <w:fldChar w:fldCharType="end"/>
            </w:r>
            <w:r w:rsidRPr="000A3910">
              <w:rPr>
                <w:rFonts w:ascii="Calibri Light" w:hAnsi="Calibri Light" w:cs="Calibri Light"/>
                <w:lang w:val="en-GB"/>
              </w:rPr>
              <w:t>High</w:t>
            </w:r>
            <w:r>
              <w:rPr>
                <w:rFonts w:ascii="Calibri Light" w:hAnsi="Calibri Light" w:cs="Calibri Light"/>
                <w:lang w:val="en-GB"/>
              </w:rPr>
              <w:t xml:space="preserve"> (1 month or greater)</w:t>
            </w:r>
          </w:p>
        </w:tc>
      </w:tr>
      <w:tr w:rsidR="004E0BFC" w14:paraId="78B5BD83" w14:textId="77777777" w:rsidTr="00AD37CD">
        <w:tc>
          <w:tcPr>
            <w:tcW w:w="3823" w:type="dxa"/>
          </w:tcPr>
          <w:p w14:paraId="729B3DF5" w14:textId="1FE978FE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124C7894">
              <w:rPr>
                <w:rFonts w:ascii="Calibri Light" w:hAnsi="Calibri Light" w:cs="Calibri Light"/>
                <w:lang w:val="en-GB"/>
              </w:rPr>
              <w:t>Timescale to complete intervention</w:t>
            </w:r>
            <w:r w:rsidR="00CC376A">
              <w:rPr>
                <w:rFonts w:ascii="Calibri Light" w:hAnsi="Calibri Light" w:cs="Calibri Light"/>
                <w:lang w:val="en-GB"/>
              </w:rPr>
              <w:t xml:space="preserve"> (how long the activity lasts)</w:t>
            </w:r>
            <w:r w:rsidRPr="124C7894">
              <w:rPr>
                <w:rFonts w:ascii="Calibri Light" w:hAnsi="Calibri Light" w:cs="Calibri Light"/>
                <w:lang w:val="en-GB"/>
              </w:rPr>
              <w:t>:</w:t>
            </w:r>
          </w:p>
        </w:tc>
        <w:tc>
          <w:tcPr>
            <w:tcW w:w="4961" w:type="dxa"/>
          </w:tcPr>
          <w:p w14:paraId="28A57626" w14:textId="5B814A0F" w:rsidR="004E0BFC" w:rsidRDefault="0097388E" w:rsidP="004E0BFC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  <w:lang w:val="en-GB"/>
              </w:rPr>
              <w:t>40 minutes</w:t>
            </w:r>
          </w:p>
          <w:p w14:paraId="48AC28BE" w14:textId="77777777" w:rsidR="00CC376A" w:rsidRDefault="00CC376A" w:rsidP="004E0BFC">
            <w:pPr>
              <w:rPr>
                <w:rFonts w:ascii="Calibri Light" w:hAnsi="Calibri Light" w:cs="Calibri Light"/>
                <w:lang w:val="en-GB"/>
              </w:rPr>
            </w:pPr>
          </w:p>
          <w:p w14:paraId="48A4E36E" w14:textId="77777777" w:rsidR="00CC376A" w:rsidRPr="000A3910" w:rsidRDefault="00CC376A" w:rsidP="004E0BFC">
            <w:pPr>
              <w:rPr>
                <w:rFonts w:ascii="Calibri Light" w:hAnsi="Calibri Light" w:cs="Calibri Light"/>
                <w:lang w:val="en-GB"/>
              </w:rPr>
            </w:pPr>
          </w:p>
        </w:tc>
      </w:tr>
      <w:tr w:rsidR="004E0BFC" w14:paraId="01E73A0F" w14:textId="77777777" w:rsidTr="00AD37CD">
        <w:tc>
          <w:tcPr>
            <w:tcW w:w="3823" w:type="dxa"/>
          </w:tcPr>
          <w:p w14:paraId="6F344086" w14:textId="765980AB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Who is involved in delivering the activity?</w:t>
            </w:r>
          </w:p>
        </w:tc>
        <w:tc>
          <w:tcPr>
            <w:tcW w:w="4961" w:type="dxa"/>
          </w:tcPr>
          <w:p w14:paraId="27B00112" w14:textId="1FD1386A" w:rsidR="004E0BFC" w:rsidRPr="00F16179" w:rsidRDefault="00275233" w:rsidP="004E0BFC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="004E0BFC" w:rsidRPr="00F16179">
              <w:rPr>
                <w:rFonts w:ascii="Calibri Light" w:hAnsi="Calibri Light" w:cs="Calibri Light"/>
                <w:lang w:val="en-GB"/>
              </w:rPr>
              <w:t xml:space="preserve">Teaching staff </w:t>
            </w:r>
            <w:r w:rsidR="004E0BFC" w:rsidRPr="00F16179">
              <w:rPr>
                <w:rFonts w:ascii="Calibri Light" w:hAnsi="Calibri Light" w:cs="Calibri Light"/>
                <w:lang w:val="en-GB"/>
              </w:rPr>
              <w:br/>
            </w: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="004E0BFC" w:rsidRPr="00F16179">
              <w:rPr>
                <w:rFonts w:ascii="Calibri Light" w:hAnsi="Calibri Light" w:cs="Calibri Light"/>
                <w:lang w:val="en-GB"/>
              </w:rPr>
              <w:t>S</w:t>
            </w:r>
            <w:r w:rsidR="00896312" w:rsidRPr="00F16179">
              <w:rPr>
                <w:rFonts w:ascii="Calibri Light" w:hAnsi="Calibri Light" w:cs="Calibri Light"/>
                <w:lang w:val="en-GB"/>
              </w:rPr>
              <w:t>tudent S</w:t>
            </w:r>
            <w:r w:rsidR="004E0BFC" w:rsidRPr="00F16179">
              <w:rPr>
                <w:rFonts w:ascii="Calibri Light" w:hAnsi="Calibri Light" w:cs="Calibri Light"/>
                <w:lang w:val="en-GB"/>
              </w:rPr>
              <w:t xml:space="preserve">upport staff </w:t>
            </w:r>
            <w:r w:rsidR="004E0BFC" w:rsidRPr="00F16179">
              <w:rPr>
                <w:rFonts w:ascii="Calibri Light" w:hAnsi="Calibri Light" w:cs="Calibri Light"/>
                <w:lang w:val="en-GB"/>
              </w:rPr>
              <w:br/>
            </w: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="00896312" w:rsidRPr="00F16179">
              <w:rPr>
                <w:rFonts w:ascii="Calibri Light" w:hAnsi="Calibri Light" w:cs="Calibri Light"/>
                <w:lang w:val="en-GB"/>
              </w:rPr>
              <w:t>Researcher</w:t>
            </w:r>
            <w:r w:rsidR="00166AFF" w:rsidRPr="00F16179">
              <w:rPr>
                <w:rFonts w:ascii="Calibri Light" w:hAnsi="Calibri Light" w:cs="Calibri Light"/>
                <w:lang w:val="en-GB"/>
              </w:rPr>
              <w:t>s</w:t>
            </w:r>
            <w:r w:rsidR="004E0BFC" w:rsidRPr="00F16179">
              <w:rPr>
                <w:rFonts w:ascii="Calibri Light" w:hAnsi="Calibri Light" w:cs="Calibri Light"/>
                <w:lang w:val="en-GB"/>
              </w:rPr>
              <w:t xml:space="preserve"> </w:t>
            </w:r>
            <w:r w:rsidR="004E0BFC" w:rsidRPr="00F16179">
              <w:rPr>
                <w:rFonts w:ascii="Calibri Light" w:hAnsi="Calibri Light" w:cs="Calibri Light"/>
                <w:lang w:val="en-GB"/>
              </w:rPr>
              <w:br/>
            </w: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="00166AFF" w:rsidRPr="00F16179">
              <w:rPr>
                <w:rFonts w:ascii="Calibri Light" w:hAnsi="Calibri Light" w:cs="Calibri Light"/>
                <w:lang w:val="en-GB"/>
              </w:rPr>
              <w:t>Students</w:t>
            </w:r>
            <w:r w:rsidR="004E0BFC" w:rsidRPr="00F16179">
              <w:rPr>
                <w:rFonts w:ascii="Calibri Light" w:hAnsi="Calibri Light" w:cs="Calibri Light"/>
                <w:lang w:val="en-GB"/>
              </w:rPr>
              <w:t xml:space="preserve"> </w:t>
            </w:r>
            <w:r w:rsidR="004E0BFC" w:rsidRPr="00F16179">
              <w:rPr>
                <w:rFonts w:ascii="Calibri Light" w:hAnsi="Calibri Light" w:cs="Calibri Light"/>
                <w:lang w:val="en-GB"/>
              </w:rPr>
              <w:br/>
            </w: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="00166AFF" w:rsidRPr="00F16179">
              <w:rPr>
                <w:rFonts w:ascii="Calibri Light" w:hAnsi="Calibri Light" w:cs="Calibri Light"/>
                <w:lang w:val="en-GB"/>
              </w:rPr>
              <w:t>Student Societies/organisations/clubs</w:t>
            </w:r>
          </w:p>
          <w:p w14:paraId="5EC31AAD" w14:textId="7DE3401A" w:rsidR="00896312" w:rsidRPr="00F16179" w:rsidRDefault="00896312" w:rsidP="004E0BFC">
            <w:pPr>
              <w:rPr>
                <w:rFonts w:ascii="Calibri Light" w:hAnsi="Calibri Light" w:cs="Calibri Light"/>
                <w:lang w:val="en-GB"/>
              </w:rPr>
            </w:pPr>
            <w:r w:rsidRPr="00F16179">
              <w:rPr>
                <w:rFonts w:ascii="Calibri Light" w:hAnsi="Calibri Light" w:cs="Calibri Light"/>
                <w:lang w:val="en-GB"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6179">
              <w:rPr>
                <w:rFonts w:ascii="Calibri Light" w:hAnsi="Calibri Light" w:cs="Calibri Light"/>
                <w:lang w:val="en-GB"/>
              </w:rPr>
              <w:instrText xml:space="preserve"> FORMCHECKBOX </w:instrText>
            </w:r>
            <w:r w:rsidRPr="00F16179">
              <w:rPr>
                <w:rFonts w:ascii="Calibri Light" w:hAnsi="Calibri Light" w:cs="Calibri Light"/>
                <w:lang w:val="en-GB"/>
              </w:rPr>
            </w:r>
            <w:r w:rsidRPr="00F16179">
              <w:rPr>
                <w:rFonts w:ascii="Calibri Light" w:hAnsi="Calibri Light" w:cs="Calibri Light"/>
                <w:lang w:val="en-GB"/>
              </w:rPr>
              <w:fldChar w:fldCharType="separate"/>
            </w:r>
            <w:r w:rsidRPr="00F16179">
              <w:rPr>
                <w:rFonts w:ascii="Calibri Light" w:hAnsi="Calibri Light" w:cs="Calibri Light"/>
                <w:lang w:val="en-GB"/>
              </w:rPr>
              <w:fldChar w:fldCharType="end"/>
            </w:r>
            <w:r w:rsidRPr="00F16179">
              <w:rPr>
                <w:rFonts w:ascii="Calibri Light" w:hAnsi="Calibri Light" w:cs="Calibri Light"/>
                <w:lang w:val="en-GB"/>
              </w:rPr>
              <w:t>External partners</w:t>
            </w:r>
          </w:p>
          <w:p w14:paraId="2C347E92" w14:textId="77777777" w:rsidR="000A3910" w:rsidRPr="00F16179" w:rsidRDefault="00390282" w:rsidP="004E0BFC">
            <w:pPr>
              <w:rPr>
                <w:rFonts w:ascii="Calibri Light" w:hAnsi="Calibri Light" w:cs="Calibri Light"/>
                <w:lang w:val="en-GB"/>
              </w:rPr>
            </w:pPr>
            <w:r w:rsidRPr="00F16179">
              <w:rPr>
                <w:rFonts w:ascii="Calibri Light" w:hAnsi="Calibri Light" w:cs="Calibri Light"/>
                <w:lang w:val="en-GB"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Selectievakje17"/>
            <w:r w:rsidRPr="00F16179">
              <w:rPr>
                <w:rFonts w:ascii="Calibri Light" w:hAnsi="Calibri Light" w:cs="Calibri Light"/>
                <w:lang w:val="en-GB"/>
              </w:rPr>
              <w:instrText xml:space="preserve"> FORMCHECKBOX </w:instrText>
            </w:r>
            <w:r w:rsidRPr="00F16179">
              <w:rPr>
                <w:rFonts w:ascii="Calibri Light" w:hAnsi="Calibri Light" w:cs="Calibri Light"/>
                <w:lang w:val="en-GB"/>
              </w:rPr>
            </w:r>
            <w:r w:rsidRPr="00F16179">
              <w:rPr>
                <w:rFonts w:ascii="Calibri Light" w:hAnsi="Calibri Light" w:cs="Calibri Light"/>
                <w:lang w:val="en-GB"/>
              </w:rPr>
              <w:fldChar w:fldCharType="separate"/>
            </w:r>
            <w:r w:rsidRPr="00F16179">
              <w:rPr>
                <w:rFonts w:ascii="Calibri Light" w:hAnsi="Calibri Light" w:cs="Calibri Light"/>
                <w:lang w:val="en-GB"/>
              </w:rPr>
              <w:fldChar w:fldCharType="end"/>
            </w:r>
            <w:bookmarkEnd w:id="5"/>
            <w:r w:rsidR="000A3910" w:rsidRPr="00F16179">
              <w:rPr>
                <w:rFonts w:ascii="Calibri Light" w:hAnsi="Calibri Light" w:cs="Calibri Light"/>
                <w:lang w:val="en-GB"/>
              </w:rPr>
              <w:t xml:space="preserve">Other namely… </w:t>
            </w:r>
          </w:p>
          <w:p w14:paraId="429C5149" w14:textId="40C4310B" w:rsidR="00896312" w:rsidRPr="000A3910" w:rsidRDefault="00896312" w:rsidP="004E0BFC">
            <w:pPr>
              <w:rPr>
                <w:rFonts w:ascii="Calibri Light" w:hAnsi="Calibri Light" w:cs="Calibri Light"/>
                <w:lang w:val="en-GB"/>
              </w:rPr>
            </w:pPr>
          </w:p>
        </w:tc>
      </w:tr>
      <w:tr w:rsidR="004E0BFC" w14:paraId="6A808EB3" w14:textId="77777777" w:rsidTr="00AD37CD">
        <w:tc>
          <w:tcPr>
            <w:tcW w:w="3823" w:type="dxa"/>
          </w:tcPr>
          <w:p w14:paraId="1EAB1171" w14:textId="525BD446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Is the activity individual or group-based?</w:t>
            </w:r>
          </w:p>
        </w:tc>
        <w:tc>
          <w:tcPr>
            <w:tcW w:w="4961" w:type="dxa"/>
          </w:tcPr>
          <w:p w14:paraId="441CD5FC" w14:textId="2871E594" w:rsidR="004E0BFC" w:rsidRDefault="00390282" w:rsidP="004E0BFC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Segoe UI Symbol" w:hAnsi="Segoe UI Symbol" w:cs="Segoe UI Symbol"/>
                <w:lang w:val="en-GB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Selectievakje18"/>
            <w:r>
              <w:rPr>
                <w:rFonts w:ascii="Segoe UI Symbol" w:hAnsi="Segoe UI Symbol" w:cs="Segoe UI Symbol"/>
                <w:lang w:val="en-GB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lang w:val="en-GB"/>
              </w:rPr>
            </w:r>
            <w:r>
              <w:rPr>
                <w:rFonts w:ascii="Segoe UI Symbol" w:hAnsi="Segoe UI Symbol" w:cs="Segoe UI Symbol"/>
                <w:lang w:val="en-GB"/>
              </w:rPr>
              <w:fldChar w:fldCharType="separate"/>
            </w:r>
            <w:r>
              <w:rPr>
                <w:rFonts w:ascii="Segoe UI Symbol" w:hAnsi="Segoe UI Symbol" w:cs="Segoe UI Symbol"/>
                <w:lang w:val="en-GB"/>
              </w:rPr>
              <w:fldChar w:fldCharType="end"/>
            </w:r>
            <w:bookmarkEnd w:id="6"/>
            <w:r w:rsidR="004E0BFC" w:rsidRPr="000A3910">
              <w:rPr>
                <w:rFonts w:ascii="Calibri Light" w:hAnsi="Calibri Light" w:cs="Calibri Light"/>
                <w:lang w:val="en-GB"/>
              </w:rPr>
              <w:t xml:space="preserve">Individual </w:t>
            </w:r>
            <w:r w:rsidR="00031581">
              <w:rPr>
                <w:rFonts w:ascii="Segoe UI Symbol" w:hAnsi="Segoe UI Symbol" w:cs="Segoe UI Symbol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031581">
              <w:rPr>
                <w:rFonts w:ascii="Segoe UI Symbol" w:hAnsi="Segoe UI Symbol" w:cs="Segoe UI Symbol"/>
                <w:lang w:val="en-GB"/>
              </w:rPr>
              <w:instrText xml:space="preserve"> FORMCHECKBOX </w:instrText>
            </w:r>
            <w:r w:rsidR="00031581">
              <w:rPr>
                <w:rFonts w:ascii="Segoe UI Symbol" w:hAnsi="Segoe UI Symbol" w:cs="Segoe UI Symbol"/>
                <w:lang w:val="en-GB"/>
              </w:rPr>
            </w:r>
            <w:r w:rsidR="00031581">
              <w:rPr>
                <w:rFonts w:ascii="Segoe UI Symbol" w:hAnsi="Segoe UI Symbol" w:cs="Segoe UI Symbol"/>
                <w:lang w:val="en-GB"/>
              </w:rPr>
              <w:fldChar w:fldCharType="separate"/>
            </w:r>
            <w:r w:rsidR="00031581">
              <w:rPr>
                <w:rFonts w:ascii="Segoe UI Symbol" w:hAnsi="Segoe UI Symbol" w:cs="Segoe UI Symbol"/>
                <w:lang w:val="en-GB"/>
              </w:rPr>
              <w:fldChar w:fldCharType="end"/>
            </w:r>
            <w:r w:rsidR="004E0BFC" w:rsidRPr="000A3910">
              <w:rPr>
                <w:rFonts w:ascii="Calibri Light" w:hAnsi="Calibri Light" w:cs="Calibri Light"/>
                <w:lang w:val="en-GB"/>
              </w:rPr>
              <w:t>Group</w:t>
            </w:r>
          </w:p>
          <w:p w14:paraId="23C8D42D" w14:textId="39F04B59" w:rsidR="00F82504" w:rsidRPr="000A3910" w:rsidRDefault="00F82504" w:rsidP="004E0BFC">
            <w:pPr>
              <w:rPr>
                <w:rFonts w:ascii="Calibri Light" w:hAnsi="Calibri Light" w:cs="Calibri Light"/>
                <w:lang w:val="en-GB"/>
              </w:rPr>
            </w:pPr>
          </w:p>
        </w:tc>
      </w:tr>
      <w:tr w:rsidR="004E0BFC" w14:paraId="0E9D640B" w14:textId="77777777" w:rsidTr="00AD37CD">
        <w:tc>
          <w:tcPr>
            <w:tcW w:w="3823" w:type="dxa"/>
          </w:tcPr>
          <w:p w14:paraId="60EF4663" w14:textId="5ABCED12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Is participation voluntary or mandatory?</w:t>
            </w:r>
          </w:p>
        </w:tc>
        <w:tc>
          <w:tcPr>
            <w:tcW w:w="4961" w:type="dxa"/>
          </w:tcPr>
          <w:p w14:paraId="2CBCC424" w14:textId="64399E69" w:rsidR="004E0BFC" w:rsidRDefault="00275233" w:rsidP="004E0BFC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="004E0BFC" w:rsidRPr="000A3910">
              <w:rPr>
                <w:rFonts w:ascii="Calibri Light" w:hAnsi="Calibri Light" w:cs="Calibri Light"/>
                <w:lang w:val="en-GB"/>
              </w:rPr>
              <w:t xml:space="preserve">Voluntary </w:t>
            </w:r>
            <w:r w:rsidR="00390282">
              <w:rPr>
                <w:rFonts w:ascii="Segoe UI Symbol" w:hAnsi="Segoe UI Symbol" w:cs="Segoe UI Symbol"/>
                <w:lang w:val="en-GB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90282">
              <w:rPr>
                <w:rFonts w:ascii="Segoe UI Symbol" w:hAnsi="Segoe UI Symbol" w:cs="Segoe UI Symbol"/>
                <w:lang w:val="en-GB"/>
              </w:rPr>
              <w:instrText xml:space="preserve"> FORMCHECKBOX </w:instrText>
            </w:r>
            <w:r w:rsidR="00390282">
              <w:rPr>
                <w:rFonts w:ascii="Segoe UI Symbol" w:hAnsi="Segoe UI Symbol" w:cs="Segoe UI Symbol"/>
                <w:lang w:val="en-GB"/>
              </w:rPr>
            </w:r>
            <w:r w:rsidR="00390282">
              <w:rPr>
                <w:rFonts w:ascii="Segoe UI Symbol" w:hAnsi="Segoe UI Symbol" w:cs="Segoe UI Symbol"/>
                <w:lang w:val="en-GB"/>
              </w:rPr>
              <w:fldChar w:fldCharType="separate"/>
            </w:r>
            <w:r w:rsidR="00390282">
              <w:rPr>
                <w:rFonts w:ascii="Segoe UI Symbol" w:hAnsi="Segoe UI Symbol" w:cs="Segoe UI Symbol"/>
                <w:lang w:val="en-GB"/>
              </w:rPr>
              <w:fldChar w:fldCharType="end"/>
            </w:r>
            <w:r w:rsidR="004E0BFC" w:rsidRPr="000A3910">
              <w:rPr>
                <w:rFonts w:ascii="Calibri Light" w:hAnsi="Calibri Light" w:cs="Calibri Light"/>
                <w:lang w:val="en-GB"/>
              </w:rPr>
              <w:t>Mandatory</w:t>
            </w:r>
          </w:p>
          <w:p w14:paraId="566C2A3E" w14:textId="11E0091A" w:rsidR="00F82504" w:rsidRPr="000A3910" w:rsidRDefault="00F82504" w:rsidP="004E0BFC">
            <w:pPr>
              <w:rPr>
                <w:rFonts w:ascii="Calibri Light" w:hAnsi="Calibri Light" w:cs="Calibri Light"/>
                <w:lang w:val="en-GB"/>
              </w:rPr>
            </w:pPr>
          </w:p>
        </w:tc>
      </w:tr>
      <w:tr w:rsidR="004E0BFC" w14:paraId="6BA22D21" w14:textId="77777777" w:rsidTr="00AD37CD">
        <w:trPr>
          <w:trHeight w:val="300"/>
        </w:trPr>
        <w:tc>
          <w:tcPr>
            <w:tcW w:w="3823" w:type="dxa"/>
          </w:tcPr>
          <w:p w14:paraId="4713B377" w14:textId="0E6651B8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11939C16">
              <w:rPr>
                <w:rFonts w:ascii="Calibri Light" w:hAnsi="Calibri Light" w:cs="Calibri Light"/>
                <w:lang w:val="en-GB"/>
              </w:rPr>
              <w:t>Is the activity intracurricular or extracurricular?</w:t>
            </w:r>
          </w:p>
        </w:tc>
        <w:tc>
          <w:tcPr>
            <w:tcW w:w="4961" w:type="dxa"/>
          </w:tcPr>
          <w:p w14:paraId="356CEF65" w14:textId="77777777" w:rsidR="00F82504" w:rsidRDefault="00390282" w:rsidP="004E0BFC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Segoe UI Symbol" w:hAnsi="Segoe UI Symbol" w:cs="Segoe UI Symbol"/>
                <w:lang w:val="en-GB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hAnsi="Segoe UI Symbol" w:cs="Segoe UI Symbol"/>
                <w:lang w:val="en-GB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lang w:val="en-GB"/>
              </w:rPr>
            </w:r>
            <w:r>
              <w:rPr>
                <w:rFonts w:ascii="Segoe UI Symbol" w:hAnsi="Segoe UI Symbol" w:cs="Segoe UI Symbol"/>
                <w:lang w:val="en-GB"/>
              </w:rPr>
              <w:fldChar w:fldCharType="separate"/>
            </w:r>
            <w:r>
              <w:rPr>
                <w:rFonts w:ascii="Segoe UI Symbol" w:hAnsi="Segoe UI Symbol" w:cs="Segoe UI Symbol"/>
                <w:lang w:val="en-GB"/>
              </w:rPr>
              <w:fldChar w:fldCharType="end"/>
            </w:r>
            <w:r w:rsidR="004E0BFC" w:rsidRPr="000A3910">
              <w:rPr>
                <w:rFonts w:ascii="Calibri Light" w:hAnsi="Calibri Light" w:cs="Calibri Light"/>
                <w:lang w:val="en-GB"/>
              </w:rPr>
              <w:t>Intracurricular</w:t>
            </w:r>
            <w:r w:rsidR="00F82504">
              <w:rPr>
                <w:rFonts w:ascii="Calibri Light" w:hAnsi="Calibri Light" w:cs="Calibri Light"/>
                <w:lang w:val="en-GB"/>
              </w:rPr>
              <w:t xml:space="preserve"> (with ECTS credits)</w:t>
            </w:r>
          </w:p>
          <w:p w14:paraId="3FA776F7" w14:textId="6474B5E4" w:rsidR="00F82504" w:rsidRDefault="00275233" w:rsidP="004E0BFC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="004E0BFC" w:rsidRPr="000A3910">
              <w:rPr>
                <w:rFonts w:ascii="Calibri Light" w:hAnsi="Calibri Light" w:cs="Calibri Light"/>
                <w:lang w:val="en-GB"/>
              </w:rPr>
              <w:t xml:space="preserve">Extracurricular </w:t>
            </w:r>
          </w:p>
          <w:p w14:paraId="096584B0" w14:textId="77777777" w:rsidR="004E0BFC" w:rsidRDefault="00390282" w:rsidP="004E0BFC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Segoe UI Symbol" w:hAnsi="Segoe UI Symbol" w:cs="Segoe UI Symbol"/>
                <w:lang w:val="en-GB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hAnsi="Segoe UI Symbol" w:cs="Segoe UI Symbol"/>
                <w:lang w:val="en-GB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lang w:val="en-GB"/>
              </w:rPr>
            </w:r>
            <w:r>
              <w:rPr>
                <w:rFonts w:ascii="Segoe UI Symbol" w:hAnsi="Segoe UI Symbol" w:cs="Segoe UI Symbol"/>
                <w:lang w:val="en-GB"/>
              </w:rPr>
              <w:fldChar w:fldCharType="separate"/>
            </w:r>
            <w:r>
              <w:rPr>
                <w:rFonts w:ascii="Segoe UI Symbol" w:hAnsi="Segoe UI Symbol" w:cs="Segoe UI Symbol"/>
                <w:lang w:val="en-GB"/>
              </w:rPr>
              <w:fldChar w:fldCharType="end"/>
            </w:r>
            <w:r w:rsidR="004E0BFC" w:rsidRPr="000A3910">
              <w:rPr>
                <w:rFonts w:ascii="Calibri Light" w:hAnsi="Calibri Light" w:cs="Calibri Light"/>
                <w:lang w:val="en-GB"/>
              </w:rPr>
              <w:t>Both</w:t>
            </w:r>
          </w:p>
          <w:p w14:paraId="59D8C248" w14:textId="4AD3EFE8" w:rsidR="00F82504" w:rsidRPr="000A3910" w:rsidRDefault="00F82504" w:rsidP="004E0BFC">
            <w:pPr>
              <w:rPr>
                <w:rFonts w:ascii="Calibri Light" w:hAnsi="Calibri Light" w:cs="Calibri Light"/>
                <w:lang w:val="en-GB"/>
              </w:rPr>
            </w:pPr>
          </w:p>
        </w:tc>
      </w:tr>
      <w:tr w:rsidR="004E0BFC" w14:paraId="5F2B528A" w14:textId="77777777" w:rsidTr="00AD37CD">
        <w:tc>
          <w:tcPr>
            <w:tcW w:w="3823" w:type="dxa"/>
          </w:tcPr>
          <w:p w14:paraId="47AA372F" w14:textId="14F15CBF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lastRenderedPageBreak/>
              <w:t>In what format is the activity delivered?</w:t>
            </w:r>
          </w:p>
        </w:tc>
        <w:tc>
          <w:tcPr>
            <w:tcW w:w="4961" w:type="dxa"/>
          </w:tcPr>
          <w:p w14:paraId="4A52E302" w14:textId="1D88EB44" w:rsidR="004E0BFC" w:rsidRPr="00F82504" w:rsidRDefault="00275233" w:rsidP="5ED244E1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="578BCC71" w:rsidRPr="00F82504">
              <w:rPr>
                <w:rFonts w:ascii="Calibri Light" w:hAnsi="Calibri Light" w:cs="Calibri Light"/>
                <w:lang w:val="en-GB"/>
              </w:rPr>
              <w:t>On campus (live)</w:t>
            </w:r>
            <w:r w:rsidR="004E0BFC" w:rsidRPr="00F82504">
              <w:rPr>
                <w:rFonts w:ascii="Calibri Light" w:hAnsi="Calibri Light" w:cs="Calibri Light"/>
                <w:lang w:val="en-GB"/>
              </w:rPr>
              <w:t xml:space="preserve"> </w:t>
            </w:r>
            <w:r w:rsidR="000A3910" w:rsidRPr="00F82504">
              <w:rPr>
                <w:rFonts w:ascii="Calibri Light" w:hAnsi="Calibri Light" w:cs="Calibri Light"/>
                <w:lang w:val="en-GB"/>
              </w:rPr>
              <w:br/>
            </w:r>
            <w:r w:rsidR="00390282" w:rsidRPr="00F82504">
              <w:rPr>
                <w:rFonts w:ascii="Calibri Light" w:hAnsi="Calibri Light" w:cs="Calibri Light"/>
                <w:lang w:val="en-GB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90282" w:rsidRPr="00F82504">
              <w:rPr>
                <w:rFonts w:ascii="Calibri Light" w:hAnsi="Calibri Light" w:cs="Calibri Light"/>
                <w:lang w:val="en-GB"/>
              </w:rPr>
              <w:instrText xml:space="preserve"> FORMCHECKBOX </w:instrText>
            </w:r>
            <w:r w:rsidR="00390282" w:rsidRPr="00F82504">
              <w:rPr>
                <w:rFonts w:ascii="Calibri Light" w:hAnsi="Calibri Light" w:cs="Calibri Light"/>
                <w:lang w:val="en-GB"/>
              </w:rPr>
            </w:r>
            <w:r w:rsidR="00390282" w:rsidRPr="00F82504">
              <w:rPr>
                <w:rFonts w:ascii="Calibri Light" w:hAnsi="Calibri Light" w:cs="Calibri Light"/>
                <w:lang w:val="en-GB"/>
              </w:rPr>
              <w:fldChar w:fldCharType="separate"/>
            </w:r>
            <w:r w:rsidR="00390282" w:rsidRPr="00F82504">
              <w:rPr>
                <w:rFonts w:ascii="Calibri Light" w:hAnsi="Calibri Light" w:cs="Calibri Light"/>
                <w:lang w:val="en-GB"/>
              </w:rPr>
              <w:fldChar w:fldCharType="end"/>
            </w:r>
            <w:r w:rsidR="004E0BFC" w:rsidRPr="00F82504">
              <w:rPr>
                <w:rFonts w:ascii="Calibri Light" w:hAnsi="Calibri Light" w:cs="Calibri Light"/>
                <w:lang w:val="en-GB"/>
              </w:rPr>
              <w:t xml:space="preserve">Online </w:t>
            </w:r>
            <w:r w:rsidR="000A3910" w:rsidRPr="00F82504">
              <w:rPr>
                <w:rFonts w:ascii="Calibri Light" w:hAnsi="Calibri Light" w:cs="Calibri Light"/>
                <w:lang w:val="en-GB"/>
              </w:rPr>
              <w:br/>
            </w:r>
            <w:r w:rsidR="00390282" w:rsidRPr="00F82504">
              <w:rPr>
                <w:rFonts w:ascii="Calibri Light" w:hAnsi="Calibri Light" w:cs="Calibri Light"/>
                <w:lang w:val="en-GB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90282" w:rsidRPr="00F82504">
              <w:rPr>
                <w:rFonts w:ascii="Calibri Light" w:hAnsi="Calibri Light" w:cs="Calibri Light"/>
                <w:lang w:val="en-GB"/>
              </w:rPr>
              <w:instrText xml:space="preserve"> FORMCHECKBOX </w:instrText>
            </w:r>
            <w:r w:rsidR="00390282" w:rsidRPr="00F82504">
              <w:rPr>
                <w:rFonts w:ascii="Calibri Light" w:hAnsi="Calibri Light" w:cs="Calibri Light"/>
                <w:lang w:val="en-GB"/>
              </w:rPr>
            </w:r>
            <w:r w:rsidR="00390282" w:rsidRPr="00F82504">
              <w:rPr>
                <w:rFonts w:ascii="Calibri Light" w:hAnsi="Calibri Light" w:cs="Calibri Light"/>
                <w:lang w:val="en-GB"/>
              </w:rPr>
              <w:fldChar w:fldCharType="separate"/>
            </w:r>
            <w:r w:rsidR="00390282" w:rsidRPr="00F82504">
              <w:rPr>
                <w:rFonts w:ascii="Calibri Light" w:hAnsi="Calibri Light" w:cs="Calibri Light"/>
                <w:lang w:val="en-GB"/>
              </w:rPr>
              <w:fldChar w:fldCharType="end"/>
            </w:r>
            <w:r w:rsidR="004E0BFC" w:rsidRPr="00F82504">
              <w:rPr>
                <w:rFonts w:ascii="Calibri Light" w:hAnsi="Calibri Light" w:cs="Calibri Light"/>
                <w:lang w:val="en-GB"/>
              </w:rPr>
              <w:t xml:space="preserve">Blended </w:t>
            </w:r>
            <w:r w:rsidR="000A3910" w:rsidRPr="00F82504">
              <w:rPr>
                <w:rFonts w:ascii="Calibri Light" w:hAnsi="Calibri Light" w:cs="Calibri Light"/>
                <w:lang w:val="en-GB"/>
              </w:rPr>
              <w:br/>
            </w:r>
            <w:r w:rsidR="00390282" w:rsidRPr="00F82504">
              <w:rPr>
                <w:rFonts w:ascii="Calibri Light" w:hAnsi="Calibri Light" w:cs="Calibri Light"/>
                <w:lang w:val="en-GB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90282" w:rsidRPr="00F82504">
              <w:rPr>
                <w:rFonts w:ascii="Calibri Light" w:hAnsi="Calibri Light" w:cs="Calibri Light"/>
                <w:lang w:val="en-GB"/>
              </w:rPr>
              <w:instrText xml:space="preserve"> FORMCHECKBOX </w:instrText>
            </w:r>
            <w:r w:rsidR="00390282" w:rsidRPr="00F82504">
              <w:rPr>
                <w:rFonts w:ascii="Calibri Light" w:hAnsi="Calibri Light" w:cs="Calibri Light"/>
                <w:lang w:val="en-GB"/>
              </w:rPr>
            </w:r>
            <w:r w:rsidR="00390282" w:rsidRPr="00F82504">
              <w:rPr>
                <w:rFonts w:ascii="Calibri Light" w:hAnsi="Calibri Light" w:cs="Calibri Light"/>
                <w:lang w:val="en-GB"/>
              </w:rPr>
              <w:fldChar w:fldCharType="separate"/>
            </w:r>
            <w:r w:rsidR="00390282" w:rsidRPr="00F82504">
              <w:rPr>
                <w:rFonts w:ascii="Calibri Light" w:hAnsi="Calibri Light" w:cs="Calibri Light"/>
                <w:lang w:val="en-GB"/>
              </w:rPr>
              <w:fldChar w:fldCharType="end"/>
            </w:r>
            <w:r w:rsidR="004E0BFC" w:rsidRPr="00F82504">
              <w:rPr>
                <w:rFonts w:ascii="Calibri Light" w:hAnsi="Calibri Light" w:cs="Calibri Light"/>
                <w:lang w:val="en-GB"/>
              </w:rPr>
              <w:t>Asynchronous</w:t>
            </w:r>
            <w:r w:rsidR="1EAAAAD6" w:rsidRPr="00F82504">
              <w:rPr>
                <w:rFonts w:ascii="Calibri Light" w:hAnsi="Calibri Light" w:cs="Calibri Light"/>
                <w:lang w:val="en-GB"/>
              </w:rPr>
              <w:t xml:space="preserve"> (e.g. self-paced module)</w:t>
            </w:r>
          </w:p>
          <w:p w14:paraId="6883D052" w14:textId="18245583" w:rsidR="00F82504" w:rsidRPr="00F82504" w:rsidRDefault="00F82504" w:rsidP="5ED244E1">
            <w:pPr>
              <w:rPr>
                <w:rFonts w:ascii="Calibri Light" w:hAnsi="Calibri Light" w:cs="Calibri Light"/>
                <w:lang w:val="en-GB"/>
              </w:rPr>
            </w:pPr>
            <w:r w:rsidRPr="00F82504">
              <w:rPr>
                <w:rFonts w:ascii="Calibri Light" w:hAnsi="Calibri Light" w:cs="Calibri Light"/>
                <w:lang w:val="en-GB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2504">
              <w:rPr>
                <w:rFonts w:ascii="Calibri Light" w:hAnsi="Calibri Light" w:cs="Calibri Light"/>
                <w:lang w:val="en-GB"/>
              </w:rPr>
              <w:instrText xml:space="preserve"> FORMCHECKBOX </w:instrText>
            </w:r>
            <w:r w:rsidRPr="00F82504">
              <w:rPr>
                <w:rFonts w:ascii="Calibri Light" w:hAnsi="Calibri Light" w:cs="Calibri Light"/>
                <w:lang w:val="en-GB"/>
              </w:rPr>
            </w:r>
            <w:r w:rsidRPr="00F82504">
              <w:rPr>
                <w:rFonts w:ascii="Calibri Light" w:hAnsi="Calibri Light" w:cs="Calibri Light"/>
                <w:lang w:val="en-GB"/>
              </w:rPr>
              <w:fldChar w:fldCharType="separate"/>
            </w:r>
            <w:r w:rsidRPr="00F82504">
              <w:rPr>
                <w:rFonts w:ascii="Calibri Light" w:hAnsi="Calibri Light" w:cs="Calibri Light"/>
                <w:lang w:val="en-GB"/>
              </w:rPr>
              <w:fldChar w:fldCharType="end"/>
            </w:r>
            <w:r w:rsidRPr="00F82504">
              <w:rPr>
                <w:rFonts w:ascii="Calibri Light" w:hAnsi="Calibri Light" w:cs="Calibri Light"/>
                <w:lang w:val="en-GB"/>
              </w:rPr>
              <w:t>Other</w:t>
            </w:r>
          </w:p>
          <w:p w14:paraId="6813EB00" w14:textId="610C0E4B" w:rsidR="004E0BFC" w:rsidRPr="000A3910" w:rsidRDefault="004E0BFC" w:rsidP="5ED244E1">
            <w:pPr>
              <w:rPr>
                <w:rFonts w:ascii="Calibri Light" w:hAnsi="Calibri Light" w:cs="Calibri Light"/>
                <w:color w:val="548DD4" w:themeColor="text2" w:themeTint="99"/>
                <w:lang w:val="en-GB"/>
              </w:rPr>
            </w:pPr>
          </w:p>
        </w:tc>
      </w:tr>
      <w:tr w:rsidR="004E0BFC" w14:paraId="57BCA10D" w14:textId="77777777" w:rsidTr="00AD37CD">
        <w:tc>
          <w:tcPr>
            <w:tcW w:w="3823" w:type="dxa"/>
          </w:tcPr>
          <w:p w14:paraId="4514E64D" w14:textId="7203DBC2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5ED244E1">
              <w:rPr>
                <w:rFonts w:ascii="Calibri Light" w:hAnsi="Calibri Light" w:cs="Calibri Light"/>
                <w:lang w:val="en-GB"/>
              </w:rPr>
              <w:t xml:space="preserve">Physical </w:t>
            </w:r>
            <w:r w:rsidR="000A3910" w:rsidRPr="5ED244E1">
              <w:rPr>
                <w:rFonts w:ascii="Calibri Light" w:hAnsi="Calibri Light" w:cs="Calibri Light"/>
                <w:lang w:val="en-GB"/>
              </w:rPr>
              <w:t>r</w:t>
            </w:r>
            <w:r w:rsidRPr="5ED244E1">
              <w:rPr>
                <w:rFonts w:ascii="Calibri Light" w:hAnsi="Calibri Light" w:cs="Calibri Light"/>
                <w:lang w:val="en-GB"/>
              </w:rPr>
              <w:t xml:space="preserve">esources </w:t>
            </w:r>
            <w:r w:rsidR="000A3910" w:rsidRPr="5ED244E1">
              <w:rPr>
                <w:rFonts w:ascii="Calibri Light" w:hAnsi="Calibri Light" w:cs="Calibri Light"/>
                <w:lang w:val="en-GB"/>
              </w:rPr>
              <w:t>r</w:t>
            </w:r>
            <w:r w:rsidRPr="5ED244E1">
              <w:rPr>
                <w:rFonts w:ascii="Calibri Light" w:hAnsi="Calibri Light" w:cs="Calibri Light"/>
                <w:lang w:val="en-GB"/>
              </w:rPr>
              <w:t>equired</w:t>
            </w:r>
            <w:r w:rsidR="00BA645E">
              <w:rPr>
                <w:rFonts w:ascii="Calibri Light" w:hAnsi="Calibri Light" w:cs="Calibri Light"/>
                <w:lang w:val="en-GB"/>
              </w:rPr>
              <w:t xml:space="preserve"> (rooms, equipment, software, materials, prizes)</w:t>
            </w:r>
            <w:r w:rsidRPr="5ED244E1">
              <w:rPr>
                <w:rFonts w:ascii="Calibri Light" w:hAnsi="Calibri Light" w:cs="Calibri Light"/>
                <w:lang w:val="en-GB"/>
              </w:rPr>
              <w:t>:</w:t>
            </w:r>
          </w:p>
        </w:tc>
        <w:tc>
          <w:tcPr>
            <w:tcW w:w="4961" w:type="dxa"/>
          </w:tcPr>
          <w:p w14:paraId="4DD3F722" w14:textId="4BE7F2A1" w:rsidR="004E0BFC" w:rsidRPr="00031581" w:rsidRDefault="0097388E" w:rsidP="004E0BFC">
            <w:pPr>
              <w:rPr>
                <w:rFonts w:ascii="Calibri Light" w:hAnsi="Calibri Light" w:cs="Calibri Light"/>
              </w:rPr>
            </w:pPr>
            <w:r w:rsidRPr="00031581">
              <w:rPr>
                <w:rFonts w:ascii="Calibri Light" w:hAnsi="Calibri Light" w:cs="Calibri Light"/>
              </w:rPr>
              <w:t>Outlined in each icebreaker activity template</w:t>
            </w:r>
          </w:p>
        </w:tc>
      </w:tr>
      <w:tr w:rsidR="5ED244E1" w14:paraId="25D19F17" w14:textId="77777777" w:rsidTr="00AD37CD">
        <w:trPr>
          <w:trHeight w:val="300"/>
        </w:trPr>
        <w:tc>
          <w:tcPr>
            <w:tcW w:w="3823" w:type="dxa"/>
          </w:tcPr>
          <w:p w14:paraId="75659019" w14:textId="1A057ABA" w:rsidR="39AF69AD" w:rsidRDefault="39AF69AD" w:rsidP="5ED244E1">
            <w:pPr>
              <w:rPr>
                <w:rFonts w:ascii="Calibri Light" w:hAnsi="Calibri Light" w:cs="Calibri Light"/>
                <w:color w:val="548DD4" w:themeColor="text2" w:themeTint="99"/>
                <w:lang w:val="en-GB"/>
              </w:rPr>
            </w:pPr>
            <w:r w:rsidRPr="00BA645E">
              <w:rPr>
                <w:rFonts w:ascii="Calibri Light" w:hAnsi="Calibri Light" w:cs="Calibri Light"/>
                <w:lang w:val="en-GB"/>
              </w:rPr>
              <w:t>Human resources required?</w:t>
            </w:r>
          </w:p>
        </w:tc>
        <w:tc>
          <w:tcPr>
            <w:tcW w:w="4961" w:type="dxa"/>
          </w:tcPr>
          <w:p w14:paraId="6D7D168B" w14:textId="39CB7EA9" w:rsidR="5ED244E1" w:rsidRPr="00031581" w:rsidRDefault="00031581" w:rsidP="5ED244E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F</w:t>
            </w:r>
            <w:r w:rsidR="0097388E" w:rsidRPr="00031581">
              <w:rPr>
                <w:rFonts w:ascii="Calibri Light" w:hAnsi="Calibri Light" w:cs="Calibri Light"/>
              </w:rPr>
              <w:t>acilitators</w:t>
            </w:r>
            <w:r>
              <w:rPr>
                <w:rFonts w:ascii="Calibri Light" w:hAnsi="Calibri Light" w:cs="Calibri Light"/>
              </w:rPr>
              <w:t xml:space="preserve"> to run icebreakers</w:t>
            </w:r>
          </w:p>
        </w:tc>
      </w:tr>
      <w:tr w:rsidR="004E0BFC" w14:paraId="6A3C4B9D" w14:textId="77777777" w:rsidTr="00AD37CD">
        <w:tc>
          <w:tcPr>
            <w:tcW w:w="3823" w:type="dxa"/>
          </w:tcPr>
          <w:p w14:paraId="421BF537" w14:textId="3ECC1992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 xml:space="preserve">Financial </w:t>
            </w:r>
            <w:r w:rsidR="000A3910" w:rsidRPr="000A3910">
              <w:rPr>
                <w:rFonts w:ascii="Calibri Light" w:hAnsi="Calibri Light" w:cs="Calibri Light"/>
                <w:lang w:val="en-GB"/>
              </w:rPr>
              <w:t>r</w:t>
            </w:r>
            <w:r w:rsidRPr="000A3910">
              <w:rPr>
                <w:rFonts w:ascii="Calibri Light" w:hAnsi="Calibri Light" w:cs="Calibri Light"/>
                <w:lang w:val="en-GB"/>
              </w:rPr>
              <w:t xml:space="preserve">esources </w:t>
            </w:r>
            <w:r w:rsidR="000A3910" w:rsidRPr="000A3910">
              <w:rPr>
                <w:rFonts w:ascii="Calibri Light" w:hAnsi="Calibri Light" w:cs="Calibri Light"/>
                <w:lang w:val="en-GB"/>
              </w:rPr>
              <w:t>r</w:t>
            </w:r>
            <w:r w:rsidRPr="000A3910">
              <w:rPr>
                <w:rFonts w:ascii="Calibri Light" w:hAnsi="Calibri Light" w:cs="Calibri Light"/>
                <w:lang w:val="en-GB"/>
              </w:rPr>
              <w:t>equired:</w:t>
            </w:r>
          </w:p>
        </w:tc>
        <w:tc>
          <w:tcPr>
            <w:tcW w:w="4961" w:type="dxa"/>
          </w:tcPr>
          <w:p w14:paraId="459B19DF" w14:textId="15A6B393" w:rsidR="004E0BFC" w:rsidRPr="00031581" w:rsidRDefault="0097388E" w:rsidP="004E0BFC">
            <w:pPr>
              <w:rPr>
                <w:rFonts w:ascii="Calibri Light" w:hAnsi="Calibri Light" w:cs="Calibri Light"/>
              </w:rPr>
            </w:pPr>
            <w:r w:rsidRPr="00031581">
              <w:rPr>
                <w:rFonts w:ascii="Calibri Light" w:hAnsi="Calibri Light" w:cs="Calibri Light"/>
              </w:rPr>
              <w:t>Minimal: Flip charts</w:t>
            </w:r>
            <w:r w:rsidR="00D21C12" w:rsidRPr="00031581">
              <w:rPr>
                <w:rFonts w:ascii="Calibri Light" w:hAnsi="Calibri Light" w:cs="Calibri Light"/>
              </w:rPr>
              <w:t>, marshmallows, etc.</w:t>
            </w:r>
            <w:r w:rsidR="00031581">
              <w:rPr>
                <w:rFonts w:ascii="Calibri Light" w:hAnsi="Calibri Light" w:cs="Calibri Light"/>
              </w:rPr>
              <w:t xml:space="preserve"> outlined in each icebreaker</w:t>
            </w:r>
          </w:p>
        </w:tc>
      </w:tr>
      <w:tr w:rsidR="004E0BFC" w14:paraId="21945131" w14:textId="77777777" w:rsidTr="00AD37CD">
        <w:tc>
          <w:tcPr>
            <w:tcW w:w="3823" w:type="dxa"/>
          </w:tcPr>
          <w:p w14:paraId="50A08791" w14:textId="4198825C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 xml:space="preserve">Online </w:t>
            </w:r>
            <w:r w:rsidR="000A3910" w:rsidRPr="000A3910">
              <w:rPr>
                <w:rFonts w:ascii="Calibri Light" w:hAnsi="Calibri Light" w:cs="Calibri Light"/>
                <w:lang w:val="en-GB"/>
              </w:rPr>
              <w:t>r</w:t>
            </w:r>
            <w:r w:rsidRPr="000A3910">
              <w:rPr>
                <w:rFonts w:ascii="Calibri Light" w:hAnsi="Calibri Light" w:cs="Calibri Light"/>
                <w:lang w:val="en-GB"/>
              </w:rPr>
              <w:t>esources</w:t>
            </w:r>
          </w:p>
        </w:tc>
        <w:tc>
          <w:tcPr>
            <w:tcW w:w="4961" w:type="dxa"/>
          </w:tcPr>
          <w:p w14:paraId="397D939A" w14:textId="4B8D6F1B" w:rsidR="004E0BFC" w:rsidRPr="00031581" w:rsidRDefault="00031581" w:rsidP="004E0BFC">
            <w:r w:rsidRPr="00031581">
              <w:t>N/A</w:t>
            </w:r>
          </w:p>
        </w:tc>
      </w:tr>
    </w:tbl>
    <w:p w14:paraId="17795457" w14:textId="77777777" w:rsidR="0086050C" w:rsidRDefault="0086050C"/>
    <w:p w14:paraId="24A55D8E" w14:textId="62FFB33A" w:rsidR="0086050C" w:rsidRDefault="00A53F55">
      <w:r>
        <w:rPr>
          <w:b/>
          <w:color w:val="0F6576"/>
          <w:sz w:val="28"/>
        </w:rPr>
        <w:t>Outline of Activity</w:t>
      </w:r>
    </w:p>
    <w:p w14:paraId="29F586E7" w14:textId="61CCE59F" w:rsidR="000A3910" w:rsidRPr="000A3910" w:rsidRDefault="00D21C12" w:rsidP="00031581">
      <w:pPr>
        <w:rPr>
          <w:rFonts w:ascii="Segoe UI Symbol" w:hAnsi="Segoe UI Symbol" w:cs="Segoe UI Symbol"/>
          <w:lang w:val="en-GB"/>
        </w:rPr>
      </w:pPr>
      <w:r w:rsidRPr="00031581">
        <w:rPr>
          <w:rFonts w:ascii="Calibri Light" w:hAnsi="Calibri Light" w:cs="Calibri Light"/>
          <w:lang w:val="en-GB"/>
        </w:rPr>
        <w:t>A series of icebreaker activities that can be selected based on the group and the facilitators.</w:t>
      </w:r>
      <w:r w:rsidR="00031581">
        <w:rPr>
          <w:rFonts w:ascii="Calibri Light" w:hAnsi="Calibri Light" w:cs="Calibri Light"/>
          <w:lang w:val="en-GB"/>
        </w:rPr>
        <w:t xml:space="preserve"> </w:t>
      </w:r>
    </w:p>
    <w:p w14:paraId="44D155D0" w14:textId="352F94E2" w:rsidR="0086050C" w:rsidRDefault="00A53F55">
      <w:r>
        <w:rPr>
          <w:b/>
          <w:color w:val="0F6576"/>
          <w:sz w:val="28"/>
        </w:rPr>
        <w:t>Detailed Plan</w:t>
      </w:r>
    </w:p>
    <w:p w14:paraId="3437B9A1" w14:textId="50A6D05D" w:rsidR="00594FDB" w:rsidRPr="000A3910" w:rsidRDefault="00863491">
      <w:pPr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lang w:val="en-GB"/>
        </w:rPr>
        <w:t xml:space="preserve">Details are provided in each </w:t>
      </w:r>
      <w:r w:rsidR="00594FDB">
        <w:rPr>
          <w:rFonts w:ascii="Calibri Light" w:hAnsi="Calibri Light" w:cs="Calibri Light"/>
          <w:lang w:val="en-GB"/>
        </w:rPr>
        <w:t>icebreaker document attached or in the list below. Select a number of these to trial.</w:t>
      </w:r>
    </w:p>
    <w:p w14:paraId="045073EF" w14:textId="74650E43" w:rsidR="0086050C" w:rsidRDefault="00A53F55">
      <w:r>
        <w:rPr>
          <w:b/>
          <w:color w:val="0F6576"/>
          <w:sz w:val="28"/>
        </w:rPr>
        <w:t>Evaluation &amp; Impact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50"/>
        <w:gridCol w:w="4280"/>
      </w:tblGrid>
      <w:tr w:rsidR="004E0BFC" w:rsidRPr="000A3910" w14:paraId="54B3A32C" w14:textId="77777777" w:rsidTr="4358B399">
        <w:tc>
          <w:tcPr>
            <w:tcW w:w="4508" w:type="dxa"/>
          </w:tcPr>
          <w:p w14:paraId="11D80CA0" w14:textId="77777777" w:rsidR="004E0BFC" w:rsidRDefault="004E0BFC" w:rsidP="001E6C69">
            <w:pPr>
              <w:rPr>
                <w:rFonts w:ascii="Calibri Light" w:hAnsi="Calibri Light" w:cs="Calibri Light"/>
                <w:lang w:val="en-GB"/>
              </w:rPr>
            </w:pPr>
            <w:r w:rsidRPr="11939C16">
              <w:rPr>
                <w:rFonts w:ascii="Calibri Light" w:hAnsi="Calibri Light" w:cs="Calibri Light"/>
                <w:lang w:val="en-GB"/>
              </w:rPr>
              <w:t>(How) is this activity evaluated?</w:t>
            </w:r>
          </w:p>
          <w:p w14:paraId="636B0A8B" w14:textId="77777777" w:rsidR="00632F35" w:rsidRDefault="00632F35" w:rsidP="001E6C69">
            <w:pPr>
              <w:rPr>
                <w:rFonts w:ascii="Calibri Light" w:hAnsi="Calibri Light" w:cs="Calibri Light"/>
                <w:lang w:val="en-GB"/>
              </w:rPr>
            </w:pPr>
          </w:p>
          <w:p w14:paraId="1C805DAD" w14:textId="77777777" w:rsidR="00632F35" w:rsidRPr="000A3910" w:rsidRDefault="68806B7A" w:rsidP="00632F35">
            <w:pPr>
              <w:numPr>
                <w:ilvl w:val="0"/>
                <w:numId w:val="10"/>
              </w:numPr>
              <w:rPr>
                <w:rFonts w:ascii="Calibri Light" w:hAnsi="Calibri Light" w:cs="Calibri Light"/>
                <w:lang w:val="en-GB"/>
              </w:rPr>
            </w:pPr>
            <w:r w:rsidRPr="5ED244E1">
              <w:rPr>
                <w:rFonts w:ascii="Calibri Light" w:hAnsi="Calibri Light" w:cs="Calibri Light"/>
                <w:lang w:val="en-GB"/>
              </w:rPr>
              <w:t>How (forms, questions, follow data…), with who (participants, organizers…), about what (reaching of goals, content, organizational aspect…)?</w:t>
            </w:r>
          </w:p>
          <w:p w14:paraId="03966DE6" w14:textId="77777777" w:rsidR="00632F35" w:rsidRPr="000A3910" w:rsidRDefault="00632F35" w:rsidP="00632F35">
            <w:pPr>
              <w:numPr>
                <w:ilvl w:val="0"/>
                <w:numId w:val="11"/>
              </w:num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What are the results? </w:t>
            </w:r>
          </w:p>
          <w:p w14:paraId="3D02BEF0" w14:textId="71BBC33D" w:rsidR="00632F35" w:rsidRPr="000A3910" w:rsidRDefault="68806B7A" w:rsidP="00632F35">
            <w:pPr>
              <w:numPr>
                <w:ilvl w:val="0"/>
                <w:numId w:val="12"/>
              </w:numPr>
              <w:rPr>
                <w:rFonts w:ascii="Calibri Light" w:hAnsi="Calibri Light" w:cs="Calibri Light"/>
                <w:lang w:val="en-GB"/>
              </w:rPr>
            </w:pPr>
            <w:r w:rsidRPr="5ED244E1">
              <w:rPr>
                <w:rFonts w:ascii="Calibri Light" w:hAnsi="Calibri Light" w:cs="Calibri Light"/>
                <w:lang w:val="en-GB"/>
              </w:rPr>
              <w:t>What do you do with the results? </w:t>
            </w:r>
            <w:r w:rsidR="00A72973">
              <w:rPr>
                <w:rFonts w:ascii="Calibri Light" w:hAnsi="Calibri Light" w:cs="Calibri Light"/>
                <w:lang w:val="en-GB"/>
              </w:rPr>
              <w:t xml:space="preserve">(Inform the next iteration, feedback for students, </w:t>
            </w:r>
            <w:r w:rsidR="00060EC2">
              <w:rPr>
                <w:rFonts w:ascii="Calibri Light" w:hAnsi="Calibri Light" w:cs="Calibri Light"/>
                <w:lang w:val="en-GB"/>
              </w:rPr>
              <w:t>policy changes at University?)</w:t>
            </w:r>
            <w:r w:rsidRPr="5ED244E1">
              <w:rPr>
                <w:rFonts w:ascii="Calibri Light" w:hAnsi="Calibri Light" w:cs="Calibri Light"/>
                <w:lang w:val="en-GB"/>
              </w:rPr>
              <w:t> </w:t>
            </w:r>
          </w:p>
          <w:p w14:paraId="120B8BBE" w14:textId="77777777" w:rsidR="00632F35" w:rsidRPr="000A3910" w:rsidRDefault="00632F35" w:rsidP="001E6C69">
            <w:pPr>
              <w:rPr>
                <w:rFonts w:ascii="Calibri Light" w:hAnsi="Calibri Light" w:cs="Calibri Light"/>
                <w:lang w:val="en-GB"/>
              </w:rPr>
            </w:pPr>
          </w:p>
        </w:tc>
        <w:tc>
          <w:tcPr>
            <w:tcW w:w="4508" w:type="dxa"/>
          </w:tcPr>
          <w:p w14:paraId="13AAD961" w14:textId="77777777" w:rsidR="00031581" w:rsidRDefault="00031581" w:rsidP="4358B399">
            <w:pPr>
              <w:rPr>
                <w:rFonts w:ascii="Calibri Light" w:hAnsi="Calibri Light" w:cs="Calibri Light"/>
                <w:lang w:val="en-GB"/>
              </w:rPr>
            </w:pPr>
          </w:p>
          <w:p w14:paraId="7848D6EB" w14:textId="77777777" w:rsidR="00031581" w:rsidRDefault="00031581" w:rsidP="4358B399">
            <w:pPr>
              <w:rPr>
                <w:rFonts w:ascii="Calibri Light" w:hAnsi="Calibri Light" w:cs="Calibri Light"/>
                <w:lang w:val="en-GB"/>
              </w:rPr>
            </w:pPr>
          </w:p>
          <w:p w14:paraId="3F9CEDE6" w14:textId="1C620AE6" w:rsidR="7B68929E" w:rsidRDefault="7B68929E" w:rsidP="4358B399">
            <w:pPr>
              <w:rPr>
                <w:rFonts w:ascii="Calibri Light" w:hAnsi="Calibri Light" w:cs="Calibri Light"/>
                <w:lang w:val="en-GB"/>
              </w:rPr>
            </w:pPr>
            <w:r w:rsidRPr="4358B399">
              <w:rPr>
                <w:rFonts w:ascii="Calibri Light" w:hAnsi="Calibri Light" w:cs="Calibri Light"/>
                <w:lang w:val="en-GB"/>
              </w:rPr>
              <w:t>Use an MCQ where s</w:t>
            </w:r>
            <w:r w:rsidR="00594FDB" w:rsidRPr="4358B399">
              <w:rPr>
                <w:rFonts w:ascii="Calibri Light" w:hAnsi="Calibri Light" w:cs="Calibri Light"/>
                <w:lang w:val="en-GB"/>
              </w:rPr>
              <w:t xml:space="preserve">tudents </w:t>
            </w:r>
            <w:r w:rsidR="00792434" w:rsidRPr="4358B399">
              <w:rPr>
                <w:rFonts w:ascii="Calibri Light" w:hAnsi="Calibri Light" w:cs="Calibri Light"/>
                <w:lang w:val="en-GB"/>
              </w:rPr>
              <w:t>rank the ice</w:t>
            </w:r>
            <w:r w:rsidR="00211D44" w:rsidRPr="4358B399">
              <w:rPr>
                <w:rFonts w:ascii="Calibri Light" w:hAnsi="Calibri Light" w:cs="Calibri Light"/>
                <w:lang w:val="en-GB"/>
              </w:rPr>
              <w:t>breakers in order of preference.</w:t>
            </w:r>
          </w:p>
          <w:p w14:paraId="469FABBC" w14:textId="77777777" w:rsidR="00211D44" w:rsidRDefault="00211D44" w:rsidP="00632F35">
            <w:pPr>
              <w:rPr>
                <w:rFonts w:ascii="Calibri Light" w:hAnsi="Calibri Light" w:cs="Calibri Light"/>
                <w:lang w:val="en-GB"/>
              </w:rPr>
            </w:pPr>
          </w:p>
          <w:p w14:paraId="56F648FB" w14:textId="239D5236" w:rsidR="00211D44" w:rsidRPr="000A3910" w:rsidRDefault="00211D44" w:rsidP="4358B399">
            <w:pPr>
              <w:rPr>
                <w:rFonts w:ascii="Calibri Light" w:hAnsi="Calibri Light" w:cs="Calibri Light"/>
                <w:lang w:val="en-GB"/>
              </w:rPr>
            </w:pPr>
            <w:r w:rsidRPr="4358B399">
              <w:rPr>
                <w:rFonts w:ascii="Calibri Light" w:hAnsi="Calibri Light" w:cs="Calibri Light"/>
                <w:lang w:val="en-GB"/>
              </w:rPr>
              <w:t>State one thing they liked and one thing that could be improved.</w:t>
            </w:r>
          </w:p>
          <w:p w14:paraId="18434EC7" w14:textId="493DF50A" w:rsidR="00211D44" w:rsidRPr="000A3910" w:rsidRDefault="00211D44" w:rsidP="4F71E559">
            <w:pPr>
              <w:rPr>
                <w:rFonts w:ascii="Calibri Light" w:hAnsi="Calibri Light" w:cs="Calibri Light"/>
                <w:lang w:val="en-GB"/>
              </w:rPr>
            </w:pPr>
          </w:p>
          <w:p w14:paraId="1DD294AA" w14:textId="42DE85F7" w:rsidR="00211D44" w:rsidRPr="000A3910" w:rsidRDefault="023BED99" w:rsidP="4F71E559">
            <w:pPr>
              <w:rPr>
                <w:rFonts w:ascii="Calibri Light" w:hAnsi="Calibri Light" w:cs="Calibri Light"/>
                <w:lang w:val="en-GB"/>
              </w:rPr>
            </w:pPr>
            <w:r w:rsidRPr="4F71E559">
              <w:rPr>
                <w:rFonts w:ascii="Calibri Light" w:hAnsi="Calibri Light" w:cs="Calibri Light"/>
                <w:lang w:val="en-GB"/>
              </w:rPr>
              <w:t>Are the needs of all students met with these icebreakers e.g. neurodiverse students? Factor this into the MCQ</w:t>
            </w:r>
          </w:p>
          <w:p w14:paraId="305F57AF" w14:textId="1A56BCD2" w:rsidR="00211D44" w:rsidRPr="000A3910" w:rsidRDefault="00211D44" w:rsidP="4358B399">
            <w:pPr>
              <w:rPr>
                <w:rFonts w:ascii="Calibri Light" w:hAnsi="Calibri Light" w:cs="Calibri Light"/>
                <w:lang w:val="en-GB"/>
              </w:rPr>
            </w:pPr>
          </w:p>
        </w:tc>
      </w:tr>
      <w:tr w:rsidR="004E0BFC" w:rsidRPr="000A3910" w14:paraId="65FE996D" w14:textId="77777777" w:rsidTr="4358B399">
        <w:tc>
          <w:tcPr>
            <w:tcW w:w="4508" w:type="dxa"/>
          </w:tcPr>
          <w:p w14:paraId="5F72F992" w14:textId="77777777" w:rsidR="004E0BFC" w:rsidRDefault="004E0BFC" w:rsidP="001E6C69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(How) is the effectiveness tracked? </w:t>
            </w:r>
          </w:p>
          <w:p w14:paraId="58DD4ED3" w14:textId="77777777" w:rsidR="00632F35" w:rsidRPr="000A3910" w:rsidRDefault="00632F35" w:rsidP="00632F35">
            <w:pPr>
              <w:numPr>
                <w:ilvl w:val="0"/>
                <w:numId w:val="13"/>
              </w:num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How?  </w:t>
            </w:r>
          </w:p>
          <w:p w14:paraId="3D25C700" w14:textId="77777777" w:rsidR="00632F35" w:rsidRPr="000A3910" w:rsidRDefault="00632F35" w:rsidP="00632F35">
            <w:pPr>
              <w:numPr>
                <w:ilvl w:val="0"/>
                <w:numId w:val="14"/>
              </w:num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What are the results? </w:t>
            </w:r>
          </w:p>
          <w:p w14:paraId="6D501660" w14:textId="54E21202" w:rsidR="00632F35" w:rsidRPr="000A3910" w:rsidRDefault="68806B7A" w:rsidP="00632F35">
            <w:pPr>
              <w:numPr>
                <w:ilvl w:val="0"/>
                <w:numId w:val="15"/>
              </w:numPr>
              <w:rPr>
                <w:rFonts w:ascii="Calibri Light" w:hAnsi="Calibri Light" w:cs="Calibri Light"/>
                <w:lang w:val="en-GB"/>
              </w:rPr>
            </w:pPr>
            <w:r w:rsidRPr="5ED244E1">
              <w:rPr>
                <w:rFonts w:ascii="Calibri Light" w:hAnsi="Calibri Light" w:cs="Calibri Light"/>
                <w:lang w:val="en-GB"/>
              </w:rPr>
              <w:t xml:space="preserve">What </w:t>
            </w:r>
            <w:r w:rsidR="00060EC2">
              <w:rPr>
                <w:rFonts w:ascii="Calibri Light" w:hAnsi="Calibri Light" w:cs="Calibri Light"/>
                <w:lang w:val="en-GB"/>
              </w:rPr>
              <w:t xml:space="preserve">is the purpose of collecting the </w:t>
            </w:r>
            <w:r w:rsidRPr="5ED244E1">
              <w:rPr>
                <w:rFonts w:ascii="Calibri Light" w:hAnsi="Calibri Light" w:cs="Calibri Light"/>
                <w:lang w:val="en-GB"/>
              </w:rPr>
              <w:t>results</w:t>
            </w:r>
            <w:r w:rsidR="00060EC2">
              <w:rPr>
                <w:rFonts w:ascii="Calibri Light" w:hAnsi="Calibri Light" w:cs="Calibri Light"/>
                <w:lang w:val="en-GB"/>
              </w:rPr>
              <w:t>, how will they be used</w:t>
            </w:r>
            <w:r w:rsidRPr="5ED244E1">
              <w:rPr>
                <w:rFonts w:ascii="Calibri Light" w:hAnsi="Calibri Light" w:cs="Calibri Light"/>
                <w:lang w:val="en-GB"/>
              </w:rPr>
              <w:t>?  </w:t>
            </w:r>
          </w:p>
          <w:p w14:paraId="0A87BD95" w14:textId="77777777" w:rsidR="00632F35" w:rsidRPr="000A3910" w:rsidRDefault="00632F35" w:rsidP="001E6C69">
            <w:pPr>
              <w:rPr>
                <w:rFonts w:ascii="Calibri Light" w:hAnsi="Calibri Light" w:cs="Calibri Light"/>
                <w:lang w:val="en-GB"/>
              </w:rPr>
            </w:pPr>
          </w:p>
        </w:tc>
        <w:tc>
          <w:tcPr>
            <w:tcW w:w="4508" w:type="dxa"/>
          </w:tcPr>
          <w:p w14:paraId="03A309E0" w14:textId="77777777" w:rsidR="004E0BFC" w:rsidRDefault="004E0BFC" w:rsidP="00632F35">
            <w:pPr>
              <w:rPr>
                <w:rFonts w:ascii="Calibri Light" w:hAnsi="Calibri Light" w:cs="Calibri Light"/>
                <w:lang w:val="en-GB"/>
              </w:rPr>
            </w:pPr>
          </w:p>
          <w:p w14:paraId="45EB112C" w14:textId="0D789CDE" w:rsidR="00031581" w:rsidRPr="000A3910" w:rsidRDefault="00031581" w:rsidP="00632F35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  <w:lang w:val="en-GB"/>
              </w:rPr>
              <w:t>Ask students a follow up several weeks into the course to see if they found it useful in making a first connection</w:t>
            </w:r>
          </w:p>
        </w:tc>
      </w:tr>
      <w:tr w:rsidR="004E0BFC" w:rsidRPr="000A3910" w14:paraId="1EAD9F33" w14:textId="77777777" w:rsidTr="4358B399">
        <w:tc>
          <w:tcPr>
            <w:tcW w:w="4508" w:type="dxa"/>
          </w:tcPr>
          <w:p w14:paraId="3F03C461" w14:textId="77777777" w:rsidR="004E0BFC" w:rsidRDefault="004E0BFC" w:rsidP="001E6C69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lastRenderedPageBreak/>
              <w:t xml:space="preserve">Any further notes: </w:t>
            </w:r>
          </w:p>
          <w:p w14:paraId="7350DFA2" w14:textId="4F8E95F9" w:rsidR="00F370E7" w:rsidRPr="000A3910" w:rsidRDefault="00F370E7" w:rsidP="001E6C69">
            <w:pPr>
              <w:rPr>
                <w:rFonts w:ascii="Calibri Light" w:hAnsi="Calibri Light" w:cs="Calibri Light"/>
                <w:lang w:val="en-GB"/>
              </w:rPr>
            </w:pPr>
          </w:p>
        </w:tc>
        <w:tc>
          <w:tcPr>
            <w:tcW w:w="4508" w:type="dxa"/>
          </w:tcPr>
          <w:p w14:paraId="5EEBAF7D" w14:textId="77777777" w:rsidR="00F370E7" w:rsidRDefault="00F370E7" w:rsidP="001E6C69">
            <w:pPr>
              <w:rPr>
                <w:rFonts w:ascii="Calibri Light" w:hAnsi="Calibri Light" w:cs="Calibri Light"/>
                <w:lang w:val="en-GB"/>
              </w:rPr>
            </w:pPr>
          </w:p>
          <w:p w14:paraId="00A03F6B" w14:textId="77777777" w:rsidR="00F370E7" w:rsidRPr="000A3910" w:rsidRDefault="00F370E7" w:rsidP="001E6C69">
            <w:pPr>
              <w:rPr>
                <w:rFonts w:ascii="Calibri Light" w:hAnsi="Calibri Light" w:cs="Calibri Light"/>
                <w:lang w:val="en-GB"/>
              </w:rPr>
            </w:pPr>
          </w:p>
        </w:tc>
      </w:tr>
    </w:tbl>
    <w:p w14:paraId="33F98547" w14:textId="6EBE3531" w:rsidR="0086050C" w:rsidRPr="000A3910" w:rsidRDefault="0086050C" w:rsidP="004E0BFC">
      <w:pPr>
        <w:rPr>
          <w:rFonts w:ascii="Calibri Light" w:hAnsi="Calibri Light" w:cs="Calibri Light"/>
          <w:lang w:val="en-GB"/>
        </w:rPr>
      </w:pPr>
    </w:p>
    <w:p w14:paraId="687B5F24" w14:textId="2FFA162A" w:rsidR="432CB9EB" w:rsidRDefault="432CB9EB" w:rsidP="68E03FF7">
      <w:pPr>
        <w:rPr>
          <w:b/>
          <w:bCs/>
          <w:color w:val="0F6576"/>
          <w:sz w:val="28"/>
          <w:szCs w:val="28"/>
        </w:rPr>
      </w:pPr>
      <w:r w:rsidRPr="68E03FF7">
        <w:rPr>
          <w:b/>
          <w:bCs/>
          <w:color w:val="0F6576"/>
          <w:sz w:val="28"/>
          <w:szCs w:val="28"/>
        </w:rPr>
        <w:t>References or inspiration used to design intervention:</w:t>
      </w:r>
    </w:p>
    <w:p w14:paraId="2D784DE4" w14:textId="685ADF64" w:rsidR="68E03FF7" w:rsidRDefault="00E53B68" w:rsidP="68E03FF7">
      <w:pPr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lang w:val="en-GB"/>
        </w:rPr>
        <w:t xml:space="preserve">Icebreakers are used extensively </w:t>
      </w:r>
      <w:r w:rsidR="00F23BE0">
        <w:rPr>
          <w:rFonts w:ascii="Calibri Light" w:hAnsi="Calibri Light" w:cs="Calibri Light"/>
          <w:lang w:val="en-GB"/>
        </w:rPr>
        <w:t xml:space="preserve">to get people to </w:t>
      </w:r>
      <w:r w:rsidR="00DE0617">
        <w:rPr>
          <w:rFonts w:ascii="Calibri Light" w:hAnsi="Calibri Light" w:cs="Calibri Light"/>
          <w:lang w:val="en-GB"/>
        </w:rPr>
        <w:t>talk to each</w:t>
      </w:r>
      <w:r w:rsidR="00F23BE0">
        <w:rPr>
          <w:rFonts w:ascii="Calibri Light" w:hAnsi="Calibri Light" w:cs="Calibri Light"/>
          <w:lang w:val="en-GB"/>
        </w:rPr>
        <w:t xml:space="preserve"> other in a semi-structured, fun environment</w:t>
      </w:r>
      <w:r w:rsidR="00DE0617">
        <w:rPr>
          <w:rFonts w:ascii="Calibri Light" w:hAnsi="Calibri Light" w:cs="Calibri Light"/>
          <w:lang w:val="en-GB"/>
        </w:rPr>
        <w:t xml:space="preserve"> </w:t>
      </w:r>
      <w:r w:rsidR="000321D4">
        <w:rPr>
          <w:rFonts w:ascii="Calibri Light" w:hAnsi="Calibri Light" w:cs="Calibri Light"/>
          <w:lang w:val="en-GB"/>
        </w:rPr>
        <w:t>about as many aspects of their lives as possible</w:t>
      </w:r>
      <w:r w:rsidR="00DE0617">
        <w:rPr>
          <w:rFonts w:ascii="Calibri Light" w:hAnsi="Calibri Light" w:cs="Calibri Light"/>
          <w:lang w:val="en-GB"/>
        </w:rPr>
        <w:t xml:space="preserve"> </w:t>
      </w:r>
      <w:r w:rsidR="00525AB4">
        <w:rPr>
          <w:rFonts w:ascii="Calibri Light" w:hAnsi="Calibri Light" w:cs="Calibri Light"/>
          <w:lang w:val="en-GB"/>
        </w:rPr>
        <w:t xml:space="preserve">(Kavanagh et al. 2011). </w:t>
      </w:r>
      <w:r w:rsidR="005F7682">
        <w:rPr>
          <w:rFonts w:ascii="Calibri Light" w:hAnsi="Calibri Light" w:cs="Calibri Light"/>
          <w:lang w:val="en-GB"/>
        </w:rPr>
        <w:t xml:space="preserve">Baker (2012) used classroom karaoke as </w:t>
      </w:r>
      <w:r w:rsidR="0025051B">
        <w:rPr>
          <w:rFonts w:ascii="Calibri Light" w:hAnsi="Calibri Light" w:cs="Calibri Light"/>
          <w:lang w:val="en-GB"/>
        </w:rPr>
        <w:t>an icebreaker with youth studies students.</w:t>
      </w:r>
      <w:r w:rsidR="005B07D0">
        <w:rPr>
          <w:rFonts w:ascii="Calibri Light" w:hAnsi="Calibri Light" w:cs="Calibri Light"/>
          <w:lang w:val="en-GB"/>
        </w:rPr>
        <w:t xml:space="preserve"> Students in Baker (2012) reported that classroom karaoke was useful in social integration, reducing anxiety</w:t>
      </w:r>
      <w:r w:rsidR="009D45D6">
        <w:rPr>
          <w:rFonts w:ascii="Calibri Light" w:hAnsi="Calibri Light" w:cs="Calibri Light"/>
          <w:lang w:val="en-GB"/>
        </w:rPr>
        <w:t xml:space="preserve"> and encouraging student interaction.</w:t>
      </w:r>
      <w:r w:rsidR="00722157">
        <w:rPr>
          <w:rFonts w:ascii="Calibri Light" w:hAnsi="Calibri Light" w:cs="Calibri Light"/>
          <w:lang w:val="en-GB"/>
        </w:rPr>
        <w:t xml:space="preserve"> </w:t>
      </w:r>
      <w:r w:rsidR="00031581">
        <w:rPr>
          <w:rFonts w:ascii="Calibri Light" w:hAnsi="Calibri Light" w:cs="Calibri Light"/>
          <w:lang w:val="en-GB"/>
        </w:rPr>
        <w:t xml:space="preserve">A </w:t>
      </w:r>
      <w:r w:rsidR="00722157">
        <w:rPr>
          <w:rFonts w:ascii="Calibri Light" w:hAnsi="Calibri Light" w:cs="Calibri Light"/>
          <w:lang w:val="en-GB"/>
        </w:rPr>
        <w:t>lunchtime karaoke session which was an optional activity might be worth investigating.</w:t>
      </w:r>
    </w:p>
    <w:p w14:paraId="308DD708" w14:textId="3C734C0F" w:rsidR="00826B9A" w:rsidRDefault="00826B9A" w:rsidP="68E03FF7">
      <w:pPr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lang w:val="en-GB"/>
        </w:rPr>
        <w:t xml:space="preserve">Icebreakers may be discipline specific e.g. </w:t>
      </w:r>
      <w:r w:rsidR="00722157">
        <w:rPr>
          <w:rFonts w:ascii="Calibri Light" w:hAnsi="Calibri Light" w:cs="Calibri Light"/>
          <w:lang w:val="en-GB"/>
        </w:rPr>
        <w:t>Marshmallow challenge</w:t>
      </w:r>
      <w:r w:rsidR="0005134D">
        <w:rPr>
          <w:rFonts w:ascii="Calibri Light" w:hAnsi="Calibri Light" w:cs="Calibri Light"/>
          <w:lang w:val="en-GB"/>
        </w:rPr>
        <w:t>, water use activity (</w:t>
      </w:r>
      <w:r w:rsidR="00EC17AB">
        <w:rPr>
          <w:rFonts w:ascii="Calibri Light" w:hAnsi="Calibri Light" w:cs="Calibri Light"/>
          <w:lang w:val="en-GB"/>
        </w:rPr>
        <w:t>Institut</w:t>
      </w:r>
      <w:r w:rsidR="00031581">
        <w:rPr>
          <w:rFonts w:ascii="Calibri Light" w:hAnsi="Calibri Light" w:cs="Calibri Light"/>
          <w:lang w:val="en-GB"/>
        </w:rPr>
        <w:t>ion</w:t>
      </w:r>
      <w:r w:rsidR="00EC17AB">
        <w:rPr>
          <w:rFonts w:ascii="Calibri Light" w:hAnsi="Calibri Light" w:cs="Calibri Light"/>
          <w:lang w:val="en-GB"/>
        </w:rPr>
        <w:t xml:space="preserve"> of Civil Engineers, 2023)</w:t>
      </w:r>
      <w:r w:rsidR="00722157">
        <w:rPr>
          <w:rFonts w:ascii="Calibri Light" w:hAnsi="Calibri Light" w:cs="Calibri Light"/>
          <w:lang w:val="en-GB"/>
        </w:rPr>
        <w:t xml:space="preserve"> or not</w:t>
      </w:r>
      <w:r w:rsidR="00CC1A8D">
        <w:rPr>
          <w:rFonts w:ascii="Calibri Light" w:hAnsi="Calibri Light" w:cs="Calibri Light"/>
          <w:lang w:val="en-GB"/>
        </w:rPr>
        <w:t xml:space="preserve"> e.g. </w:t>
      </w:r>
      <w:r w:rsidR="00EC17AB">
        <w:rPr>
          <w:rFonts w:ascii="Calibri Light" w:hAnsi="Calibri Light" w:cs="Calibri Light"/>
          <w:lang w:val="en-GB"/>
        </w:rPr>
        <w:t>scavenger</w:t>
      </w:r>
      <w:r w:rsidR="00CC1A8D">
        <w:rPr>
          <w:rFonts w:ascii="Calibri Light" w:hAnsi="Calibri Light" w:cs="Calibri Light"/>
          <w:lang w:val="en-GB"/>
        </w:rPr>
        <w:t xml:space="preserve"> hunt</w:t>
      </w:r>
      <w:r w:rsidR="00EC17AB">
        <w:rPr>
          <w:rFonts w:ascii="Calibri Light" w:hAnsi="Calibri Light" w:cs="Calibri Light"/>
          <w:lang w:val="en-GB"/>
        </w:rPr>
        <w:t>, people bingo</w:t>
      </w:r>
      <w:r w:rsidR="00AD5FA6">
        <w:rPr>
          <w:rFonts w:ascii="Calibri Light" w:hAnsi="Calibri Light" w:cs="Calibri Light"/>
          <w:lang w:val="en-GB"/>
        </w:rPr>
        <w:t>. A series of icebreakers are outlined in Kavanagh et al. (2011) where students find</w:t>
      </w:r>
      <w:r w:rsidR="009C2D6F">
        <w:rPr>
          <w:rFonts w:ascii="Calibri Light" w:hAnsi="Calibri Light" w:cs="Calibri Light"/>
          <w:lang w:val="en-GB"/>
        </w:rPr>
        <w:t xml:space="preserve"> connections with each other.</w:t>
      </w:r>
    </w:p>
    <w:p w14:paraId="76E420F1" w14:textId="6B79A1F1" w:rsidR="00031581" w:rsidRDefault="00031581" w:rsidP="68E03FF7">
      <w:pPr>
        <w:rPr>
          <w:rFonts w:ascii="Calibri Light" w:hAnsi="Calibri Light" w:cs="Calibri Light"/>
        </w:rPr>
      </w:pPr>
      <w:r w:rsidRPr="68E03FF7">
        <w:rPr>
          <w:b/>
          <w:bCs/>
          <w:color w:val="0F6576"/>
          <w:sz w:val="28"/>
          <w:szCs w:val="28"/>
        </w:rPr>
        <w:t>References</w:t>
      </w:r>
    </w:p>
    <w:p w14:paraId="2249BBC8" w14:textId="2E39B511" w:rsidR="00F807CD" w:rsidRDefault="00F807CD" w:rsidP="68E03FF7">
      <w:pPr>
        <w:rPr>
          <w:rFonts w:ascii="Calibri Light" w:hAnsi="Calibri Light" w:cs="Calibri Light"/>
        </w:rPr>
      </w:pPr>
      <w:r w:rsidRPr="00F807CD">
        <w:rPr>
          <w:rFonts w:ascii="Calibri Light" w:hAnsi="Calibri Light" w:cs="Calibri Light"/>
        </w:rPr>
        <w:t>Baker, S. (2012). Classroom karaoke: A social and academic transition strategy to enhance the first-year experience of youth studies students. </w:t>
      </w:r>
      <w:r w:rsidRPr="00F807CD">
        <w:rPr>
          <w:rFonts w:ascii="Calibri Light" w:hAnsi="Calibri Light" w:cs="Calibri Light"/>
          <w:i/>
          <w:iCs/>
        </w:rPr>
        <w:t>Youth Studies Australia</w:t>
      </w:r>
      <w:r w:rsidRPr="00F807CD">
        <w:rPr>
          <w:rFonts w:ascii="Calibri Light" w:hAnsi="Calibri Light" w:cs="Calibri Light"/>
        </w:rPr>
        <w:t>, </w:t>
      </w:r>
      <w:r w:rsidRPr="00F807CD">
        <w:rPr>
          <w:rFonts w:ascii="Calibri Light" w:hAnsi="Calibri Light" w:cs="Calibri Light"/>
          <w:i/>
          <w:iCs/>
        </w:rPr>
        <w:t>31</w:t>
      </w:r>
      <w:r w:rsidRPr="00F807CD">
        <w:rPr>
          <w:rFonts w:ascii="Calibri Light" w:hAnsi="Calibri Light" w:cs="Calibri Light"/>
        </w:rPr>
        <w:t>(1), 25-33.</w:t>
      </w:r>
    </w:p>
    <w:p w14:paraId="026FFCD0" w14:textId="31F2227F" w:rsidR="00606B37" w:rsidRDefault="00606B37" w:rsidP="68E03FF7">
      <w:pPr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</w:rPr>
        <w:t>Institut</w:t>
      </w:r>
      <w:r w:rsidR="00031581">
        <w:rPr>
          <w:rFonts w:ascii="Calibri Light" w:hAnsi="Calibri Light" w:cs="Calibri Light"/>
        </w:rPr>
        <w:t>ion</w:t>
      </w:r>
      <w:r>
        <w:rPr>
          <w:rFonts w:ascii="Calibri Light" w:hAnsi="Calibri Light" w:cs="Calibri Light"/>
        </w:rPr>
        <w:t xml:space="preserve"> of Civil Engineers (</w:t>
      </w:r>
      <w:r w:rsidR="00705620">
        <w:rPr>
          <w:rFonts w:ascii="Calibri Light" w:hAnsi="Calibri Light" w:cs="Calibri Light"/>
        </w:rPr>
        <w:t xml:space="preserve">2023) </w:t>
      </w:r>
      <w:r w:rsidR="00A3560B">
        <w:rPr>
          <w:rFonts w:ascii="Calibri Light" w:hAnsi="Calibri Light" w:cs="Calibri Light"/>
        </w:rPr>
        <w:t>Civil Engineering Challenge for guides &amp; Rangers</w:t>
      </w:r>
    </w:p>
    <w:p w14:paraId="2FAAC9E1" w14:textId="19C56351" w:rsidR="00525AB4" w:rsidRDefault="00525AB4" w:rsidP="68E03FF7">
      <w:pPr>
        <w:rPr>
          <w:rFonts w:ascii="Calibri Light" w:hAnsi="Calibri Light" w:cs="Calibri Light"/>
        </w:rPr>
      </w:pPr>
      <w:r w:rsidRPr="00525AB4">
        <w:rPr>
          <w:rFonts w:ascii="Calibri Light" w:hAnsi="Calibri Light" w:cs="Calibri Light"/>
        </w:rPr>
        <w:t>Kavanagh, M., Clark-Murphy, M., &amp; Wood, L. (2011). The first class: Using icebreakers to facilitate transition in a tertiary environment. </w:t>
      </w:r>
      <w:r w:rsidRPr="00525AB4">
        <w:rPr>
          <w:rFonts w:ascii="Calibri Light" w:hAnsi="Calibri Light" w:cs="Calibri Light"/>
          <w:i/>
          <w:iCs/>
        </w:rPr>
        <w:t>Asian Social Science</w:t>
      </w:r>
      <w:r w:rsidRPr="00525AB4">
        <w:rPr>
          <w:rFonts w:ascii="Calibri Light" w:hAnsi="Calibri Light" w:cs="Calibri Light"/>
        </w:rPr>
        <w:t>, </w:t>
      </w:r>
      <w:r w:rsidRPr="00525AB4">
        <w:rPr>
          <w:rFonts w:ascii="Calibri Light" w:hAnsi="Calibri Light" w:cs="Calibri Light"/>
          <w:i/>
          <w:iCs/>
        </w:rPr>
        <w:t>7</w:t>
      </w:r>
      <w:r w:rsidRPr="00525AB4">
        <w:rPr>
          <w:rFonts w:ascii="Calibri Light" w:hAnsi="Calibri Light" w:cs="Calibri Light"/>
        </w:rPr>
        <w:t>(4), 84-92.</w:t>
      </w:r>
    </w:p>
    <w:p w14:paraId="39C095BD" w14:textId="771096FD" w:rsidR="00A914A2" w:rsidRDefault="00A914A2" w:rsidP="68E03FF7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Icebreaker </w:t>
      </w:r>
      <w:r w:rsidR="00594FDB">
        <w:rPr>
          <w:rFonts w:ascii="Calibri Light" w:hAnsi="Calibri Light" w:cs="Calibri Light"/>
        </w:rPr>
        <w:t xml:space="preserve">for academia </w:t>
      </w:r>
      <w:r>
        <w:rPr>
          <w:rFonts w:ascii="Calibri Light" w:hAnsi="Calibri Light" w:cs="Calibri Light"/>
        </w:rPr>
        <w:t>websites:</w:t>
      </w:r>
    </w:p>
    <w:p w14:paraId="7B7324C7" w14:textId="1294065F" w:rsidR="00A914A2" w:rsidRDefault="00A914A2" w:rsidP="68E03FF7">
      <w:pPr>
        <w:rPr>
          <w:rFonts w:ascii="Calibri Light" w:hAnsi="Calibri Light" w:cs="Calibri Light"/>
          <w:lang w:val="en-GB"/>
        </w:rPr>
      </w:pPr>
      <w:hyperlink r:id="rId11" w:history="1">
        <w:r w:rsidRPr="00DA1DB7">
          <w:rPr>
            <w:rStyle w:val="Hyperlink"/>
            <w:rFonts w:ascii="Calibri Light" w:hAnsi="Calibri Light" w:cs="Calibri Light"/>
            <w:lang w:val="en-GB"/>
          </w:rPr>
          <w:t>https://teacherbot.ghost.io/fun-icebreakers-for-students-to-foster-connection/</w:t>
        </w:r>
      </w:hyperlink>
    </w:p>
    <w:p w14:paraId="1B2EA718" w14:textId="74CE021F" w:rsidR="00594FDB" w:rsidRDefault="00594FDB" w:rsidP="68E03FF7">
      <w:pPr>
        <w:rPr>
          <w:rFonts w:ascii="Calibri Light" w:hAnsi="Calibri Light" w:cs="Calibri Light"/>
          <w:lang w:val="en-GB"/>
        </w:rPr>
      </w:pPr>
      <w:hyperlink r:id="rId12">
        <w:r w:rsidRPr="1841DA2A">
          <w:rPr>
            <w:rStyle w:val="Hyperlink"/>
            <w:rFonts w:ascii="Calibri Light" w:hAnsi="Calibri Light" w:cs="Calibri Light"/>
            <w:lang w:val="en-GB"/>
          </w:rPr>
          <w:t>https://tophat.com/blog/classroom-icebreakers/</w:t>
        </w:r>
      </w:hyperlink>
      <w:r w:rsidRPr="1841DA2A">
        <w:rPr>
          <w:rFonts w:ascii="Calibri Light" w:hAnsi="Calibri Light" w:cs="Calibri Light"/>
          <w:lang w:val="en-GB"/>
        </w:rPr>
        <w:t xml:space="preserve"> </w:t>
      </w:r>
    </w:p>
    <w:p w14:paraId="49250645" w14:textId="3F17C594" w:rsidR="217EF37F" w:rsidRDefault="217EF37F" w:rsidP="4F71E559">
      <w:pPr>
        <w:rPr>
          <w:rFonts w:ascii="Calibri Light" w:hAnsi="Calibri Light" w:cs="Calibri Light"/>
          <w:lang w:val="en-GB"/>
        </w:rPr>
      </w:pPr>
      <w:r w:rsidRPr="4F71E559">
        <w:rPr>
          <w:rFonts w:ascii="Calibri Light" w:hAnsi="Calibri Light" w:cs="Calibri Light"/>
          <w:lang w:val="en-GB"/>
        </w:rPr>
        <w:t>Inclusive icebreakers with UDL in mind:</w:t>
      </w:r>
    </w:p>
    <w:p w14:paraId="0FEF8B09" w14:textId="6AE0D9D9" w:rsidR="217EF37F" w:rsidRDefault="217EF37F" w:rsidP="4F71E559">
      <w:pPr>
        <w:rPr>
          <w:rFonts w:ascii="Calibri Light" w:hAnsi="Calibri Light" w:cs="Calibri Light"/>
          <w:lang w:val="en-GB"/>
        </w:rPr>
      </w:pPr>
      <w:hyperlink r:id="rId13">
        <w:r w:rsidRPr="4F71E559">
          <w:rPr>
            <w:rStyle w:val="Hyperlink"/>
            <w:rFonts w:ascii="Calibri Light" w:hAnsi="Calibri Light" w:cs="Calibri Light"/>
            <w:lang w:val="en-GB"/>
          </w:rPr>
          <w:t>https://sites.exeter.ac.uk/learning/wp-content/uploads/sites/507/2024/08/Inclusive-Icebreakers-by-LDS.pdf</w:t>
        </w:r>
      </w:hyperlink>
      <w:r w:rsidRPr="4F71E559">
        <w:rPr>
          <w:rFonts w:ascii="Calibri Light" w:hAnsi="Calibri Light" w:cs="Calibri Light"/>
          <w:lang w:val="en-GB"/>
        </w:rPr>
        <w:t xml:space="preserve"> </w:t>
      </w:r>
    </w:p>
    <w:p w14:paraId="2BB94875" w14:textId="1E79D524" w:rsidR="00D06464" w:rsidRDefault="00D27E41" w:rsidP="4F71E559">
      <w:pPr>
        <w:rPr>
          <w:rFonts w:ascii="Calibri Light" w:hAnsi="Calibri Light" w:cs="Calibri Light"/>
          <w:lang w:val="en-GB"/>
        </w:rPr>
      </w:pPr>
      <w:r>
        <w:rPr>
          <w:rFonts w:ascii="Calibri Light" w:hAnsi="Calibri Light" w:cs="Calibri Light"/>
          <w:lang w:val="en-GB"/>
        </w:rPr>
        <w:t>For women</w:t>
      </w:r>
      <w:r w:rsidR="001D4160">
        <w:rPr>
          <w:rFonts w:ascii="Calibri Light" w:hAnsi="Calibri Light" w:cs="Calibri Light"/>
          <w:lang w:val="en-GB"/>
        </w:rPr>
        <w:t xml:space="preserve"> in mind</w:t>
      </w:r>
      <w:r>
        <w:rPr>
          <w:rFonts w:ascii="Calibri Light" w:hAnsi="Calibri Light" w:cs="Calibri Light"/>
          <w:lang w:val="en-GB"/>
        </w:rPr>
        <w:t>:</w:t>
      </w:r>
    </w:p>
    <w:p w14:paraId="1FE6E236" w14:textId="50E83008" w:rsidR="00D968D7" w:rsidRDefault="00D968D7" w:rsidP="1841DA2A">
      <w:pPr>
        <w:rPr>
          <w:rFonts w:ascii="Calibri Light" w:hAnsi="Calibri Light" w:cs="Calibri Light"/>
          <w:lang w:val="en-GB"/>
        </w:rPr>
      </w:pPr>
      <w:hyperlink r:id="rId14" w:history="1">
        <w:r w:rsidRPr="00766BAA">
          <w:rPr>
            <w:rStyle w:val="Hyperlink"/>
            <w:rFonts w:ascii="Calibri Light" w:hAnsi="Calibri Light" w:cs="Calibri Light"/>
            <w:lang w:val="en-GB"/>
          </w:rPr>
          <w:t>https://www.girlguidingshop.co.uk/products/browse-our/uma-11s</w:t>
        </w:r>
      </w:hyperlink>
      <w:r>
        <w:rPr>
          <w:rFonts w:ascii="Calibri Light" w:hAnsi="Calibri Light" w:cs="Calibri Light"/>
          <w:lang w:val="en-GB"/>
        </w:rPr>
        <w:t xml:space="preserve"> </w:t>
      </w:r>
    </w:p>
    <w:p w14:paraId="1A4436BF" w14:textId="24733E33" w:rsidR="143BC22C" w:rsidRDefault="143BC22C" w:rsidP="1841DA2A">
      <w:pPr>
        <w:rPr>
          <w:rFonts w:ascii="Calibri Light" w:eastAsia="Calibri Light" w:hAnsi="Calibri Light" w:cs="Calibri Light"/>
          <w:lang w:val="en-GB"/>
        </w:rPr>
      </w:pPr>
      <w:r w:rsidRPr="1841DA2A">
        <w:rPr>
          <w:rFonts w:eastAsia="Calibri" w:cs="Calibri"/>
          <w:b/>
          <w:bCs/>
          <w:color w:val="0F6576"/>
          <w:sz w:val="28"/>
          <w:szCs w:val="28"/>
        </w:rPr>
        <w:t>Appendix A – Use of Gen AI in preparing interventions</w:t>
      </w:r>
    </w:p>
    <w:p w14:paraId="5EB05C50" w14:textId="6B9C5DBF" w:rsidR="143BC22C" w:rsidRDefault="143BC22C" w:rsidP="1841DA2A">
      <w:pPr>
        <w:rPr>
          <w:rFonts w:ascii="Calibri Light" w:hAnsi="Calibri Light" w:cs="Calibri Light"/>
          <w:lang w:val="en-GB"/>
        </w:rPr>
      </w:pPr>
      <w:r w:rsidRPr="1841DA2A">
        <w:rPr>
          <w:rFonts w:ascii="Calibri Light" w:hAnsi="Calibri Light" w:cs="Calibri Light"/>
          <w:lang w:val="en-GB"/>
        </w:rPr>
        <w:lastRenderedPageBreak/>
        <w:t>Gen AI was not used in this intervention preparation.</w:t>
      </w:r>
    </w:p>
    <w:p w14:paraId="34E7B8D4" w14:textId="77777777" w:rsidR="00A914A2" w:rsidRDefault="00A914A2" w:rsidP="68E03FF7">
      <w:pPr>
        <w:rPr>
          <w:rFonts w:ascii="Calibri Light" w:hAnsi="Calibri Light" w:cs="Calibri Light"/>
          <w:lang w:val="en-GB"/>
        </w:rPr>
      </w:pPr>
    </w:p>
    <w:sectPr w:rsidR="00A914A2" w:rsidSect="00034616">
      <w:headerReference w:type="default" r:id="rId15"/>
      <w:footerReference w:type="defaul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4D555" w14:textId="77777777" w:rsidR="00486EC9" w:rsidRDefault="00486EC9" w:rsidP="004E0BFC">
      <w:pPr>
        <w:spacing w:after="0" w:line="240" w:lineRule="auto"/>
      </w:pPr>
      <w:r>
        <w:separator/>
      </w:r>
    </w:p>
  </w:endnote>
  <w:endnote w:type="continuationSeparator" w:id="0">
    <w:p w14:paraId="0ACAB0C2" w14:textId="77777777" w:rsidR="00486EC9" w:rsidRDefault="00486EC9" w:rsidP="004E0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5F896" w14:textId="4A0FE80C" w:rsidR="00EB446E" w:rsidRDefault="00EB446E">
    <w:pPr>
      <w:pStyle w:val="Footer"/>
    </w:pPr>
    <w:r w:rsidRPr="00EB446E">
      <w:t xml:space="preserve">Innovative interventions to improve social &amp; academic integration of STEM university students  © 2026 by In-4-STEM project is licensed under Creative Commons Attribution-NonCommercial-ShareAlike 4.0 International (CC BY-NC-SA 4.0) . To view a copy of this license, visit </w:t>
    </w:r>
    <w:hyperlink r:id="rId1" w:tgtFrame="_blank" w:tooltip="https://creativecommons.org/licenses/by-nc-sa/4.0/" w:history="1">
      <w:r w:rsidRPr="00EB446E">
        <w:rPr>
          <w:rStyle w:val="Hyperlink"/>
        </w:rPr>
        <w:t>https://creativecommons.org/licenses/by-nc-sa/4.0/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13AFB" w14:textId="77777777" w:rsidR="00486EC9" w:rsidRDefault="00486EC9" w:rsidP="004E0BFC">
      <w:pPr>
        <w:spacing w:after="0" w:line="240" w:lineRule="auto"/>
      </w:pPr>
      <w:r>
        <w:separator/>
      </w:r>
    </w:p>
  </w:footnote>
  <w:footnote w:type="continuationSeparator" w:id="0">
    <w:p w14:paraId="48CA4829" w14:textId="77777777" w:rsidR="00486EC9" w:rsidRDefault="00486EC9" w:rsidP="004E0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5E329" w14:textId="635E013D" w:rsidR="004E0BFC" w:rsidRPr="004E0BFC" w:rsidRDefault="004E0BFC" w:rsidP="004E0BFC">
    <w:pPr>
      <w:rPr>
        <w:lang w:val="en-GB"/>
      </w:rPr>
    </w:pPr>
    <w:r w:rsidRPr="00ED392D">
      <w:rPr>
        <w:b/>
        <w:noProof/>
        <w:color w:val="0F6576"/>
        <w:sz w:val="40"/>
        <w:szCs w:val="32"/>
      </w:rPr>
      <w:drawing>
        <wp:anchor distT="0" distB="0" distL="114300" distR="114300" simplePos="0" relativeHeight="251658240" behindDoc="0" locked="0" layoutInCell="1" allowOverlap="1" wp14:anchorId="313ACCE3" wp14:editId="1A6E601E">
          <wp:simplePos x="0" y="0"/>
          <wp:positionH relativeFrom="column">
            <wp:posOffset>-767138</wp:posOffset>
          </wp:positionH>
          <wp:positionV relativeFrom="paragraph">
            <wp:posOffset>-91440</wp:posOffset>
          </wp:positionV>
          <wp:extent cx="548640" cy="548640"/>
          <wp:effectExtent l="0" t="0" r="0" b="0"/>
          <wp:wrapThrough wrapText="bothSides">
            <wp:wrapPolygon edited="0">
              <wp:start x="6000" y="0"/>
              <wp:lineTo x="0" y="4000"/>
              <wp:lineTo x="0" y="16500"/>
              <wp:lineTo x="5500" y="21000"/>
              <wp:lineTo x="6000" y="21000"/>
              <wp:lineTo x="15000" y="21000"/>
              <wp:lineTo x="15500" y="21000"/>
              <wp:lineTo x="21000" y="16500"/>
              <wp:lineTo x="21000" y="4000"/>
              <wp:lineTo x="15000" y="0"/>
              <wp:lineTo x="6000" y="0"/>
            </wp:wrapPolygon>
          </wp:wrapThrough>
          <wp:docPr id="2109538620" name="Afbeelding 1" descr="Afbeelding met tekst, Graphics, Lettertype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9538620" name="Afbeelding 1" descr="Afbeelding met tekst, Graphics, Lettertype, grafische vormgeving&#10;&#10;Door AI gegenereerde inhoud is mogelijk onjuis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8640" cy="548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D392D">
      <w:rPr>
        <w:b/>
        <w:color w:val="0F6576"/>
        <w:sz w:val="40"/>
        <w:szCs w:val="32"/>
      </w:rPr>
      <w:t>Universal Intervention Design Template</w:t>
    </w:r>
    <w:r>
      <w:rPr>
        <w:b/>
        <w:color w:val="0F6576"/>
        <w:sz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4464C5"/>
    <w:multiLevelType w:val="multilevel"/>
    <w:tmpl w:val="4CA23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3525D1"/>
    <w:multiLevelType w:val="multilevel"/>
    <w:tmpl w:val="D7546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DD2EAB"/>
    <w:multiLevelType w:val="multilevel"/>
    <w:tmpl w:val="3BC20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B32618"/>
    <w:multiLevelType w:val="multilevel"/>
    <w:tmpl w:val="6442B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83468B"/>
    <w:multiLevelType w:val="multilevel"/>
    <w:tmpl w:val="E8EAE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CF7D79"/>
    <w:multiLevelType w:val="multilevel"/>
    <w:tmpl w:val="C3DC7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1F4E57"/>
    <w:multiLevelType w:val="multilevel"/>
    <w:tmpl w:val="4FC0D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3216543">
    <w:abstractNumId w:val="8"/>
  </w:num>
  <w:num w:numId="2" w16cid:durableId="107286627">
    <w:abstractNumId w:val="6"/>
  </w:num>
  <w:num w:numId="3" w16cid:durableId="1461802224">
    <w:abstractNumId w:val="5"/>
  </w:num>
  <w:num w:numId="4" w16cid:durableId="1861360421">
    <w:abstractNumId w:val="4"/>
  </w:num>
  <w:num w:numId="5" w16cid:durableId="1981374970">
    <w:abstractNumId w:val="7"/>
  </w:num>
  <w:num w:numId="6" w16cid:durableId="399639557">
    <w:abstractNumId w:val="3"/>
  </w:num>
  <w:num w:numId="7" w16cid:durableId="2005745363">
    <w:abstractNumId w:val="2"/>
  </w:num>
  <w:num w:numId="8" w16cid:durableId="1006438876">
    <w:abstractNumId w:val="1"/>
  </w:num>
  <w:num w:numId="9" w16cid:durableId="1575120622">
    <w:abstractNumId w:val="0"/>
  </w:num>
  <w:num w:numId="10" w16cid:durableId="1320188990">
    <w:abstractNumId w:val="13"/>
  </w:num>
  <w:num w:numId="11" w16cid:durableId="73432420">
    <w:abstractNumId w:val="12"/>
  </w:num>
  <w:num w:numId="12" w16cid:durableId="1107698390">
    <w:abstractNumId w:val="10"/>
  </w:num>
  <w:num w:numId="13" w16cid:durableId="976422220">
    <w:abstractNumId w:val="11"/>
  </w:num>
  <w:num w:numId="14" w16cid:durableId="1771967934">
    <w:abstractNumId w:val="15"/>
  </w:num>
  <w:num w:numId="15" w16cid:durableId="194730552">
    <w:abstractNumId w:val="9"/>
  </w:num>
  <w:num w:numId="16" w16cid:durableId="104702526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1581"/>
    <w:rsid w:val="000321D4"/>
    <w:rsid w:val="00034616"/>
    <w:rsid w:val="00037168"/>
    <w:rsid w:val="0005134D"/>
    <w:rsid w:val="0006063C"/>
    <w:rsid w:val="00060EC2"/>
    <w:rsid w:val="00083682"/>
    <w:rsid w:val="000A3910"/>
    <w:rsid w:val="000A4688"/>
    <w:rsid w:val="000E716D"/>
    <w:rsid w:val="00104E08"/>
    <w:rsid w:val="00117B66"/>
    <w:rsid w:val="0015074B"/>
    <w:rsid w:val="00166AFF"/>
    <w:rsid w:val="001B4399"/>
    <w:rsid w:val="001D4160"/>
    <w:rsid w:val="001E6C69"/>
    <w:rsid w:val="00211D44"/>
    <w:rsid w:val="002335D4"/>
    <w:rsid w:val="0025051B"/>
    <w:rsid w:val="00275233"/>
    <w:rsid w:val="00292224"/>
    <w:rsid w:val="0029639D"/>
    <w:rsid w:val="002D7124"/>
    <w:rsid w:val="002F28FF"/>
    <w:rsid w:val="00300FED"/>
    <w:rsid w:val="00326F90"/>
    <w:rsid w:val="00390282"/>
    <w:rsid w:val="003A6011"/>
    <w:rsid w:val="003B589F"/>
    <w:rsid w:val="003D384F"/>
    <w:rsid w:val="003E4EE2"/>
    <w:rsid w:val="003F2683"/>
    <w:rsid w:val="00416005"/>
    <w:rsid w:val="004462A9"/>
    <w:rsid w:val="00456A0B"/>
    <w:rsid w:val="00472B63"/>
    <w:rsid w:val="00486EC9"/>
    <w:rsid w:val="00497B8F"/>
    <w:rsid w:val="004E0BFC"/>
    <w:rsid w:val="00525AB4"/>
    <w:rsid w:val="005414CD"/>
    <w:rsid w:val="00562C99"/>
    <w:rsid w:val="005654B4"/>
    <w:rsid w:val="00571F7D"/>
    <w:rsid w:val="00590643"/>
    <w:rsid w:val="00594FDB"/>
    <w:rsid w:val="005A1993"/>
    <w:rsid w:val="005B07D0"/>
    <w:rsid w:val="005F7682"/>
    <w:rsid w:val="00606B37"/>
    <w:rsid w:val="0062506B"/>
    <w:rsid w:val="00632F35"/>
    <w:rsid w:val="0067654A"/>
    <w:rsid w:val="00705620"/>
    <w:rsid w:val="00722157"/>
    <w:rsid w:val="0073502F"/>
    <w:rsid w:val="00792434"/>
    <w:rsid w:val="007E142F"/>
    <w:rsid w:val="00811690"/>
    <w:rsid w:val="00826B9A"/>
    <w:rsid w:val="0085435F"/>
    <w:rsid w:val="0086050C"/>
    <w:rsid w:val="00863491"/>
    <w:rsid w:val="00875814"/>
    <w:rsid w:val="008901A5"/>
    <w:rsid w:val="00896312"/>
    <w:rsid w:val="0097388E"/>
    <w:rsid w:val="00980D34"/>
    <w:rsid w:val="009B6D17"/>
    <w:rsid w:val="009C14CF"/>
    <w:rsid w:val="009C2D6F"/>
    <w:rsid w:val="009D45D6"/>
    <w:rsid w:val="00A036AB"/>
    <w:rsid w:val="00A1340A"/>
    <w:rsid w:val="00A3560B"/>
    <w:rsid w:val="00A36357"/>
    <w:rsid w:val="00A53F55"/>
    <w:rsid w:val="00A72973"/>
    <w:rsid w:val="00A84113"/>
    <w:rsid w:val="00A914A2"/>
    <w:rsid w:val="00AA1D8D"/>
    <w:rsid w:val="00AA63BC"/>
    <w:rsid w:val="00AD37CD"/>
    <w:rsid w:val="00AD5FA6"/>
    <w:rsid w:val="00AE6295"/>
    <w:rsid w:val="00AF6E44"/>
    <w:rsid w:val="00B20B89"/>
    <w:rsid w:val="00B3219D"/>
    <w:rsid w:val="00B33831"/>
    <w:rsid w:val="00B4184B"/>
    <w:rsid w:val="00B4222B"/>
    <w:rsid w:val="00B43D14"/>
    <w:rsid w:val="00B47730"/>
    <w:rsid w:val="00BA645E"/>
    <w:rsid w:val="00BE59D8"/>
    <w:rsid w:val="00C05C8B"/>
    <w:rsid w:val="00C928C2"/>
    <w:rsid w:val="00CB0664"/>
    <w:rsid w:val="00CC1A8D"/>
    <w:rsid w:val="00CC376A"/>
    <w:rsid w:val="00CD7C73"/>
    <w:rsid w:val="00D06464"/>
    <w:rsid w:val="00D21C12"/>
    <w:rsid w:val="00D27E41"/>
    <w:rsid w:val="00D545E9"/>
    <w:rsid w:val="00D84949"/>
    <w:rsid w:val="00D968D7"/>
    <w:rsid w:val="00DA1183"/>
    <w:rsid w:val="00DD0C8B"/>
    <w:rsid w:val="00DD2264"/>
    <w:rsid w:val="00DE0617"/>
    <w:rsid w:val="00DF3FA1"/>
    <w:rsid w:val="00E03AFB"/>
    <w:rsid w:val="00E04E26"/>
    <w:rsid w:val="00E16780"/>
    <w:rsid w:val="00E23671"/>
    <w:rsid w:val="00E43699"/>
    <w:rsid w:val="00E53B68"/>
    <w:rsid w:val="00E54CE1"/>
    <w:rsid w:val="00E55E07"/>
    <w:rsid w:val="00E65FE8"/>
    <w:rsid w:val="00EB446E"/>
    <w:rsid w:val="00EC17AB"/>
    <w:rsid w:val="00ED392D"/>
    <w:rsid w:val="00F03D8F"/>
    <w:rsid w:val="00F15076"/>
    <w:rsid w:val="00F16179"/>
    <w:rsid w:val="00F23BE0"/>
    <w:rsid w:val="00F26013"/>
    <w:rsid w:val="00F370E7"/>
    <w:rsid w:val="00F40F37"/>
    <w:rsid w:val="00F61190"/>
    <w:rsid w:val="00F807CD"/>
    <w:rsid w:val="00F82504"/>
    <w:rsid w:val="00FB2B18"/>
    <w:rsid w:val="00FC693F"/>
    <w:rsid w:val="023BED99"/>
    <w:rsid w:val="04FF0B25"/>
    <w:rsid w:val="0995762F"/>
    <w:rsid w:val="0EBEE6DD"/>
    <w:rsid w:val="108BFCCD"/>
    <w:rsid w:val="11939C16"/>
    <w:rsid w:val="11A64929"/>
    <w:rsid w:val="124C7894"/>
    <w:rsid w:val="143BC22C"/>
    <w:rsid w:val="1841DA2A"/>
    <w:rsid w:val="18590F20"/>
    <w:rsid w:val="1EAAAAD6"/>
    <w:rsid w:val="217EF37F"/>
    <w:rsid w:val="26A3DC9E"/>
    <w:rsid w:val="28748EB1"/>
    <w:rsid w:val="2ADB2C16"/>
    <w:rsid w:val="2CC46551"/>
    <w:rsid w:val="33D867F6"/>
    <w:rsid w:val="388651C2"/>
    <w:rsid w:val="38FD1300"/>
    <w:rsid w:val="39AF69AD"/>
    <w:rsid w:val="3C04100F"/>
    <w:rsid w:val="41E1B06E"/>
    <w:rsid w:val="432CB9EB"/>
    <w:rsid w:val="4358B399"/>
    <w:rsid w:val="44D1369E"/>
    <w:rsid w:val="4BD6AA28"/>
    <w:rsid w:val="4F71E559"/>
    <w:rsid w:val="50CFB4D1"/>
    <w:rsid w:val="578BCC71"/>
    <w:rsid w:val="5DC8FB06"/>
    <w:rsid w:val="5DE3F11A"/>
    <w:rsid w:val="5ED244E1"/>
    <w:rsid w:val="644AAD47"/>
    <w:rsid w:val="6606D01A"/>
    <w:rsid w:val="68806B7A"/>
    <w:rsid w:val="68E03FF7"/>
    <w:rsid w:val="69249785"/>
    <w:rsid w:val="6B05B6E6"/>
    <w:rsid w:val="75B80012"/>
    <w:rsid w:val="769C699D"/>
    <w:rsid w:val="7B4EEBE3"/>
    <w:rsid w:val="7B68929E"/>
    <w:rsid w:val="7C45A189"/>
    <w:rsid w:val="7FA43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AFB14BF"/>
  <w14:defaultImageDpi w14:val="300"/>
  <w15:docId w15:val="{A3735385-7530-4D39-BD07-3D370F4AA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hAnsi="Calibr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3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35F"/>
    <w:rPr>
      <w:rFonts w:ascii="Calibri" w:hAnsi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71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16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914A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14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1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34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12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33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912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379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62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010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26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31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58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81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008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863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74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43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73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ites.exeter.ac.uk/learning/wp-content/uploads/sites/507/2024/08/Inclusive-Icebreakers-by-LDS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ophat.com/blog/classroom-icebreakers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eacherbot.ghost.io/fun-icebreakers-for-students-to-foster-connection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irlguidingshop.co.uk/products/browse-our/uma-11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-nc-sa/4.0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af3c0-e95f-4e6f-904d-2fc2c00e9c95">
      <Terms xmlns="http://schemas.microsoft.com/office/infopath/2007/PartnerControls"/>
    </lcf76f155ced4ddcb4097134ff3c332f>
    <TaxCatchAll xmlns="fd49e15b-f634-49a3-bcda-8178c74fc01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47B9305936734596E7A22AFD701D2B" ma:contentTypeVersion="12" ma:contentTypeDescription="Create a new document." ma:contentTypeScope="" ma:versionID="635d6659088a29354e9e491f02c6bd86">
  <xsd:schema xmlns:xsd="http://www.w3.org/2001/XMLSchema" xmlns:xs="http://www.w3.org/2001/XMLSchema" xmlns:p="http://schemas.microsoft.com/office/2006/metadata/properties" xmlns:ns2="9f1af3c0-e95f-4e6f-904d-2fc2c00e9c95" xmlns:ns3="fd49e15b-f634-49a3-bcda-8178c74fc018" targetNamespace="http://schemas.microsoft.com/office/2006/metadata/properties" ma:root="true" ma:fieldsID="3739ea963a4c12fcd66a0815cac478a8" ns2:_="" ns3:_="">
    <xsd:import namespace="9f1af3c0-e95f-4e6f-904d-2fc2c00e9c95"/>
    <xsd:import namespace="fd49e15b-f634-49a3-bcda-8178c74fc0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af3c0-e95f-4e6f-904d-2fc2c00e9c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b6fc0cd-01fe-45a4-a6f7-42bcc5426b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49e15b-f634-49a3-bcda-8178c74fc01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750b75-d889-4d7f-98b8-35f33cad547b}" ma:internalName="TaxCatchAll" ma:showField="CatchAllData" ma:web="fd49e15b-f634-49a3-bcda-8178c74fc0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97B72F-F973-4E59-9C62-D8D1318180B9}">
  <ds:schemaRefs>
    <ds:schemaRef ds:uri="http://schemas.microsoft.com/office/2006/metadata/properties"/>
    <ds:schemaRef ds:uri="http://schemas.microsoft.com/office/infopath/2007/PartnerControls"/>
    <ds:schemaRef ds:uri="9f1af3c0-e95f-4e6f-904d-2fc2c00e9c95"/>
    <ds:schemaRef ds:uri="fd49e15b-f634-49a3-bcda-8178c74fc018"/>
  </ds:schemaRefs>
</ds:datastoreItem>
</file>

<file path=customXml/itemProps2.xml><?xml version="1.0" encoding="utf-8"?>
<ds:datastoreItem xmlns:ds="http://schemas.openxmlformats.org/officeDocument/2006/customXml" ds:itemID="{ED78E240-C8E4-46D3-892A-0B14E8E373B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52DC357-8106-492F-B37C-C3B439DA93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70284D-9D24-405D-B933-F766B7EA75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af3c0-e95f-4e6f-904d-2fc2c00e9c95"/>
    <ds:schemaRef ds:uri="fd49e15b-f634-49a3-bcda-8178c74fc0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1041</Words>
  <Characters>5938</Characters>
  <Application>Microsoft Office Word</Application>
  <DocSecurity>0</DocSecurity>
  <Lines>49</Lines>
  <Paragraphs>13</Paragraphs>
  <ScaleCrop>false</ScaleCrop>
  <Manager/>
  <Company/>
  <LinksUpToDate>false</LinksUpToDate>
  <CharactersWithSpaces>6966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Ventura-Medina, Esther</cp:lastModifiedBy>
  <cp:revision>10</cp:revision>
  <dcterms:created xsi:type="dcterms:W3CDTF">2026-10-09T09:11:00Z</dcterms:created>
  <dcterms:modified xsi:type="dcterms:W3CDTF">2026-10-10T15:41:00Z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0x0101003B47B9305936734596E7A22AFD701D2B</vt:lpwstr>
  </property>
  <property fmtid="{D5CDD505-2E9C-101B-9397-08002B2CF9AE}" pid="3" name="MediaServiceImageTags">
    <vt:lpwstr/>
  </property>
</Properties>
</file>