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366BA" w14:textId="6FC2EC20" w:rsidR="0086050C" w:rsidRDefault="00A53F55">
      <w:r>
        <w:rPr>
          <w:b/>
          <w:color w:val="0F6576"/>
          <w:sz w:val="28"/>
        </w:rPr>
        <w:t>General Information</w:t>
      </w:r>
    </w:p>
    <w:tbl>
      <w:tblPr>
        <w:tblStyle w:val="TableGrid"/>
        <w:tblW w:w="0" w:type="auto"/>
        <w:tblLook w:val="04A0" w:firstRow="1" w:lastRow="0" w:firstColumn="1" w:lastColumn="0" w:noHBand="0" w:noVBand="1"/>
      </w:tblPr>
      <w:tblGrid>
        <w:gridCol w:w="4316"/>
        <w:gridCol w:w="4314"/>
      </w:tblGrid>
      <w:tr w:rsidR="004E0BFC" w14:paraId="56730AF0" w14:textId="77777777" w:rsidTr="381612D9">
        <w:tc>
          <w:tcPr>
            <w:tcW w:w="4316" w:type="dxa"/>
          </w:tcPr>
          <w:p w14:paraId="7878CBD4" w14:textId="0A6F3C62" w:rsidR="004E0BFC" w:rsidRPr="000A3910" w:rsidRDefault="004E0BFC" w:rsidP="004E0BFC">
            <w:pPr>
              <w:rPr>
                <w:rFonts w:ascii="Calibri Light" w:hAnsi="Calibri Light" w:cs="Calibri Light"/>
              </w:rPr>
            </w:pPr>
            <w:r w:rsidRPr="000A3910">
              <w:rPr>
                <w:rFonts w:ascii="Calibri Light" w:hAnsi="Calibri Light" w:cs="Calibri Light"/>
                <w:lang w:val="en-GB"/>
              </w:rPr>
              <w:t>Name or title of activity:</w:t>
            </w:r>
          </w:p>
        </w:tc>
        <w:tc>
          <w:tcPr>
            <w:tcW w:w="4314" w:type="dxa"/>
          </w:tcPr>
          <w:p w14:paraId="541ABF62" w14:textId="77777777" w:rsidR="00060EC2" w:rsidRDefault="00C55B1C" w:rsidP="00C55B1C">
            <w:pPr>
              <w:rPr>
                <w:b/>
                <w:bCs/>
                <w:color w:val="0F6576"/>
                <w:sz w:val="28"/>
                <w:szCs w:val="28"/>
              </w:rPr>
            </w:pPr>
            <w:r>
              <w:rPr>
                <w:b/>
                <w:bCs/>
                <w:color w:val="0F6576"/>
                <w:sz w:val="28"/>
                <w:szCs w:val="28"/>
              </w:rPr>
              <w:t>Lunch and Learn</w:t>
            </w:r>
          </w:p>
          <w:p w14:paraId="4D307130" w14:textId="39C6F3B0" w:rsidR="00C55B1C" w:rsidRPr="000A3910" w:rsidRDefault="00C55B1C" w:rsidP="00C55B1C">
            <w:pPr>
              <w:rPr>
                <w:rFonts w:ascii="Calibri Light" w:hAnsi="Calibri Light" w:cs="Calibri Light"/>
              </w:rPr>
            </w:pPr>
          </w:p>
        </w:tc>
      </w:tr>
      <w:tr w:rsidR="004E0BFC" w14:paraId="7CD968E4" w14:textId="77777777" w:rsidTr="381612D9">
        <w:tc>
          <w:tcPr>
            <w:tcW w:w="4316" w:type="dxa"/>
          </w:tcPr>
          <w:p w14:paraId="1677847D" w14:textId="176D1C96" w:rsidR="004E0BFC" w:rsidRPr="000A3910" w:rsidRDefault="004E0BFC" w:rsidP="004E0BFC">
            <w:pPr>
              <w:rPr>
                <w:rFonts w:ascii="Calibri Light" w:hAnsi="Calibri Light" w:cs="Calibri Light"/>
              </w:rPr>
            </w:pPr>
            <w:r w:rsidRPr="11A64929">
              <w:rPr>
                <w:rFonts w:ascii="Calibri Light" w:hAnsi="Calibri Light" w:cs="Calibri Light"/>
                <w:lang w:val="en-GB"/>
              </w:rPr>
              <w:t xml:space="preserve">Brief </w:t>
            </w:r>
            <w:r w:rsidR="000A3910" w:rsidRPr="11A64929">
              <w:rPr>
                <w:rFonts w:ascii="Calibri Light" w:hAnsi="Calibri Light" w:cs="Calibri Light"/>
                <w:lang w:val="en-GB"/>
              </w:rPr>
              <w:t>d</w:t>
            </w:r>
            <w:r w:rsidRPr="11A64929">
              <w:rPr>
                <w:rFonts w:ascii="Calibri Light" w:hAnsi="Calibri Light" w:cs="Calibri Light"/>
                <w:lang w:val="en-GB"/>
              </w:rPr>
              <w:t>escription</w:t>
            </w:r>
            <w:r w:rsidR="00CD7C73">
              <w:rPr>
                <w:rFonts w:ascii="Calibri Light" w:hAnsi="Calibri Light" w:cs="Calibri Light"/>
                <w:lang w:val="en-GB"/>
              </w:rPr>
              <w:t xml:space="preserve"> (20 words)</w:t>
            </w:r>
            <w:r w:rsidRPr="11A64929">
              <w:rPr>
                <w:rFonts w:ascii="Calibri Light" w:hAnsi="Calibri Light" w:cs="Calibri Light"/>
                <w:lang w:val="en-GB"/>
              </w:rPr>
              <w:t>:</w:t>
            </w:r>
          </w:p>
        </w:tc>
        <w:tc>
          <w:tcPr>
            <w:tcW w:w="4314" w:type="dxa"/>
          </w:tcPr>
          <w:p w14:paraId="14EDCE2A" w14:textId="560FD298" w:rsidR="004E0BFC" w:rsidRDefault="00CD644C" w:rsidP="004E0BFC">
            <w:pPr>
              <w:rPr>
                <w:rFonts w:ascii="Calibri Light" w:hAnsi="Calibri Light" w:cs="Calibri Light"/>
              </w:rPr>
            </w:pPr>
            <w:r>
              <w:rPr>
                <w:rFonts w:ascii="Calibri Light" w:hAnsi="Calibri Light" w:cs="Calibri Light"/>
              </w:rPr>
              <w:t xml:space="preserve">A 4-6 week programme, lunchtime get together to discuss challenges of academic studies and potential strategies and solutions for first year students. </w:t>
            </w:r>
          </w:p>
          <w:p w14:paraId="78494459" w14:textId="77777777" w:rsidR="00CD644C" w:rsidRDefault="00CD644C" w:rsidP="004E0BFC">
            <w:pPr>
              <w:rPr>
                <w:rFonts w:ascii="Calibri Light" w:hAnsi="Calibri Light" w:cs="Calibri Light"/>
              </w:rPr>
            </w:pPr>
          </w:p>
          <w:p w14:paraId="2192B71F" w14:textId="3012C3B9" w:rsidR="00CD644C" w:rsidRPr="00CD644C" w:rsidRDefault="00CD644C" w:rsidP="004E0BFC">
            <w:pPr>
              <w:rPr>
                <w:rFonts w:ascii="Calibri Light" w:hAnsi="Calibri Light" w:cs="Calibri Light"/>
              </w:rPr>
            </w:pPr>
            <w:r>
              <w:rPr>
                <w:rFonts w:ascii="Calibri Light" w:hAnsi="Calibri Light" w:cs="Calibri Light"/>
              </w:rPr>
              <w:t xml:space="preserve">Topics can cover </w:t>
            </w:r>
            <w:r w:rsidRPr="00CD644C">
              <w:rPr>
                <w:rFonts w:ascii="Calibri Light" w:hAnsi="Calibri Light" w:cs="Calibri Light"/>
              </w:rPr>
              <w:t>aspects of academic studies which students find challenging. Some suggestions are</w:t>
            </w:r>
            <w:r>
              <w:rPr>
                <w:rFonts w:ascii="Calibri Light" w:hAnsi="Calibri Light" w:cs="Calibri Light"/>
              </w:rPr>
              <w:t xml:space="preserve"> (Fergy et al., 2011)</w:t>
            </w:r>
            <w:r w:rsidRPr="00CD644C">
              <w:rPr>
                <w:rFonts w:ascii="Calibri Light" w:hAnsi="Calibri Light" w:cs="Calibri Light"/>
              </w:rPr>
              <w:t xml:space="preserve">: </w:t>
            </w:r>
          </w:p>
          <w:p w14:paraId="7E7CEA68" w14:textId="6ADC9DF2"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Effective Study Habits in First Year</w:t>
            </w:r>
          </w:p>
          <w:p w14:paraId="188E87D6" w14:textId="2B778E97"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 xml:space="preserve">Time Management and </w:t>
            </w:r>
            <w:proofErr w:type="spellStart"/>
            <w:r w:rsidRPr="00CD644C">
              <w:rPr>
                <w:rFonts w:ascii="Calibri Light" w:hAnsi="Calibri Light" w:cs="Calibri Light"/>
              </w:rPr>
              <w:t>Organisation</w:t>
            </w:r>
            <w:proofErr w:type="spellEnd"/>
          </w:p>
          <w:p w14:paraId="75209234" w14:textId="77777777" w:rsidR="00CD644C" w:rsidRPr="00CD644C" w:rsidRDefault="00CD644C" w:rsidP="00CD644C">
            <w:pPr>
              <w:pStyle w:val="ListParagraph"/>
              <w:numPr>
                <w:ilvl w:val="0"/>
                <w:numId w:val="18"/>
              </w:numPr>
              <w:rPr>
                <w:rFonts w:ascii="Calibri Light" w:hAnsi="Calibri Light" w:cs="Calibri Light"/>
                <w:lang w:val="en-GB"/>
              </w:rPr>
            </w:pPr>
            <w:r w:rsidRPr="3A395362">
              <w:rPr>
                <w:rFonts w:ascii="Calibri Light" w:hAnsi="Calibri Light" w:cs="Calibri Light"/>
                <w:lang w:val="en-GB"/>
              </w:rPr>
              <w:t>Understanding Assessment and Academic Language</w:t>
            </w:r>
          </w:p>
          <w:p w14:paraId="06F7BB5C" w14:textId="24E766F7"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Coping with Stress and Anxiety</w:t>
            </w:r>
          </w:p>
          <w:p w14:paraId="4D9134F8" w14:textId="3495C6E8"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Boosting Motivation and Setting Goals</w:t>
            </w:r>
          </w:p>
          <w:p w14:paraId="12730FE9" w14:textId="6999A15E"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Enhancing Communication Skills</w:t>
            </w:r>
          </w:p>
          <w:p w14:paraId="59528155" w14:textId="371D097A" w:rsidR="00CD644C" w:rsidRPr="00CD644C" w:rsidRDefault="00CD644C" w:rsidP="00CD644C">
            <w:pPr>
              <w:pStyle w:val="ListParagraph"/>
              <w:numPr>
                <w:ilvl w:val="0"/>
                <w:numId w:val="18"/>
              </w:numPr>
              <w:rPr>
                <w:rFonts w:ascii="Calibri Light" w:hAnsi="Calibri Light" w:cs="Calibri Light"/>
              </w:rPr>
            </w:pPr>
            <w:r w:rsidRPr="00CD644C">
              <w:rPr>
                <w:rFonts w:ascii="Calibri Light" w:hAnsi="Calibri Light" w:cs="Calibri Light"/>
              </w:rPr>
              <w:t>Developing Critical Thinking and Analytical Skills</w:t>
            </w:r>
          </w:p>
          <w:p w14:paraId="75171BE3" w14:textId="77777777" w:rsidR="009B6D17" w:rsidRDefault="009B6D17" w:rsidP="004E0BFC">
            <w:pPr>
              <w:rPr>
                <w:rFonts w:ascii="Calibri Light" w:hAnsi="Calibri Light" w:cs="Calibri Light"/>
              </w:rPr>
            </w:pPr>
          </w:p>
          <w:p w14:paraId="2E529802" w14:textId="30072223" w:rsidR="00CD644C" w:rsidRDefault="00CD644C" w:rsidP="004E0BFC">
            <w:pPr>
              <w:rPr>
                <w:rFonts w:ascii="Calibri Light" w:hAnsi="Calibri Light" w:cs="Calibri Light"/>
              </w:rPr>
            </w:pPr>
            <w:r w:rsidRPr="381612D9">
              <w:rPr>
                <w:rFonts w:ascii="Calibri Light" w:hAnsi="Calibri Light" w:cs="Calibri Light"/>
              </w:rPr>
              <w:t>Whilst the aim is to support academic integration, students will work in small groups, to enhance social integration as a secondary impact.</w:t>
            </w:r>
          </w:p>
          <w:p w14:paraId="02226716" w14:textId="03ACB1D1" w:rsidR="009B6D17" w:rsidRPr="000A3910" w:rsidRDefault="009B6D17" w:rsidP="004E0BFC">
            <w:pPr>
              <w:rPr>
                <w:rFonts w:ascii="Calibri Light" w:hAnsi="Calibri Light" w:cs="Calibri Light"/>
              </w:rPr>
            </w:pPr>
          </w:p>
        </w:tc>
      </w:tr>
      <w:tr w:rsidR="004E0BFC" w14:paraId="40B1F3FC" w14:textId="77777777" w:rsidTr="381612D9">
        <w:tc>
          <w:tcPr>
            <w:tcW w:w="4316" w:type="dxa"/>
          </w:tcPr>
          <w:p w14:paraId="3B99F1FC" w14:textId="57BA1203" w:rsidR="004E0BFC" w:rsidRPr="000A3910" w:rsidRDefault="004E0BFC" w:rsidP="004E0BFC">
            <w:pPr>
              <w:rPr>
                <w:rFonts w:ascii="Calibri Light" w:hAnsi="Calibri Light" w:cs="Calibri Light"/>
              </w:rPr>
            </w:pPr>
            <w:r w:rsidRPr="5ED244E1">
              <w:rPr>
                <w:rFonts w:ascii="Calibri Light" w:hAnsi="Calibri Light" w:cs="Calibri Light"/>
              </w:rPr>
              <w:t>Which discipline(s), field(s), or programme(s) does the activity relate to?</w:t>
            </w:r>
          </w:p>
        </w:tc>
        <w:tc>
          <w:tcPr>
            <w:tcW w:w="4314" w:type="dxa"/>
          </w:tcPr>
          <w:p w14:paraId="1A54D88B" w14:textId="6F7F0F18" w:rsidR="004E0BFC" w:rsidRDefault="00DD2264" w:rsidP="004E0BFC">
            <w:pPr>
              <w:rPr>
                <w:rFonts w:ascii="Calibri Light" w:hAnsi="Calibri Light" w:cs="Calibri Light"/>
              </w:rPr>
            </w:pPr>
            <w:r>
              <w:rPr>
                <w:rFonts w:ascii="Calibri Light" w:hAnsi="Calibri Light" w:cs="Calibri Light"/>
              </w:rPr>
              <w:t>Discipline:</w:t>
            </w:r>
            <w:r w:rsidR="00CD644C">
              <w:rPr>
                <w:rFonts w:ascii="Calibri Light" w:hAnsi="Calibri Light" w:cs="Calibri Light"/>
              </w:rPr>
              <w:t xml:space="preserve"> Any </w:t>
            </w:r>
          </w:p>
          <w:p w14:paraId="56CC8AB1" w14:textId="45664FFA" w:rsidR="00DD2264" w:rsidRDefault="00DD2264" w:rsidP="004E0BFC">
            <w:pPr>
              <w:rPr>
                <w:rFonts w:ascii="Calibri Light" w:hAnsi="Calibri Light" w:cs="Calibri Light"/>
              </w:rPr>
            </w:pPr>
            <w:r>
              <w:rPr>
                <w:rFonts w:ascii="Calibri Light" w:hAnsi="Calibri Light" w:cs="Calibri Light"/>
              </w:rPr>
              <w:t>Field:</w:t>
            </w:r>
            <w:r w:rsidR="00CD644C">
              <w:rPr>
                <w:rFonts w:ascii="Calibri Light" w:hAnsi="Calibri Light" w:cs="Calibri Light"/>
              </w:rPr>
              <w:t xml:space="preserve"> Any</w:t>
            </w:r>
          </w:p>
          <w:p w14:paraId="00E2A5FC" w14:textId="53586A44" w:rsidR="00DD2264" w:rsidRDefault="00DD2264" w:rsidP="004E0BFC">
            <w:pPr>
              <w:rPr>
                <w:rFonts w:ascii="Calibri Light" w:hAnsi="Calibri Light" w:cs="Calibri Light"/>
              </w:rPr>
            </w:pPr>
            <w:r>
              <w:rPr>
                <w:rFonts w:ascii="Calibri Light" w:hAnsi="Calibri Light" w:cs="Calibri Light"/>
              </w:rPr>
              <w:t>Programme:</w:t>
            </w:r>
            <w:r w:rsidR="00CD644C">
              <w:rPr>
                <w:rFonts w:ascii="Calibri Light" w:hAnsi="Calibri Light" w:cs="Calibri Light"/>
              </w:rPr>
              <w:t xml:space="preserve"> Any</w:t>
            </w:r>
          </w:p>
          <w:p w14:paraId="1BE52465" w14:textId="25EA5402" w:rsidR="009B6D17" w:rsidRPr="000A3910" w:rsidRDefault="009B6D17" w:rsidP="004E0BFC">
            <w:pPr>
              <w:rPr>
                <w:rFonts w:ascii="Calibri Light" w:hAnsi="Calibri Light" w:cs="Calibri Light"/>
              </w:rPr>
            </w:pPr>
          </w:p>
        </w:tc>
      </w:tr>
      <w:tr w:rsidR="004E0BFC" w14:paraId="4D550703" w14:textId="77777777" w:rsidTr="381612D9">
        <w:tc>
          <w:tcPr>
            <w:tcW w:w="4316" w:type="dxa"/>
          </w:tcPr>
          <w:p w14:paraId="721357F5" w14:textId="77777777" w:rsidR="004E0BFC" w:rsidRDefault="004E0BFC" w:rsidP="004E0BFC">
            <w:pPr>
              <w:rPr>
                <w:rFonts w:ascii="Calibri Light" w:hAnsi="Calibri Light" w:cs="Calibri Light"/>
                <w:lang w:val="en-GB"/>
              </w:rPr>
            </w:pPr>
            <w:r w:rsidRPr="388651C2">
              <w:rPr>
                <w:rFonts w:ascii="Calibri Light" w:hAnsi="Calibri Light" w:cs="Calibri Light"/>
                <w:lang w:val="en-GB"/>
              </w:rPr>
              <w:t>What type of integration does the activity aim to support:</w:t>
            </w:r>
          </w:p>
          <w:p w14:paraId="6A4399B0" w14:textId="624F8009" w:rsidR="00456A0B" w:rsidRPr="000A3910" w:rsidRDefault="00456A0B" w:rsidP="004E0BFC">
            <w:pPr>
              <w:rPr>
                <w:rFonts w:ascii="Calibri Light" w:hAnsi="Calibri Light" w:cs="Calibri Light"/>
                <w:lang w:val="en-GB"/>
              </w:rPr>
            </w:pPr>
            <w:r>
              <w:rPr>
                <w:rFonts w:ascii="Calibri Light" w:hAnsi="Calibri Light" w:cs="Calibri Light"/>
                <w:lang w:val="en-GB"/>
              </w:rPr>
              <w:t>(Titles from Codebook)</w:t>
            </w:r>
          </w:p>
        </w:tc>
        <w:tc>
          <w:tcPr>
            <w:tcW w:w="4314" w:type="dxa"/>
          </w:tcPr>
          <w:p w14:paraId="66FB29E4" w14:textId="77777777" w:rsidR="00C55B1C" w:rsidRDefault="00C55B1C" w:rsidP="00C55B1C">
            <w:pPr>
              <w:rPr>
                <w:rFonts w:ascii="Calibri Light" w:hAnsi="Calibri Light" w:cs="Calibri Light"/>
                <w:b/>
                <w:bCs/>
              </w:rPr>
            </w:pPr>
            <w:r w:rsidRPr="004B1670">
              <w:rPr>
                <w:rFonts w:ascii="Segoe UI Symbol" w:hAnsi="Segoe UI Symbol" w:cs="Segoe UI Symbol"/>
                <w:b/>
                <w:bCs/>
              </w:rPr>
              <w:fldChar w:fldCharType="begin">
                <w:ffData>
                  <w:name w:val="Selectievakje1"/>
                  <w:enabled/>
                  <w:calcOnExit w:val="0"/>
                  <w:checkBox>
                    <w:sizeAuto/>
                    <w:default w:val="1"/>
                  </w:checkBox>
                </w:ffData>
              </w:fldChar>
            </w:r>
            <w:bookmarkStart w:id="0" w:name="Selectievakje1"/>
            <w:r w:rsidRPr="004B1670">
              <w:rPr>
                <w:rFonts w:ascii="Segoe UI Symbol" w:hAnsi="Segoe UI Symbol" w:cs="Segoe UI Symbol"/>
                <w:b/>
                <w:bCs/>
              </w:rPr>
              <w:instrText xml:space="preserve"> FORMCHECKBOX </w:instrText>
            </w:r>
            <w:r w:rsidRPr="004B1670">
              <w:rPr>
                <w:rFonts w:ascii="Segoe UI Symbol" w:hAnsi="Segoe UI Symbol" w:cs="Segoe UI Symbol"/>
                <w:b/>
                <w:bCs/>
              </w:rPr>
            </w:r>
            <w:r w:rsidRPr="004B1670">
              <w:rPr>
                <w:rFonts w:ascii="Segoe UI Symbol" w:hAnsi="Segoe UI Symbol" w:cs="Segoe UI Symbol"/>
                <w:b/>
                <w:bCs/>
              </w:rPr>
              <w:fldChar w:fldCharType="separate"/>
            </w:r>
            <w:r w:rsidRPr="004B1670">
              <w:rPr>
                <w:rFonts w:ascii="Segoe UI Symbol" w:hAnsi="Segoe UI Symbol" w:cs="Segoe UI Symbol"/>
                <w:b/>
                <w:bCs/>
              </w:rPr>
              <w:fldChar w:fldCharType="end"/>
            </w:r>
            <w:bookmarkEnd w:id="0"/>
            <w:r w:rsidRPr="004B1670">
              <w:rPr>
                <w:rFonts w:ascii="Calibri Light" w:hAnsi="Calibri Light" w:cs="Calibri Light"/>
                <w:b/>
                <w:bCs/>
              </w:rPr>
              <w:t xml:space="preserve">Academic Integration </w:t>
            </w:r>
          </w:p>
          <w:p w14:paraId="4C82FCD9" w14:textId="2142A9F9"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Self-regulation</w:t>
            </w:r>
          </w:p>
          <w:p w14:paraId="582AF5AF" w14:textId="0504E085"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General structure of the semester</w:t>
            </w:r>
          </w:p>
          <w:p w14:paraId="03202726" w14:textId="633F164A"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Quantity of work</w:t>
            </w:r>
          </w:p>
          <w:p w14:paraId="038A97DA" w14:textId="383F2FE5"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Managing workloads/ different learning approaches.</w:t>
            </w:r>
          </w:p>
          <w:p w14:paraId="76F03EC4" w14:textId="77777777" w:rsidR="00C55B1C" w:rsidRDefault="00C55B1C" w:rsidP="00C55B1C">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Committing to the study</w:t>
            </w:r>
          </w:p>
          <w:p w14:paraId="79A4DB5A" w14:textId="329332A5"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Processing learning content</w:t>
            </w:r>
          </w:p>
          <w:p w14:paraId="44800DD9" w14:textId="77777777"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Feeling prepared</w:t>
            </w:r>
          </w:p>
          <w:p w14:paraId="7FA004EF" w14:textId="005DE968"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4B1670">
              <w:rPr>
                <w:rFonts w:ascii="Calibri Light" w:hAnsi="Calibri Light" w:cs="Calibri Light"/>
              </w:rPr>
              <w:t xml:space="preserve">Feeling </w:t>
            </w:r>
            <w:r>
              <w:rPr>
                <w:rFonts w:ascii="Calibri Light" w:hAnsi="Calibri Light" w:cs="Calibri Light"/>
              </w:rPr>
              <w:t>competent</w:t>
            </w:r>
          </w:p>
          <w:p w14:paraId="38EA537D" w14:textId="77777777" w:rsidR="00C55B1C" w:rsidRPr="004B1670" w:rsidRDefault="00C55B1C" w:rsidP="00C55B1C">
            <w:pPr>
              <w:rPr>
                <w:rFonts w:ascii="Calibri Light" w:hAnsi="Calibri Light" w:cs="Calibri Light"/>
                <w:b/>
                <w:bCs/>
              </w:rPr>
            </w:pPr>
          </w:p>
          <w:p w14:paraId="1091B642" w14:textId="77777777" w:rsidR="00C55B1C" w:rsidRDefault="00C55B1C" w:rsidP="00C55B1C">
            <w:pPr>
              <w:rPr>
                <w:rFonts w:ascii="Calibri Light" w:hAnsi="Calibri Light" w:cs="Calibri Light"/>
                <w:b/>
                <w:bCs/>
              </w:rPr>
            </w:pPr>
            <w:r>
              <w:rPr>
                <w:rFonts w:ascii="Calibri Light" w:hAnsi="Calibri Light" w:cs="Calibri Light"/>
                <w:b/>
                <w:bCs/>
              </w:rPr>
              <w:lastRenderedPageBreak/>
              <w:fldChar w:fldCharType="begin">
                <w:ffData>
                  <w:name w:val="Selectievakje2"/>
                  <w:enabled/>
                  <w:calcOnExit w:val="0"/>
                  <w:checkBox>
                    <w:sizeAuto/>
                    <w:default w:val="1"/>
                  </w:checkBox>
                </w:ffData>
              </w:fldChar>
            </w:r>
            <w:bookmarkStart w:id="1" w:name="Selectievakje2"/>
            <w:r>
              <w:rPr>
                <w:rFonts w:ascii="Calibri Light" w:hAnsi="Calibri Light" w:cs="Calibri Light"/>
                <w:b/>
                <w:bCs/>
              </w:rPr>
              <w:instrText xml:space="preserve"> FORMCHECKBOX </w:instrText>
            </w:r>
            <w:r>
              <w:rPr>
                <w:rFonts w:ascii="Calibri Light" w:hAnsi="Calibri Light" w:cs="Calibri Light"/>
                <w:b/>
                <w:bCs/>
              </w:rPr>
            </w:r>
            <w:r>
              <w:rPr>
                <w:rFonts w:ascii="Calibri Light" w:hAnsi="Calibri Light" w:cs="Calibri Light"/>
                <w:b/>
                <w:bCs/>
              </w:rPr>
              <w:fldChar w:fldCharType="separate"/>
            </w:r>
            <w:r>
              <w:rPr>
                <w:rFonts w:ascii="Calibri Light" w:hAnsi="Calibri Light" w:cs="Calibri Light"/>
                <w:b/>
                <w:bCs/>
              </w:rPr>
              <w:fldChar w:fldCharType="end"/>
            </w:r>
            <w:bookmarkEnd w:id="1"/>
            <w:r w:rsidRPr="004B1670">
              <w:rPr>
                <w:rFonts w:ascii="Calibri Light" w:hAnsi="Calibri Light" w:cs="Calibri Light"/>
                <w:b/>
                <w:bCs/>
              </w:rPr>
              <w:t xml:space="preserve">Social Integration </w:t>
            </w:r>
          </w:p>
          <w:p w14:paraId="4109BF45" w14:textId="77777777" w:rsidR="00C55B1C" w:rsidRDefault="00C55B1C" w:rsidP="00C55B1C">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Establishing a first connection</w:t>
            </w:r>
          </w:p>
          <w:p w14:paraId="2DFB83DF" w14:textId="77777777" w:rsidR="00C55B1C" w:rsidRPr="004B1670" w:rsidRDefault="00C55B1C" w:rsidP="00C55B1C">
            <w:pPr>
              <w:rPr>
                <w:rFonts w:ascii="Calibri Light" w:hAnsi="Calibri Light" w:cs="Calibri Light"/>
                <w:b/>
                <w:bCs/>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sidRPr="004B1670">
              <w:rPr>
                <w:rFonts w:ascii="Calibri Light" w:hAnsi="Calibri Light" w:cs="Calibri Light"/>
              </w:rPr>
              <w:t>Establishing a deeper connection</w:t>
            </w:r>
          </w:p>
          <w:p w14:paraId="24FED8A1" w14:textId="77777777" w:rsidR="00C55B1C" w:rsidRPr="00B33831"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B33831">
              <w:rPr>
                <w:rFonts w:ascii="Calibri Light" w:hAnsi="Calibri Light" w:cs="Calibri Light"/>
              </w:rPr>
              <w:t xml:space="preserve">Practical Aspects of Student Life </w:t>
            </w:r>
          </w:p>
          <w:p w14:paraId="5FC9716D" w14:textId="033E9A83"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Pr="00B33831">
              <w:rPr>
                <w:rFonts w:ascii="Calibri Light" w:hAnsi="Calibri Light" w:cs="Calibri Light"/>
              </w:rPr>
              <w:t>Managing Institutional</w:t>
            </w:r>
            <w:r>
              <w:rPr>
                <w:rFonts w:ascii="Calibri Light" w:hAnsi="Calibri Light" w:cs="Calibri Light"/>
              </w:rPr>
              <w:t xml:space="preserve"> Communication</w:t>
            </w:r>
          </w:p>
          <w:p w14:paraId="4E1153BD" w14:textId="7966792A" w:rsidR="00C55B1C" w:rsidRPr="00472B63"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Campus Facilities</w:t>
            </w:r>
            <w:r w:rsidRPr="00472B63">
              <w:rPr>
                <w:rFonts w:ascii="Calibri Light" w:hAnsi="Calibri Light" w:cs="Calibri Light"/>
              </w:rPr>
              <w:t xml:space="preserve"> </w:t>
            </w:r>
          </w:p>
          <w:p w14:paraId="09C65E25" w14:textId="77777777" w:rsidR="00C55B1C" w:rsidRDefault="00C55B1C" w:rsidP="00C55B1C">
            <w:pPr>
              <w:rPr>
                <w:rFonts w:ascii="Calibri Light" w:hAnsi="Calibri Light" w:cs="Calibri Light"/>
              </w:rPr>
            </w:pPr>
            <w:r>
              <w:rPr>
                <w:rFonts w:ascii="Calibri Light" w:hAnsi="Calibri Light" w:cs="Calibri Light"/>
              </w:rPr>
              <w:fldChar w:fldCharType="begin">
                <w:ffData>
                  <w:name w:val="Selectievakje3"/>
                  <w:enabled/>
                  <w:calcOnExit w:val="0"/>
                  <w:checkBox>
                    <w:sizeAuto/>
                    <w:default w:val="1"/>
                  </w:checkBox>
                </w:ffData>
              </w:fldChar>
            </w:r>
            <w:bookmarkStart w:id="2" w:name="Selectievakje3"/>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bookmarkEnd w:id="2"/>
            <w:r>
              <w:rPr>
                <w:rFonts w:ascii="Calibri Light" w:hAnsi="Calibri Light" w:cs="Calibri Light"/>
              </w:rPr>
              <w:t>Managing Life</w:t>
            </w:r>
          </w:p>
          <w:p w14:paraId="1A1654CF" w14:textId="49722123"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Balancing free time and academic life</w:t>
            </w:r>
          </w:p>
          <w:p w14:paraId="65C058D9" w14:textId="7E55EB3E" w:rsidR="00C55B1C" w:rsidRPr="00472B63"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Environmental Adaptation</w:t>
            </w:r>
            <w:r w:rsidRPr="00472B63">
              <w:rPr>
                <w:rFonts w:ascii="Calibri Light" w:hAnsi="Calibri Light" w:cs="Calibri Light"/>
              </w:rPr>
              <w:t xml:space="preserve"> </w:t>
            </w:r>
          </w:p>
          <w:p w14:paraId="1F1D59E5" w14:textId="77777777" w:rsidR="00C55B1C" w:rsidRDefault="00C55B1C" w:rsidP="00C55B1C">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Academic Freedom</w:t>
            </w:r>
          </w:p>
          <w:p w14:paraId="440E7098" w14:textId="77777777" w:rsidR="00C55B1C" w:rsidRPr="00472B63"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Perceived Academic Support</w:t>
            </w:r>
            <w:r w:rsidRPr="00472B63">
              <w:rPr>
                <w:rFonts w:ascii="Calibri Light" w:hAnsi="Calibri Light" w:cs="Calibri Light"/>
              </w:rPr>
              <w:t xml:space="preserve"> </w:t>
            </w:r>
          </w:p>
          <w:p w14:paraId="79025F37" w14:textId="77777777" w:rsidR="00C55B1C" w:rsidRPr="00472B63"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Perceived Social Support</w:t>
            </w:r>
            <w:r w:rsidRPr="00472B63">
              <w:rPr>
                <w:rFonts w:ascii="Calibri Light" w:hAnsi="Calibri Light" w:cs="Calibri Light"/>
              </w:rPr>
              <w:t xml:space="preserve"> </w:t>
            </w:r>
          </w:p>
          <w:p w14:paraId="6B0BC5AD" w14:textId="77777777" w:rsidR="00C55B1C"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0"/>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Sense of Belonging</w:t>
            </w:r>
            <w:r w:rsidRPr="00472B63">
              <w:rPr>
                <w:rFonts w:ascii="Calibri Light" w:hAnsi="Calibri Light" w:cs="Calibri Light"/>
              </w:rPr>
              <w:t xml:space="preserve"> </w:t>
            </w:r>
          </w:p>
          <w:p w14:paraId="3DAB7210" w14:textId="77777777" w:rsidR="00C55B1C" w:rsidRPr="00472B63" w:rsidRDefault="00C55B1C" w:rsidP="00C55B1C">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Pr>
                <w:rFonts w:ascii="Calibri Light" w:hAnsi="Calibri Light" w:cs="Calibri Light"/>
              </w:rPr>
              <w:t>Mental w</w:t>
            </w:r>
            <w:r w:rsidRPr="00472B63">
              <w:rPr>
                <w:rFonts w:ascii="Calibri Light" w:hAnsi="Calibri Light" w:cs="Calibri Light"/>
              </w:rPr>
              <w:t xml:space="preserve">ell-being </w:t>
            </w:r>
          </w:p>
          <w:p w14:paraId="3E6BEC4C" w14:textId="75439F29" w:rsidR="00B33831" w:rsidRPr="000A3910" w:rsidRDefault="00C55B1C" w:rsidP="00C55B1C">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Disability</w:t>
            </w:r>
            <w:r w:rsidRPr="00472B63">
              <w:rPr>
                <w:rFonts w:ascii="Calibri Light" w:hAnsi="Calibri Light" w:cs="Calibri Light"/>
              </w:rPr>
              <w:t xml:space="preserve"> </w:t>
            </w:r>
          </w:p>
        </w:tc>
      </w:tr>
      <w:tr w:rsidR="00456A0B" w14:paraId="227157E4" w14:textId="77777777" w:rsidTr="381612D9">
        <w:tc>
          <w:tcPr>
            <w:tcW w:w="4316" w:type="dxa"/>
          </w:tcPr>
          <w:p w14:paraId="12FF0BCB" w14:textId="77777777" w:rsidR="00456A0B" w:rsidRDefault="00456A0B" w:rsidP="004E0BFC">
            <w:pPr>
              <w:rPr>
                <w:rFonts w:ascii="Calibri Light" w:hAnsi="Calibri Light" w:cs="Calibri Light"/>
                <w:lang w:val="en-GB"/>
              </w:rPr>
            </w:pPr>
            <w:r>
              <w:rPr>
                <w:rFonts w:ascii="Calibri Light" w:hAnsi="Calibri Light" w:cs="Calibri Light"/>
                <w:lang w:val="en-GB"/>
              </w:rPr>
              <w:lastRenderedPageBreak/>
              <w:t>What type of intervention is it:</w:t>
            </w:r>
          </w:p>
          <w:p w14:paraId="1165872B" w14:textId="7A71EEE5" w:rsidR="00456A0B" w:rsidRPr="5ED244E1" w:rsidRDefault="00456A0B" w:rsidP="004E0BFC">
            <w:pPr>
              <w:rPr>
                <w:rFonts w:ascii="Calibri Light" w:hAnsi="Calibri Light" w:cs="Calibri Light"/>
                <w:lang w:val="en-GB"/>
              </w:rPr>
            </w:pPr>
            <w:r>
              <w:rPr>
                <w:rFonts w:ascii="Calibri Light" w:hAnsi="Calibri Light" w:cs="Calibri Light"/>
                <w:lang w:val="en-GB"/>
              </w:rPr>
              <w:t xml:space="preserve">(From Literature Review) </w:t>
            </w:r>
          </w:p>
        </w:tc>
        <w:tc>
          <w:tcPr>
            <w:tcW w:w="4314" w:type="dxa"/>
          </w:tcPr>
          <w:p w14:paraId="6DC7EF5B" w14:textId="370BB0F3" w:rsidR="00456A0B" w:rsidRPr="00B33831" w:rsidRDefault="00456A0B" w:rsidP="00456A0B">
            <w:pPr>
              <w:rPr>
                <w:rFonts w:ascii="Calibri Light" w:hAnsi="Calibri Light" w:cs="Calibri Light"/>
              </w:rPr>
            </w:pPr>
            <w:r>
              <w:rPr>
                <w:rFonts w:ascii="Segoe UI Symbol" w:hAnsi="Segoe UI Symbol" w:cs="Segoe UI Symbol"/>
              </w:rPr>
              <w:fldChar w:fldCharType="begin">
                <w:ffData>
                  <w:name w:val=""/>
                  <w:enabled/>
                  <w:calcOnExit w:val="0"/>
                  <w:checkBox>
                    <w:sizeAuto/>
                    <w:default w:val="0"/>
                    <w:checked w:val="0"/>
                  </w:checkBox>
                </w:ffData>
              </w:fldChar>
            </w:r>
            <w:r>
              <w:rPr>
                <w:rFonts w:ascii="Segoe UI Symbol" w:hAnsi="Segoe UI Symbol" w:cs="Segoe UI Symbol"/>
              </w:rPr>
              <w:instrText xml:space="preserve"> FORMCHECKBOX </w:instrText>
            </w:r>
            <w:r>
              <w:rPr>
                <w:rFonts w:ascii="Segoe UI Symbol" w:hAnsi="Segoe UI Symbol" w:cs="Segoe UI Symbol"/>
              </w:rPr>
            </w:r>
            <w:r>
              <w:rPr>
                <w:rFonts w:ascii="Segoe UI Symbol" w:hAnsi="Segoe UI Symbol" w:cs="Segoe UI Symbol"/>
              </w:rPr>
              <w:fldChar w:fldCharType="separate"/>
            </w:r>
            <w:r>
              <w:rPr>
                <w:rFonts w:ascii="Segoe UI Symbol" w:hAnsi="Segoe UI Symbol" w:cs="Segoe UI Symbol"/>
              </w:rPr>
              <w:fldChar w:fldCharType="end"/>
            </w:r>
            <w:r w:rsidRPr="00456A0B">
              <w:rPr>
                <w:rFonts w:ascii="Calibri Light" w:hAnsi="Calibri Light" w:cs="Calibri Light"/>
              </w:rPr>
              <w:t>Micro intervention</w:t>
            </w:r>
            <w:r w:rsidRPr="00B33831">
              <w:rPr>
                <w:rFonts w:ascii="Calibri Light" w:hAnsi="Calibri Light" w:cs="Calibri Light"/>
              </w:rPr>
              <w:t xml:space="preserve"> </w:t>
            </w:r>
          </w:p>
          <w:p w14:paraId="2A36767D" w14:textId="709A3207" w:rsidR="00456A0B" w:rsidRPr="00B33831" w:rsidRDefault="00456A0B" w:rsidP="00456A0B">
            <w:pPr>
              <w:rPr>
                <w:rFonts w:ascii="Calibri Light" w:hAnsi="Calibri Light" w:cs="Calibri Light"/>
              </w:rPr>
            </w:pPr>
            <w:r w:rsidRPr="00B33831">
              <w:rPr>
                <w:rFonts w:ascii="Calibri Light" w:hAnsi="Calibri Light" w:cs="Calibri Light"/>
              </w:rPr>
              <w:fldChar w:fldCharType="begin">
                <w:ffData>
                  <w:name w:val="Selectievakje2"/>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Pr>
                <w:rFonts w:ascii="Calibri Light" w:hAnsi="Calibri Light" w:cs="Calibri Light"/>
              </w:rPr>
              <w:t>Course and Teaching Strategies</w:t>
            </w:r>
            <w:r w:rsidRPr="00B33831">
              <w:rPr>
                <w:rFonts w:ascii="Calibri Light" w:hAnsi="Calibri Light" w:cs="Calibri Light"/>
              </w:rPr>
              <w:t xml:space="preserve"> </w:t>
            </w:r>
          </w:p>
          <w:p w14:paraId="05BCDBE6" w14:textId="4A613109" w:rsidR="00456A0B" w:rsidRDefault="00456A0B" w:rsidP="00456A0B">
            <w:pPr>
              <w:rPr>
                <w:rFonts w:ascii="Calibri Light" w:hAnsi="Calibri Light" w:cs="Calibri Light"/>
              </w:rPr>
            </w:pPr>
            <w:r w:rsidRPr="00B33831">
              <w:rPr>
                <w:rFonts w:ascii="Calibri Light" w:hAnsi="Calibri Light" w:cs="Calibri Light"/>
              </w:rPr>
              <w:fldChar w:fldCharType="begin">
                <w:ffData>
                  <w:name w:val=""/>
                  <w:enabled/>
                  <w:calcOnExit w:val="0"/>
                  <w:checkBox>
                    <w:sizeAuto/>
                    <w:default w:val="0"/>
                    <w:checked w:val="0"/>
                  </w:checkBox>
                </w:ffData>
              </w:fldChar>
            </w:r>
            <w:r w:rsidRPr="00B33831">
              <w:rPr>
                <w:rFonts w:ascii="Calibri Light" w:hAnsi="Calibri Light" w:cs="Calibri Light"/>
              </w:rPr>
              <w:instrText xml:space="preserve"> FORMCHECKBOX </w:instrText>
            </w:r>
            <w:r w:rsidRPr="00B33831">
              <w:rPr>
                <w:rFonts w:ascii="Calibri Light" w:hAnsi="Calibri Light" w:cs="Calibri Light"/>
              </w:rPr>
            </w:r>
            <w:r w:rsidRPr="00B33831">
              <w:rPr>
                <w:rFonts w:ascii="Calibri Light" w:hAnsi="Calibri Light" w:cs="Calibri Light"/>
              </w:rPr>
              <w:fldChar w:fldCharType="separate"/>
            </w:r>
            <w:r w:rsidRPr="00B33831">
              <w:rPr>
                <w:rFonts w:ascii="Calibri Light" w:hAnsi="Calibri Light" w:cs="Calibri Light"/>
              </w:rPr>
              <w:fldChar w:fldCharType="end"/>
            </w:r>
            <w:r>
              <w:rPr>
                <w:rFonts w:ascii="Calibri Light" w:hAnsi="Calibri Light" w:cs="Calibri Light"/>
              </w:rPr>
              <w:t xml:space="preserve">Gamification and Technology </w:t>
            </w:r>
          </w:p>
          <w:p w14:paraId="394CA74D" w14:textId="51CBE794" w:rsidR="00456A0B" w:rsidRPr="00472B63" w:rsidRDefault="00CD644C" w:rsidP="00456A0B">
            <w:pPr>
              <w:rPr>
                <w:rFonts w:ascii="Calibri Light" w:hAnsi="Calibri Light" w:cs="Calibri Light"/>
              </w:rPr>
            </w:pPr>
            <w:r>
              <w:rPr>
                <w:rFonts w:ascii="Calibri Light" w:hAnsi="Calibri Light" w:cs="Calibri Light"/>
              </w:rPr>
              <w:fldChar w:fldCharType="begin">
                <w:ffData>
                  <w:name w:val=""/>
                  <w:enabled/>
                  <w:calcOnExit w:val="0"/>
                  <w:checkBox>
                    <w:sizeAuto/>
                    <w:default w:val="1"/>
                  </w:checkBox>
                </w:ffData>
              </w:fldChar>
            </w:r>
            <w:r>
              <w:rPr>
                <w:rFonts w:ascii="Calibri Light" w:hAnsi="Calibri Light" w:cs="Calibri Light"/>
              </w:rPr>
              <w:instrText xml:space="preserve"> FORMCHECKBOX </w:instrText>
            </w:r>
            <w:r>
              <w:rPr>
                <w:rFonts w:ascii="Calibri Light" w:hAnsi="Calibri Light" w:cs="Calibri Light"/>
              </w:rPr>
            </w:r>
            <w:r>
              <w:rPr>
                <w:rFonts w:ascii="Calibri Light" w:hAnsi="Calibri Light" w:cs="Calibri Light"/>
              </w:rPr>
              <w:fldChar w:fldCharType="separate"/>
            </w:r>
            <w:r>
              <w:rPr>
                <w:rFonts w:ascii="Calibri Light" w:hAnsi="Calibri Light" w:cs="Calibri Light"/>
              </w:rPr>
              <w:fldChar w:fldCharType="end"/>
            </w:r>
            <w:r w:rsidR="00456A0B">
              <w:rPr>
                <w:rFonts w:ascii="Calibri Light" w:hAnsi="Calibri Light" w:cs="Calibri Light"/>
              </w:rPr>
              <w:t>Installing Learning Communities</w:t>
            </w:r>
          </w:p>
          <w:p w14:paraId="4CBAF6E9" w14:textId="767CADB4" w:rsidR="00456A0B" w:rsidRDefault="00456A0B" w:rsidP="00456A0B">
            <w:pPr>
              <w:rPr>
                <w:rFonts w:ascii="Calibri Light" w:hAnsi="Calibri Light" w:cs="Calibri Light"/>
              </w:rPr>
            </w:pPr>
            <w:r w:rsidRPr="00472B63">
              <w:rPr>
                <w:rFonts w:ascii="Calibri Light" w:hAnsi="Calibri Light" w:cs="Calibri Light"/>
              </w:rPr>
              <w:fldChar w:fldCharType="begin">
                <w:ffData>
                  <w:name w:val="Selectievakje3"/>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Social Support and Mentoring</w:t>
            </w:r>
          </w:p>
          <w:p w14:paraId="3B9F1C7D" w14:textId="13A2D86E"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Summer School</w:t>
            </w:r>
          </w:p>
          <w:p w14:paraId="6214CB10" w14:textId="0FC91157" w:rsidR="00456A0B"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Mindset</w:t>
            </w:r>
          </w:p>
          <w:p w14:paraId="52BF14FB" w14:textId="76770470" w:rsidR="00456A0B" w:rsidRPr="00472B63" w:rsidRDefault="00456A0B" w:rsidP="00456A0B">
            <w:pPr>
              <w:rPr>
                <w:rFonts w:ascii="Calibri Light" w:hAnsi="Calibri Light" w:cs="Calibri Light"/>
              </w:rPr>
            </w:pPr>
            <w:r w:rsidRPr="00472B63">
              <w:rPr>
                <w:rFonts w:ascii="Calibri Light" w:hAnsi="Calibri Light" w:cs="Calibri Light"/>
              </w:rPr>
              <w:fldChar w:fldCharType="begin">
                <w:ffData>
                  <w:name w:val="Selectievakje2"/>
                  <w:enabled/>
                  <w:calcOnExit w:val="0"/>
                  <w:checkBox>
                    <w:sizeAuto/>
                    <w:default w:val="0"/>
                    <w:checked w:val="0"/>
                  </w:checkBox>
                </w:ffData>
              </w:fldChar>
            </w:r>
            <w:r w:rsidRPr="00472B63">
              <w:rPr>
                <w:rFonts w:ascii="Calibri Light" w:hAnsi="Calibri Light" w:cs="Calibri Light"/>
              </w:rPr>
              <w:instrText xml:space="preserve"> FORMCHECKBOX </w:instrText>
            </w:r>
            <w:r w:rsidRPr="00472B63">
              <w:rPr>
                <w:rFonts w:ascii="Calibri Light" w:hAnsi="Calibri Light" w:cs="Calibri Light"/>
              </w:rPr>
            </w:r>
            <w:r w:rsidRPr="00472B63">
              <w:rPr>
                <w:rFonts w:ascii="Calibri Light" w:hAnsi="Calibri Light" w:cs="Calibri Light"/>
              </w:rPr>
              <w:fldChar w:fldCharType="separate"/>
            </w:r>
            <w:r w:rsidRPr="00472B63">
              <w:rPr>
                <w:rFonts w:ascii="Calibri Light" w:hAnsi="Calibri Light" w:cs="Calibri Light"/>
              </w:rPr>
              <w:fldChar w:fldCharType="end"/>
            </w:r>
            <w:r>
              <w:rPr>
                <w:rFonts w:ascii="Calibri Light" w:hAnsi="Calibri Light" w:cs="Calibri Light"/>
              </w:rPr>
              <w:t>Orientation Program</w:t>
            </w:r>
            <w:r w:rsidRPr="00472B63">
              <w:rPr>
                <w:rFonts w:ascii="Calibri Light" w:hAnsi="Calibri Light" w:cs="Calibri Light"/>
              </w:rPr>
              <w:t xml:space="preserve"> </w:t>
            </w:r>
          </w:p>
          <w:p w14:paraId="7EFF47C5" w14:textId="3779BF94" w:rsidR="00456A0B" w:rsidRPr="000A3910" w:rsidRDefault="00456A0B" w:rsidP="00456A0B">
            <w:pPr>
              <w:rPr>
                <w:rFonts w:ascii="Calibri Light" w:hAnsi="Calibri Light" w:cs="Calibri Light"/>
              </w:rPr>
            </w:pPr>
          </w:p>
        </w:tc>
      </w:tr>
      <w:tr w:rsidR="004E0BFC" w14:paraId="61B19491" w14:textId="77777777" w:rsidTr="381612D9">
        <w:tc>
          <w:tcPr>
            <w:tcW w:w="4316" w:type="dxa"/>
          </w:tcPr>
          <w:p w14:paraId="4DF9FE37" w14:textId="54CA13BE" w:rsidR="004E0BFC" w:rsidRPr="000A3910" w:rsidRDefault="004E0BFC" w:rsidP="004E0BFC">
            <w:pPr>
              <w:rPr>
                <w:rFonts w:ascii="Calibri Light" w:hAnsi="Calibri Light" w:cs="Calibri Light"/>
              </w:rPr>
            </w:pPr>
            <w:r w:rsidRPr="5ED244E1">
              <w:rPr>
                <w:rFonts w:ascii="Calibri Light" w:hAnsi="Calibri Light" w:cs="Calibri Light"/>
                <w:lang w:val="en-GB"/>
              </w:rPr>
              <w:t xml:space="preserve">Target </w:t>
            </w:r>
            <w:r w:rsidR="000A3910" w:rsidRPr="5ED244E1">
              <w:rPr>
                <w:rFonts w:ascii="Calibri Light" w:hAnsi="Calibri Light" w:cs="Calibri Light"/>
                <w:lang w:val="en-GB"/>
              </w:rPr>
              <w:t>a</w:t>
            </w:r>
            <w:r w:rsidRPr="5ED244E1">
              <w:rPr>
                <w:rFonts w:ascii="Calibri Light" w:hAnsi="Calibri Light" w:cs="Calibri Light"/>
                <w:lang w:val="en-GB"/>
              </w:rPr>
              <w:t>udience:</w:t>
            </w:r>
          </w:p>
        </w:tc>
        <w:tc>
          <w:tcPr>
            <w:tcW w:w="4314" w:type="dxa"/>
          </w:tcPr>
          <w:p w14:paraId="449FC377" w14:textId="2D07A97F" w:rsidR="004E0BFC" w:rsidRDefault="00CD644C" w:rsidP="004E0BFC">
            <w:pPr>
              <w:rPr>
                <w:rFonts w:ascii="Calibri Light" w:hAnsi="Calibri Light" w:cs="Calibri Light"/>
              </w:rPr>
            </w:pPr>
            <w:r>
              <w:rPr>
                <w:rFonts w:ascii="Calibri Light" w:hAnsi="Calibri Light" w:cs="Calibri Light"/>
              </w:rPr>
              <w:t>First year students within first semester.</w:t>
            </w:r>
          </w:p>
          <w:p w14:paraId="5A4B37BB" w14:textId="77777777" w:rsidR="00456A0B" w:rsidRDefault="00456A0B" w:rsidP="004E0BFC">
            <w:pPr>
              <w:rPr>
                <w:rFonts w:ascii="Calibri Light" w:hAnsi="Calibri Light" w:cs="Calibri Light"/>
              </w:rPr>
            </w:pPr>
          </w:p>
          <w:p w14:paraId="0A9A6F6E" w14:textId="77777777" w:rsidR="00456A0B" w:rsidRPr="000A3910" w:rsidRDefault="00456A0B" w:rsidP="004E0BFC">
            <w:pPr>
              <w:rPr>
                <w:rFonts w:ascii="Calibri Light" w:hAnsi="Calibri Light" w:cs="Calibri Light"/>
              </w:rPr>
            </w:pPr>
          </w:p>
        </w:tc>
      </w:tr>
      <w:tr w:rsidR="004E0BFC" w14:paraId="4D0018EE" w14:textId="77777777" w:rsidTr="381612D9">
        <w:tc>
          <w:tcPr>
            <w:tcW w:w="4316" w:type="dxa"/>
          </w:tcPr>
          <w:p w14:paraId="749D750F" w14:textId="0DA2FE28" w:rsidR="004E0BFC" w:rsidRPr="000A3910" w:rsidRDefault="004E0BFC" w:rsidP="004E0BFC">
            <w:pPr>
              <w:rPr>
                <w:rFonts w:ascii="Calibri Light" w:hAnsi="Calibri Light" w:cs="Calibri Light"/>
              </w:rPr>
            </w:pPr>
            <w:r w:rsidRPr="000A3910">
              <w:rPr>
                <w:rFonts w:ascii="Calibri Light" w:hAnsi="Calibri Light" w:cs="Calibri Light"/>
                <w:lang w:val="en-GB"/>
              </w:rPr>
              <w:t>Number of students:</w:t>
            </w:r>
          </w:p>
        </w:tc>
        <w:tc>
          <w:tcPr>
            <w:tcW w:w="4314" w:type="dxa"/>
          </w:tcPr>
          <w:p w14:paraId="52C76708" w14:textId="102F5594" w:rsidR="004E0BFC" w:rsidRDefault="00CD644C" w:rsidP="004E0BFC">
            <w:pPr>
              <w:rPr>
                <w:rFonts w:ascii="Calibri Light" w:hAnsi="Calibri Light" w:cs="Calibri Light"/>
              </w:rPr>
            </w:pPr>
            <w:r>
              <w:rPr>
                <w:rFonts w:ascii="Calibri Light" w:hAnsi="Calibri Light" w:cs="Calibri Light"/>
              </w:rPr>
              <w:t xml:space="preserve">Students will be broken into small groups to undertake work as a team, but one academic will facilitate discussions in the whole group.  </w:t>
            </w:r>
          </w:p>
          <w:p w14:paraId="387F7A43" w14:textId="77777777" w:rsidR="00CD644C" w:rsidRDefault="00CD644C" w:rsidP="004E0BFC">
            <w:pPr>
              <w:rPr>
                <w:rFonts w:ascii="Calibri Light" w:hAnsi="Calibri Light" w:cs="Calibri Light"/>
              </w:rPr>
            </w:pPr>
          </w:p>
          <w:p w14:paraId="334FBDE8" w14:textId="77777777" w:rsidR="00456A0B" w:rsidRDefault="00CD644C" w:rsidP="00CD644C">
            <w:pPr>
              <w:rPr>
                <w:rFonts w:ascii="Calibri Light" w:hAnsi="Calibri Light" w:cs="Calibri Light"/>
              </w:rPr>
            </w:pPr>
            <w:r>
              <w:rPr>
                <w:rFonts w:ascii="Calibri Light" w:hAnsi="Calibri Light" w:cs="Calibri Light"/>
              </w:rPr>
              <w:t>Recommended max 30 students to 1 facilitator</w:t>
            </w:r>
          </w:p>
          <w:p w14:paraId="57A0C05A" w14:textId="6820B397" w:rsidR="00CD644C" w:rsidRPr="000A3910" w:rsidRDefault="00CD644C" w:rsidP="00CD644C">
            <w:pPr>
              <w:rPr>
                <w:rFonts w:ascii="Calibri Light" w:hAnsi="Calibri Light" w:cs="Calibri Light"/>
              </w:rPr>
            </w:pPr>
          </w:p>
        </w:tc>
      </w:tr>
    </w:tbl>
    <w:p w14:paraId="06E99092" w14:textId="7C5FE61E" w:rsidR="0086050C" w:rsidRDefault="004E0BFC">
      <w:r>
        <w:rPr>
          <w:b/>
          <w:color w:val="0F6576"/>
          <w:sz w:val="28"/>
        </w:rPr>
        <w:t>Objectives &amp; Focus</w:t>
      </w:r>
    </w:p>
    <w:tbl>
      <w:tblPr>
        <w:tblStyle w:val="TableGrid"/>
        <w:tblW w:w="0" w:type="auto"/>
        <w:tblLook w:val="04A0" w:firstRow="1" w:lastRow="0" w:firstColumn="1" w:lastColumn="0" w:noHBand="0" w:noVBand="1"/>
      </w:tblPr>
      <w:tblGrid>
        <w:gridCol w:w="4315"/>
        <w:gridCol w:w="4315"/>
      </w:tblGrid>
      <w:tr w:rsidR="004E0BFC" w14:paraId="2FA73CC9" w14:textId="77777777" w:rsidTr="5009FB47">
        <w:tc>
          <w:tcPr>
            <w:tcW w:w="4315" w:type="dxa"/>
          </w:tcPr>
          <w:p w14:paraId="495BEB2F" w14:textId="589B6DA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What type of activity is it?</w:t>
            </w:r>
          </w:p>
        </w:tc>
        <w:tc>
          <w:tcPr>
            <w:tcW w:w="4315" w:type="dxa"/>
          </w:tcPr>
          <w:p w14:paraId="073B7F13" w14:textId="77777777" w:rsidR="004E0BFC" w:rsidRDefault="00CD644C" w:rsidP="004E0BFC">
            <w:pPr>
              <w:rPr>
                <w:rFonts w:ascii="Calibri Light" w:hAnsi="Calibri Light" w:cs="Calibri Light"/>
                <w:lang w:val="en-GB"/>
              </w:rPr>
            </w:pPr>
            <w:r>
              <w:rPr>
                <w:rFonts w:ascii="Calibri Light" w:hAnsi="Calibri Light" w:cs="Calibri Light"/>
                <w:lang w:val="en-GB"/>
              </w:rPr>
              <w:t>4-6 weeks of a 1 hour Lunch and Learn activity</w:t>
            </w:r>
          </w:p>
          <w:p w14:paraId="665A421D" w14:textId="14822AFC" w:rsidR="00CD644C" w:rsidRPr="000A3910" w:rsidRDefault="00CD644C" w:rsidP="004E0BFC">
            <w:pPr>
              <w:rPr>
                <w:rFonts w:ascii="Calibri Light" w:hAnsi="Calibri Light" w:cs="Calibri Light"/>
                <w:lang w:val="en-GB"/>
              </w:rPr>
            </w:pPr>
          </w:p>
        </w:tc>
      </w:tr>
      <w:tr w:rsidR="004E0BFC" w14:paraId="4484B5E2" w14:textId="77777777" w:rsidTr="5009FB47">
        <w:tc>
          <w:tcPr>
            <w:tcW w:w="4315" w:type="dxa"/>
          </w:tcPr>
          <w:p w14:paraId="3DD3B43A" w14:textId="6C0F143E"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When does the activity take place?</w:t>
            </w:r>
          </w:p>
        </w:tc>
        <w:tc>
          <w:tcPr>
            <w:tcW w:w="4315" w:type="dxa"/>
          </w:tcPr>
          <w:p w14:paraId="65386E05" w14:textId="77777777" w:rsidR="004E0BFC" w:rsidRDefault="00CD644C" w:rsidP="004E0BFC">
            <w:pPr>
              <w:rPr>
                <w:rFonts w:ascii="Calibri Light" w:hAnsi="Calibri Light" w:cs="Calibri Light"/>
                <w:lang w:val="en-GB"/>
              </w:rPr>
            </w:pPr>
            <w:r>
              <w:rPr>
                <w:rFonts w:ascii="Calibri Light" w:hAnsi="Calibri Light" w:cs="Calibri Light"/>
                <w:lang w:val="en-GB"/>
              </w:rPr>
              <w:t xml:space="preserve">Lunchtime (1 hour) </w:t>
            </w:r>
          </w:p>
          <w:p w14:paraId="1FA303FD" w14:textId="77777777" w:rsidR="00CD644C" w:rsidRDefault="00CD644C" w:rsidP="004E0BFC">
            <w:pPr>
              <w:rPr>
                <w:rFonts w:ascii="Calibri Light" w:hAnsi="Calibri Light" w:cs="Calibri Light"/>
                <w:lang w:val="en-GB"/>
              </w:rPr>
            </w:pPr>
            <w:r>
              <w:rPr>
                <w:rFonts w:ascii="Calibri Light" w:hAnsi="Calibri Light" w:cs="Calibri Light"/>
                <w:lang w:val="en-GB"/>
              </w:rPr>
              <w:t xml:space="preserve">Food (e.g. pizza) is provided by the University </w:t>
            </w:r>
          </w:p>
          <w:p w14:paraId="7DB5DA4D" w14:textId="2FC984C9" w:rsidR="00CD644C" w:rsidRPr="000A3910" w:rsidRDefault="00CD644C" w:rsidP="004E0BFC">
            <w:pPr>
              <w:rPr>
                <w:rFonts w:ascii="Calibri Light" w:hAnsi="Calibri Light" w:cs="Calibri Light"/>
                <w:lang w:val="en-GB"/>
              </w:rPr>
            </w:pPr>
          </w:p>
        </w:tc>
      </w:tr>
      <w:tr w:rsidR="004E0BFC" w14:paraId="6E1B2956" w14:textId="77777777" w:rsidTr="5009FB47">
        <w:tc>
          <w:tcPr>
            <w:tcW w:w="4315" w:type="dxa"/>
          </w:tcPr>
          <w:p w14:paraId="324266F5" w14:textId="259C158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How long does the activity last?</w:t>
            </w:r>
          </w:p>
        </w:tc>
        <w:tc>
          <w:tcPr>
            <w:tcW w:w="4315" w:type="dxa"/>
          </w:tcPr>
          <w:p w14:paraId="6F3513B3" w14:textId="77777777" w:rsidR="00C55B1C" w:rsidRDefault="00C55B1C" w:rsidP="004E0BFC">
            <w:pPr>
              <w:rPr>
                <w:rFonts w:ascii="Calibri Light" w:hAnsi="Calibri Light" w:cs="Calibri Light"/>
                <w:lang w:val="en-GB"/>
              </w:rPr>
            </w:pPr>
            <w:r>
              <w:rPr>
                <w:rFonts w:ascii="Calibri Light" w:hAnsi="Calibri Light" w:cs="Calibri Light"/>
                <w:lang w:val="en-GB"/>
              </w:rPr>
              <w:t>60 minutes</w:t>
            </w:r>
          </w:p>
          <w:p w14:paraId="09E670FC" w14:textId="77777777" w:rsidR="00C55B1C" w:rsidRDefault="00C55B1C" w:rsidP="004E0BFC">
            <w:pPr>
              <w:rPr>
                <w:rFonts w:ascii="Calibri Light" w:hAnsi="Calibri Light" w:cs="Calibri Light"/>
                <w:lang w:val="en-GB"/>
              </w:rPr>
            </w:pPr>
          </w:p>
          <w:p w14:paraId="0303998F" w14:textId="77777777" w:rsidR="00CD644C" w:rsidRDefault="00CD644C" w:rsidP="00C55B1C">
            <w:pPr>
              <w:rPr>
                <w:rFonts w:ascii="Calibri Light" w:hAnsi="Calibri Light" w:cs="Calibri Light"/>
                <w:lang w:val="en-GB"/>
              </w:rPr>
            </w:pPr>
            <w:r w:rsidRPr="5009FB47">
              <w:rPr>
                <w:rFonts w:ascii="Calibri Light" w:hAnsi="Calibri Light" w:cs="Calibri Light"/>
                <w:lang w:val="en-GB"/>
              </w:rPr>
              <w:lastRenderedPageBreak/>
              <w:t>35 minutes</w:t>
            </w:r>
            <w:r w:rsidR="00C55B1C">
              <w:rPr>
                <w:rFonts w:ascii="Calibri Light" w:hAnsi="Calibri Light" w:cs="Calibri Light"/>
                <w:lang w:val="en-GB"/>
              </w:rPr>
              <w:t xml:space="preserve"> or working, a</w:t>
            </w:r>
            <w:r>
              <w:rPr>
                <w:rFonts w:ascii="Calibri Light" w:hAnsi="Calibri Light" w:cs="Calibri Light"/>
                <w:lang w:val="en-GB"/>
              </w:rPr>
              <w:t xml:space="preserve">llow 15 minutes for students to eat and chat </w:t>
            </w:r>
            <w:r w:rsidR="00C55B1C">
              <w:rPr>
                <w:rFonts w:ascii="Calibri Light" w:hAnsi="Calibri Light" w:cs="Calibri Light"/>
                <w:lang w:val="en-GB"/>
              </w:rPr>
              <w:t>at the start and 10 mins for round up</w:t>
            </w:r>
          </w:p>
          <w:p w14:paraId="3874A643" w14:textId="1BB5ED50" w:rsidR="00C55B1C" w:rsidRPr="000A3910" w:rsidRDefault="00C55B1C" w:rsidP="00C55B1C">
            <w:pPr>
              <w:rPr>
                <w:rFonts w:ascii="Calibri Light" w:hAnsi="Calibri Light" w:cs="Calibri Light"/>
                <w:lang w:val="en-GB"/>
              </w:rPr>
            </w:pPr>
          </w:p>
        </w:tc>
      </w:tr>
    </w:tbl>
    <w:p w14:paraId="77E7D96A" w14:textId="77777777" w:rsidR="000A3910" w:rsidRDefault="000A3910">
      <w:pPr>
        <w:rPr>
          <w:b/>
          <w:color w:val="0F6576"/>
          <w:sz w:val="28"/>
        </w:rPr>
      </w:pPr>
    </w:p>
    <w:p w14:paraId="2F845AA2" w14:textId="7E46A9AA" w:rsidR="0086050C" w:rsidRDefault="00A53F55">
      <w:r>
        <w:rPr>
          <w:b/>
          <w:color w:val="0F6576"/>
          <w:sz w:val="28"/>
        </w:rPr>
        <w:t>Participants &amp; Implementation</w:t>
      </w:r>
    </w:p>
    <w:tbl>
      <w:tblPr>
        <w:tblStyle w:val="TableGrid"/>
        <w:tblW w:w="8784" w:type="dxa"/>
        <w:tblLook w:val="04A0" w:firstRow="1" w:lastRow="0" w:firstColumn="1" w:lastColumn="0" w:noHBand="0" w:noVBand="1"/>
      </w:tblPr>
      <w:tblGrid>
        <w:gridCol w:w="3823"/>
        <w:gridCol w:w="4961"/>
      </w:tblGrid>
      <w:tr w:rsidR="004E0BFC" w14:paraId="68A83735" w14:textId="77777777" w:rsidTr="00AD37CD">
        <w:tc>
          <w:tcPr>
            <w:tcW w:w="3823" w:type="dxa"/>
          </w:tcPr>
          <w:p w14:paraId="0395BC84" w14:textId="2A0410C4" w:rsidR="004E0BFC" w:rsidRPr="000A3910" w:rsidRDefault="004E0BFC" w:rsidP="004E0BFC">
            <w:pPr>
              <w:rPr>
                <w:rFonts w:ascii="Calibri Light" w:hAnsi="Calibri Light" w:cs="Calibri Light"/>
                <w:lang w:val="en-GB"/>
              </w:rPr>
            </w:pPr>
            <w:r w:rsidRPr="5DC8FB06">
              <w:rPr>
                <w:rFonts w:ascii="Calibri Light" w:hAnsi="Calibri Light" w:cs="Calibri Light"/>
                <w:lang w:val="en-GB"/>
              </w:rPr>
              <w:t xml:space="preserve">Level of </w:t>
            </w:r>
            <w:r w:rsidR="000A3910" w:rsidRPr="5DC8FB06">
              <w:rPr>
                <w:rFonts w:ascii="Calibri Light" w:hAnsi="Calibri Light" w:cs="Calibri Light"/>
                <w:lang w:val="en-GB"/>
              </w:rPr>
              <w:t>c</w:t>
            </w:r>
            <w:r w:rsidRPr="5DC8FB06">
              <w:rPr>
                <w:rFonts w:ascii="Calibri Light" w:hAnsi="Calibri Light" w:cs="Calibri Light"/>
                <w:lang w:val="en-GB"/>
              </w:rPr>
              <w:t xml:space="preserve">ommitment of </w:t>
            </w:r>
            <w:r w:rsidR="000A3910" w:rsidRPr="5DC8FB06">
              <w:rPr>
                <w:rFonts w:ascii="Calibri Light" w:hAnsi="Calibri Light" w:cs="Calibri Light"/>
                <w:lang w:val="en-GB"/>
              </w:rPr>
              <w:t>i</w:t>
            </w:r>
            <w:r w:rsidRPr="5DC8FB06">
              <w:rPr>
                <w:rFonts w:ascii="Calibri Light" w:hAnsi="Calibri Light" w:cs="Calibri Light"/>
                <w:lang w:val="en-GB"/>
              </w:rPr>
              <w:t>nstructors</w:t>
            </w:r>
            <w:r w:rsidR="00CC376A">
              <w:rPr>
                <w:rFonts w:ascii="Calibri Light" w:hAnsi="Calibri Light" w:cs="Calibri Light"/>
                <w:lang w:val="en-GB"/>
              </w:rPr>
              <w:t xml:space="preserve"> to design and develop the intervention</w:t>
            </w:r>
            <w:r w:rsidRPr="5DC8FB06">
              <w:rPr>
                <w:rFonts w:ascii="Calibri Light" w:hAnsi="Calibri Light" w:cs="Calibri Light"/>
                <w:lang w:val="en-GB"/>
              </w:rPr>
              <w:t>:</w:t>
            </w:r>
          </w:p>
        </w:tc>
        <w:tc>
          <w:tcPr>
            <w:tcW w:w="4961" w:type="dxa"/>
          </w:tcPr>
          <w:p w14:paraId="7D1CBC42" w14:textId="29FCD1C1" w:rsidR="00CC376A" w:rsidRDefault="00CD644C" w:rsidP="004E0BFC">
            <w:pPr>
              <w:rPr>
                <w:rFonts w:ascii="Calibri Light" w:hAnsi="Calibri Light" w:cs="Calibri Light"/>
                <w:lang w:val="en-GB"/>
              </w:rPr>
            </w:pPr>
            <w:r>
              <w:rPr>
                <w:rFonts w:ascii="Segoe UI Symbol" w:hAnsi="Segoe UI Symbol" w:cs="Segoe UI Symbol"/>
                <w:lang w:val="en-GB"/>
              </w:rPr>
              <w:fldChar w:fldCharType="begin">
                <w:ffData>
                  <w:name w:val="Selectievakje9"/>
                  <w:enabled/>
                  <w:calcOnExit w:val="0"/>
                  <w:checkBox>
                    <w:sizeAuto/>
                    <w:default w:val="1"/>
                  </w:checkBox>
                </w:ffData>
              </w:fldChar>
            </w:r>
            <w:bookmarkStart w:id="3" w:name="Selectievakje9"/>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sidR="004E0BFC" w:rsidRPr="000A3910">
              <w:rPr>
                <w:rFonts w:ascii="Calibri Light" w:hAnsi="Calibri Light" w:cs="Calibri Light"/>
                <w:lang w:val="en-GB"/>
              </w:rPr>
              <w:t>Low</w:t>
            </w:r>
            <w:r w:rsidR="00AD37CD">
              <w:rPr>
                <w:rFonts w:ascii="Calibri Light" w:hAnsi="Calibri Light" w:cs="Calibri Light"/>
                <w:lang w:val="en-GB"/>
              </w:rPr>
              <w:t xml:space="preserve"> (1 day) </w:t>
            </w:r>
          </w:p>
          <w:p w14:paraId="19A1989D" w14:textId="77777777" w:rsidR="00CC376A"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bookmarkStart w:id="4" w:name="Selectievakje10"/>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sidR="004E0BFC" w:rsidRPr="000A3910">
              <w:rPr>
                <w:rFonts w:ascii="Calibri Light" w:hAnsi="Calibri Light" w:cs="Calibri Light"/>
                <w:lang w:val="en-GB"/>
              </w:rPr>
              <w:t xml:space="preserve">Medium </w:t>
            </w:r>
            <w:r w:rsidR="00AD37CD">
              <w:rPr>
                <w:rFonts w:ascii="Calibri Light" w:hAnsi="Calibri Light" w:cs="Calibri Light"/>
                <w:lang w:val="en-GB"/>
              </w:rPr>
              <w:t xml:space="preserve">(1 week) </w:t>
            </w:r>
          </w:p>
          <w:p w14:paraId="226DC841" w14:textId="4E822B82" w:rsidR="004E0BFC" w:rsidRPr="000A3910"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0"/>
                  </w:checkBox>
                </w:ffData>
              </w:fldChar>
            </w:r>
            <w:bookmarkStart w:id="5" w:name="Selectievakje11"/>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sidR="004E0BFC" w:rsidRPr="000A3910">
              <w:rPr>
                <w:rFonts w:ascii="Calibri Light" w:hAnsi="Calibri Light" w:cs="Calibri Light"/>
                <w:lang w:val="en-GB"/>
              </w:rPr>
              <w:t>High</w:t>
            </w:r>
            <w:r w:rsidR="00AD37CD">
              <w:rPr>
                <w:rFonts w:ascii="Calibri Light" w:hAnsi="Calibri Light" w:cs="Calibri Light"/>
                <w:lang w:val="en-GB"/>
              </w:rPr>
              <w:t xml:space="preserve"> (</w:t>
            </w:r>
            <w:r w:rsidR="00CC376A">
              <w:rPr>
                <w:rFonts w:ascii="Calibri Light" w:hAnsi="Calibri Light" w:cs="Calibri Light"/>
                <w:lang w:val="en-GB"/>
              </w:rPr>
              <w:t xml:space="preserve">1 </w:t>
            </w:r>
            <w:r w:rsidR="00AD37CD">
              <w:rPr>
                <w:rFonts w:ascii="Calibri Light" w:hAnsi="Calibri Light" w:cs="Calibri Light"/>
                <w:lang w:val="en-GB"/>
              </w:rPr>
              <w:t>month</w:t>
            </w:r>
            <w:r w:rsidR="00CC376A">
              <w:rPr>
                <w:rFonts w:ascii="Calibri Light" w:hAnsi="Calibri Light" w:cs="Calibri Light"/>
                <w:lang w:val="en-GB"/>
              </w:rPr>
              <w:t xml:space="preserve"> or greater</w:t>
            </w:r>
            <w:r w:rsidR="00AD37CD">
              <w:rPr>
                <w:rFonts w:ascii="Calibri Light" w:hAnsi="Calibri Light" w:cs="Calibri Light"/>
                <w:lang w:val="en-GB"/>
              </w:rPr>
              <w:t>)</w:t>
            </w:r>
          </w:p>
        </w:tc>
      </w:tr>
      <w:tr w:rsidR="004E0BFC" w14:paraId="24DAA290" w14:textId="77777777" w:rsidTr="00AD37CD">
        <w:tc>
          <w:tcPr>
            <w:tcW w:w="3823" w:type="dxa"/>
          </w:tcPr>
          <w:p w14:paraId="185AE50B" w14:textId="7E3993D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Level of commitment of students:</w:t>
            </w:r>
          </w:p>
        </w:tc>
        <w:tc>
          <w:tcPr>
            <w:tcW w:w="4961" w:type="dxa"/>
          </w:tcPr>
          <w:p w14:paraId="732587E3" w14:textId="7D6CE4C0" w:rsidR="00CC376A" w:rsidRDefault="00435785" w:rsidP="00CC376A">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CC376A" w:rsidRPr="000A3910">
              <w:rPr>
                <w:rFonts w:ascii="Calibri Light" w:hAnsi="Calibri Light" w:cs="Calibri Light"/>
                <w:lang w:val="en-GB"/>
              </w:rPr>
              <w:t>Low</w:t>
            </w:r>
            <w:r w:rsidR="00CC376A">
              <w:rPr>
                <w:rFonts w:ascii="Calibri Light" w:hAnsi="Calibri Light" w:cs="Calibri Light"/>
                <w:lang w:val="en-GB"/>
              </w:rPr>
              <w:t xml:space="preserve"> (1 day) </w:t>
            </w:r>
          </w:p>
          <w:p w14:paraId="01DB113F" w14:textId="77777777" w:rsidR="00CC376A"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0"/>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 xml:space="preserve">Medium </w:t>
            </w:r>
            <w:r>
              <w:rPr>
                <w:rFonts w:ascii="Calibri Light" w:hAnsi="Calibri Light" w:cs="Calibri Light"/>
                <w:lang w:val="en-GB"/>
              </w:rPr>
              <w:t xml:space="preserve">(1 week) </w:t>
            </w:r>
          </w:p>
          <w:p w14:paraId="721182FA" w14:textId="4C314214" w:rsidR="004E0BFC" w:rsidRPr="000A3910" w:rsidRDefault="00CC376A" w:rsidP="00CC376A">
            <w:pPr>
              <w:rPr>
                <w:rFonts w:ascii="Calibri Light" w:hAnsi="Calibri Light" w:cs="Calibri Light"/>
                <w:lang w:val="en-GB"/>
              </w:rPr>
            </w:pPr>
            <w:r>
              <w:rPr>
                <w:rFonts w:ascii="Segoe UI Symbol" w:hAnsi="Segoe UI Symbol" w:cs="Segoe UI Symbol"/>
                <w:lang w:val="en-GB"/>
              </w:rPr>
              <w:fldChar w:fldCharType="begin">
                <w:ffData>
                  <w:name w:val="Selectievakje11"/>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Pr="000A3910">
              <w:rPr>
                <w:rFonts w:ascii="Calibri Light" w:hAnsi="Calibri Light" w:cs="Calibri Light"/>
                <w:lang w:val="en-GB"/>
              </w:rPr>
              <w:t>High</w:t>
            </w:r>
            <w:r>
              <w:rPr>
                <w:rFonts w:ascii="Calibri Light" w:hAnsi="Calibri Light" w:cs="Calibri Light"/>
                <w:lang w:val="en-GB"/>
              </w:rPr>
              <w:t xml:space="preserve"> (1 month or greater)</w:t>
            </w:r>
          </w:p>
        </w:tc>
      </w:tr>
      <w:tr w:rsidR="004E0BFC" w14:paraId="78B5BD83" w14:textId="77777777" w:rsidTr="00AD37CD">
        <w:tc>
          <w:tcPr>
            <w:tcW w:w="3823" w:type="dxa"/>
          </w:tcPr>
          <w:p w14:paraId="729B3DF5" w14:textId="1FE978FE" w:rsidR="004E0BFC" w:rsidRPr="000A3910" w:rsidRDefault="004E0BFC" w:rsidP="004E0BFC">
            <w:pPr>
              <w:rPr>
                <w:rFonts w:ascii="Calibri Light" w:hAnsi="Calibri Light" w:cs="Calibri Light"/>
                <w:lang w:val="en-GB"/>
              </w:rPr>
            </w:pPr>
            <w:r w:rsidRPr="124C7894">
              <w:rPr>
                <w:rFonts w:ascii="Calibri Light" w:hAnsi="Calibri Light" w:cs="Calibri Light"/>
                <w:lang w:val="en-GB"/>
              </w:rPr>
              <w:t>Timescale to complete intervention</w:t>
            </w:r>
            <w:r w:rsidR="00CC376A">
              <w:rPr>
                <w:rFonts w:ascii="Calibri Light" w:hAnsi="Calibri Light" w:cs="Calibri Light"/>
                <w:lang w:val="en-GB"/>
              </w:rPr>
              <w:t xml:space="preserve"> (how long the activity lasts)</w:t>
            </w:r>
            <w:r w:rsidRPr="124C7894">
              <w:rPr>
                <w:rFonts w:ascii="Calibri Light" w:hAnsi="Calibri Light" w:cs="Calibri Light"/>
                <w:lang w:val="en-GB"/>
              </w:rPr>
              <w:t>:</w:t>
            </w:r>
          </w:p>
        </w:tc>
        <w:tc>
          <w:tcPr>
            <w:tcW w:w="4961" w:type="dxa"/>
          </w:tcPr>
          <w:p w14:paraId="28A57626" w14:textId="5CA5521F" w:rsidR="004E0BFC" w:rsidRDefault="00435785" w:rsidP="004E0BFC">
            <w:pPr>
              <w:rPr>
                <w:rFonts w:ascii="Calibri Light" w:hAnsi="Calibri Light" w:cs="Calibri Light"/>
                <w:lang w:val="en-GB"/>
              </w:rPr>
            </w:pPr>
            <w:r>
              <w:rPr>
                <w:rFonts w:ascii="Calibri Light" w:hAnsi="Calibri Light" w:cs="Calibri Light"/>
                <w:lang w:val="en-GB"/>
              </w:rPr>
              <w:t>1 hour</w:t>
            </w:r>
          </w:p>
          <w:p w14:paraId="48AC28BE" w14:textId="0448BB4E" w:rsidR="00CC376A" w:rsidRDefault="00435785" w:rsidP="004E0BFC">
            <w:pPr>
              <w:rPr>
                <w:rFonts w:ascii="Calibri Light" w:hAnsi="Calibri Light" w:cs="Calibri Light"/>
                <w:lang w:val="en-GB"/>
              </w:rPr>
            </w:pPr>
            <w:r>
              <w:rPr>
                <w:rFonts w:ascii="Calibri Light" w:hAnsi="Calibri Light" w:cs="Calibri Light"/>
                <w:lang w:val="en-GB"/>
              </w:rPr>
              <w:t>There is minimal preparation time and students have no pre work or after work</w:t>
            </w:r>
          </w:p>
          <w:p w14:paraId="48A4E36E" w14:textId="77777777" w:rsidR="00CC376A" w:rsidRPr="000A3910" w:rsidRDefault="00CC376A" w:rsidP="004E0BFC">
            <w:pPr>
              <w:rPr>
                <w:rFonts w:ascii="Calibri Light" w:hAnsi="Calibri Light" w:cs="Calibri Light"/>
                <w:lang w:val="en-GB"/>
              </w:rPr>
            </w:pPr>
          </w:p>
        </w:tc>
      </w:tr>
      <w:tr w:rsidR="004E0BFC" w14:paraId="01E73A0F" w14:textId="77777777" w:rsidTr="00AD37CD">
        <w:tc>
          <w:tcPr>
            <w:tcW w:w="3823" w:type="dxa"/>
          </w:tcPr>
          <w:p w14:paraId="6F344086" w14:textId="765980AB"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Who is involved in delivering the activity?</w:t>
            </w:r>
          </w:p>
        </w:tc>
        <w:tc>
          <w:tcPr>
            <w:tcW w:w="4961" w:type="dxa"/>
          </w:tcPr>
          <w:p w14:paraId="27B00112" w14:textId="7218C6E3" w:rsidR="004E0BFC" w:rsidRPr="00F16179"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Selectievakje12"/>
                  <w:enabled/>
                  <w:calcOnExit w:val="0"/>
                  <w:checkBox>
                    <w:sizeAuto/>
                    <w:default w:val="1"/>
                  </w:checkBox>
                </w:ffData>
              </w:fldChar>
            </w:r>
            <w:bookmarkStart w:id="6" w:name="Selectievakje12"/>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sidR="004E0BFC" w:rsidRPr="00F16179">
              <w:rPr>
                <w:rFonts w:ascii="Calibri Light" w:hAnsi="Calibri Light" w:cs="Calibri Light"/>
                <w:lang w:val="en-GB"/>
              </w:rPr>
              <w:t xml:space="preserve">Teaching staff </w:t>
            </w:r>
            <w:r w:rsidR="004E0BFC" w:rsidRPr="00F16179">
              <w:rPr>
                <w:rFonts w:ascii="Calibri Light" w:hAnsi="Calibri Light" w:cs="Calibri Light"/>
                <w:lang w:val="en-GB"/>
              </w:rPr>
              <w:br/>
            </w:r>
            <w:r>
              <w:rPr>
                <w:rFonts w:ascii="Calibri Light" w:hAnsi="Calibri Light" w:cs="Calibri Light"/>
                <w:lang w:val="en-GB"/>
              </w:rPr>
              <w:fldChar w:fldCharType="begin">
                <w:ffData>
                  <w:name w:val="Selectievakje13"/>
                  <w:enabled/>
                  <w:calcOnExit w:val="0"/>
                  <w:checkBox>
                    <w:sizeAuto/>
                    <w:default w:val="1"/>
                  </w:checkBox>
                </w:ffData>
              </w:fldChar>
            </w:r>
            <w:bookmarkStart w:id="7" w:name="Selectievakje13"/>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bookmarkEnd w:id="7"/>
            <w:r w:rsidR="004E0BFC" w:rsidRPr="00F16179">
              <w:rPr>
                <w:rFonts w:ascii="Calibri Light" w:hAnsi="Calibri Light" w:cs="Calibri Light"/>
                <w:lang w:val="en-GB"/>
              </w:rPr>
              <w:t>S</w:t>
            </w:r>
            <w:r w:rsidR="00896312" w:rsidRPr="00F16179">
              <w:rPr>
                <w:rFonts w:ascii="Calibri Light" w:hAnsi="Calibri Light" w:cs="Calibri Light"/>
                <w:lang w:val="en-GB"/>
              </w:rPr>
              <w:t>tudent S</w:t>
            </w:r>
            <w:r w:rsidR="004E0BFC" w:rsidRPr="00F16179">
              <w:rPr>
                <w:rFonts w:ascii="Calibri Light" w:hAnsi="Calibri Light" w:cs="Calibri Light"/>
                <w:lang w:val="en-GB"/>
              </w:rPr>
              <w:t xml:space="preserve">upport staff </w:t>
            </w:r>
            <w:r w:rsidR="004E0BFC" w:rsidRPr="00F16179">
              <w:rPr>
                <w:rFonts w:ascii="Calibri Light" w:hAnsi="Calibri Light" w:cs="Calibri Light"/>
                <w:lang w:val="en-GB"/>
              </w:rPr>
              <w:br/>
            </w:r>
            <w:r w:rsidR="00390282" w:rsidRPr="00F16179">
              <w:rPr>
                <w:rFonts w:ascii="Calibri Light" w:hAnsi="Calibri Light" w:cs="Calibri Light"/>
                <w:lang w:val="en-GB"/>
              </w:rPr>
              <w:fldChar w:fldCharType="begin">
                <w:ffData>
                  <w:name w:val="Selectievakje14"/>
                  <w:enabled/>
                  <w:calcOnExit w:val="0"/>
                  <w:checkBox>
                    <w:sizeAuto/>
                    <w:default w:val="0"/>
                  </w:checkBox>
                </w:ffData>
              </w:fldChar>
            </w:r>
            <w:bookmarkStart w:id="8" w:name="Selectievakje14"/>
            <w:r w:rsidR="00390282" w:rsidRPr="00F16179">
              <w:rPr>
                <w:rFonts w:ascii="Calibri Light" w:hAnsi="Calibri Light" w:cs="Calibri Light"/>
                <w:lang w:val="en-GB"/>
              </w:rPr>
              <w:instrText xml:space="preserve"> FORMCHECKBOX </w:instrText>
            </w:r>
            <w:r w:rsidR="00390282" w:rsidRPr="00F16179">
              <w:rPr>
                <w:rFonts w:ascii="Calibri Light" w:hAnsi="Calibri Light" w:cs="Calibri Light"/>
                <w:lang w:val="en-GB"/>
              </w:rPr>
            </w:r>
            <w:r w:rsidR="00390282" w:rsidRPr="00F16179">
              <w:rPr>
                <w:rFonts w:ascii="Calibri Light" w:hAnsi="Calibri Light" w:cs="Calibri Light"/>
                <w:lang w:val="en-GB"/>
              </w:rPr>
              <w:fldChar w:fldCharType="separate"/>
            </w:r>
            <w:r w:rsidR="00390282" w:rsidRPr="00F16179">
              <w:rPr>
                <w:rFonts w:ascii="Calibri Light" w:hAnsi="Calibri Light" w:cs="Calibri Light"/>
                <w:lang w:val="en-GB"/>
              </w:rPr>
              <w:fldChar w:fldCharType="end"/>
            </w:r>
            <w:bookmarkEnd w:id="8"/>
            <w:r w:rsidR="00896312" w:rsidRPr="00F16179">
              <w:rPr>
                <w:rFonts w:ascii="Calibri Light" w:hAnsi="Calibri Light" w:cs="Calibri Light"/>
                <w:lang w:val="en-GB"/>
              </w:rPr>
              <w:t>Researcher</w:t>
            </w:r>
            <w:r w:rsidR="00166AFF" w:rsidRPr="00F16179">
              <w:rPr>
                <w:rFonts w:ascii="Calibri Light" w:hAnsi="Calibri Light" w:cs="Calibri Light"/>
                <w:lang w:val="en-GB"/>
              </w:rPr>
              <w: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00390282" w:rsidRPr="00F16179">
              <w:rPr>
                <w:rFonts w:ascii="Calibri Light" w:hAnsi="Calibri Light" w:cs="Calibri Light"/>
                <w:lang w:val="en-GB"/>
              </w:rPr>
              <w:fldChar w:fldCharType="begin">
                <w:ffData>
                  <w:name w:val="Selectievakje15"/>
                  <w:enabled/>
                  <w:calcOnExit w:val="0"/>
                  <w:checkBox>
                    <w:sizeAuto/>
                    <w:default w:val="0"/>
                  </w:checkBox>
                </w:ffData>
              </w:fldChar>
            </w:r>
            <w:bookmarkStart w:id="9" w:name="Selectievakje15"/>
            <w:r w:rsidR="00390282" w:rsidRPr="00F16179">
              <w:rPr>
                <w:rFonts w:ascii="Calibri Light" w:hAnsi="Calibri Light" w:cs="Calibri Light"/>
                <w:lang w:val="en-GB"/>
              </w:rPr>
              <w:instrText xml:space="preserve"> FORMCHECKBOX </w:instrText>
            </w:r>
            <w:r w:rsidR="00390282" w:rsidRPr="00F16179">
              <w:rPr>
                <w:rFonts w:ascii="Calibri Light" w:hAnsi="Calibri Light" w:cs="Calibri Light"/>
                <w:lang w:val="en-GB"/>
              </w:rPr>
            </w:r>
            <w:r w:rsidR="00390282" w:rsidRPr="00F16179">
              <w:rPr>
                <w:rFonts w:ascii="Calibri Light" w:hAnsi="Calibri Light" w:cs="Calibri Light"/>
                <w:lang w:val="en-GB"/>
              </w:rPr>
              <w:fldChar w:fldCharType="separate"/>
            </w:r>
            <w:r w:rsidR="00390282" w:rsidRPr="00F16179">
              <w:rPr>
                <w:rFonts w:ascii="Calibri Light" w:hAnsi="Calibri Light" w:cs="Calibri Light"/>
                <w:lang w:val="en-GB"/>
              </w:rPr>
              <w:fldChar w:fldCharType="end"/>
            </w:r>
            <w:bookmarkEnd w:id="9"/>
            <w:r w:rsidR="00166AFF" w:rsidRPr="00F16179">
              <w:rPr>
                <w:rFonts w:ascii="Calibri Light" w:hAnsi="Calibri Light" w:cs="Calibri Light"/>
                <w:lang w:val="en-GB"/>
              </w:rPr>
              <w:t>Students</w:t>
            </w:r>
            <w:r w:rsidR="004E0BFC" w:rsidRPr="00F16179">
              <w:rPr>
                <w:rFonts w:ascii="Calibri Light" w:hAnsi="Calibri Light" w:cs="Calibri Light"/>
                <w:lang w:val="en-GB"/>
              </w:rPr>
              <w:t xml:space="preserve"> </w:t>
            </w:r>
            <w:r w:rsidR="004E0BFC" w:rsidRPr="00F16179">
              <w:rPr>
                <w:rFonts w:ascii="Calibri Light" w:hAnsi="Calibri Light" w:cs="Calibri Light"/>
                <w:lang w:val="en-GB"/>
              </w:rPr>
              <w:br/>
            </w:r>
            <w:r w:rsidR="00390282" w:rsidRPr="00F16179">
              <w:rPr>
                <w:rFonts w:ascii="Calibri Light" w:hAnsi="Calibri Light" w:cs="Calibri Light"/>
                <w:lang w:val="en-GB"/>
              </w:rPr>
              <w:fldChar w:fldCharType="begin">
                <w:ffData>
                  <w:name w:val="Selectievakje16"/>
                  <w:enabled/>
                  <w:calcOnExit w:val="0"/>
                  <w:checkBox>
                    <w:sizeAuto/>
                    <w:default w:val="0"/>
                  </w:checkBox>
                </w:ffData>
              </w:fldChar>
            </w:r>
            <w:bookmarkStart w:id="10" w:name="Selectievakje16"/>
            <w:r w:rsidR="00390282" w:rsidRPr="00F16179">
              <w:rPr>
                <w:rFonts w:ascii="Calibri Light" w:hAnsi="Calibri Light" w:cs="Calibri Light"/>
                <w:lang w:val="en-GB"/>
              </w:rPr>
              <w:instrText xml:space="preserve"> FORMCHECKBOX </w:instrText>
            </w:r>
            <w:r w:rsidR="00390282" w:rsidRPr="00F16179">
              <w:rPr>
                <w:rFonts w:ascii="Calibri Light" w:hAnsi="Calibri Light" w:cs="Calibri Light"/>
                <w:lang w:val="en-GB"/>
              </w:rPr>
            </w:r>
            <w:r w:rsidR="00390282" w:rsidRPr="00F16179">
              <w:rPr>
                <w:rFonts w:ascii="Calibri Light" w:hAnsi="Calibri Light" w:cs="Calibri Light"/>
                <w:lang w:val="en-GB"/>
              </w:rPr>
              <w:fldChar w:fldCharType="separate"/>
            </w:r>
            <w:r w:rsidR="00390282" w:rsidRPr="00F16179">
              <w:rPr>
                <w:rFonts w:ascii="Calibri Light" w:hAnsi="Calibri Light" w:cs="Calibri Light"/>
                <w:lang w:val="en-GB"/>
              </w:rPr>
              <w:fldChar w:fldCharType="end"/>
            </w:r>
            <w:bookmarkEnd w:id="10"/>
            <w:r w:rsidR="00166AFF" w:rsidRPr="00F16179">
              <w:rPr>
                <w:rFonts w:ascii="Calibri Light" w:hAnsi="Calibri Light" w:cs="Calibri Light"/>
                <w:lang w:val="en-GB"/>
              </w:rPr>
              <w:t>Student Societies/organisations/clubs</w:t>
            </w:r>
          </w:p>
          <w:p w14:paraId="5EC31AAD" w14:textId="7DE3401A" w:rsidR="00896312" w:rsidRPr="00F16179" w:rsidRDefault="00896312" w:rsidP="004E0BFC">
            <w:pPr>
              <w:rPr>
                <w:rFonts w:ascii="Calibri Light" w:hAnsi="Calibri Light" w:cs="Calibri Light"/>
                <w:lang w:val="en-GB"/>
              </w:rPr>
            </w:pPr>
            <w:r w:rsidRPr="00F16179">
              <w:rPr>
                <w:rFonts w:ascii="Calibri Light" w:hAnsi="Calibri Light" w:cs="Calibri Light"/>
                <w:lang w:val="en-GB"/>
              </w:rPr>
              <w:fldChar w:fldCharType="begin">
                <w:ffData>
                  <w:name w:val="Selectievakje16"/>
                  <w:enabled/>
                  <w:calcOnExit w:val="0"/>
                  <w:checkBox>
                    <w:sizeAuto/>
                    <w:default w:val="0"/>
                  </w:checkBox>
                </w:ffData>
              </w:fldChar>
            </w:r>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r w:rsidRPr="00F16179">
              <w:rPr>
                <w:rFonts w:ascii="Calibri Light" w:hAnsi="Calibri Light" w:cs="Calibri Light"/>
                <w:lang w:val="en-GB"/>
              </w:rPr>
              <w:t>External partners</w:t>
            </w:r>
          </w:p>
          <w:p w14:paraId="2C347E92" w14:textId="77777777" w:rsidR="000A3910" w:rsidRPr="00F16179" w:rsidRDefault="00390282" w:rsidP="004E0BFC">
            <w:pPr>
              <w:rPr>
                <w:rFonts w:ascii="Calibri Light" w:hAnsi="Calibri Light" w:cs="Calibri Light"/>
                <w:lang w:val="en-GB"/>
              </w:rPr>
            </w:pPr>
            <w:r w:rsidRPr="00F16179">
              <w:rPr>
                <w:rFonts w:ascii="Calibri Light" w:hAnsi="Calibri Light" w:cs="Calibri Light"/>
                <w:lang w:val="en-GB"/>
              </w:rPr>
              <w:fldChar w:fldCharType="begin">
                <w:ffData>
                  <w:name w:val="Selectievakje17"/>
                  <w:enabled/>
                  <w:calcOnExit w:val="0"/>
                  <w:checkBox>
                    <w:sizeAuto/>
                    <w:default w:val="0"/>
                  </w:checkBox>
                </w:ffData>
              </w:fldChar>
            </w:r>
            <w:bookmarkStart w:id="11" w:name="Selectievakje17"/>
            <w:r w:rsidRPr="00F16179">
              <w:rPr>
                <w:rFonts w:ascii="Calibri Light" w:hAnsi="Calibri Light" w:cs="Calibri Light"/>
                <w:lang w:val="en-GB"/>
              </w:rPr>
              <w:instrText xml:space="preserve"> FORMCHECKBOX </w:instrText>
            </w:r>
            <w:r w:rsidRPr="00F16179">
              <w:rPr>
                <w:rFonts w:ascii="Calibri Light" w:hAnsi="Calibri Light" w:cs="Calibri Light"/>
                <w:lang w:val="en-GB"/>
              </w:rPr>
            </w:r>
            <w:r w:rsidRPr="00F16179">
              <w:rPr>
                <w:rFonts w:ascii="Calibri Light" w:hAnsi="Calibri Light" w:cs="Calibri Light"/>
                <w:lang w:val="en-GB"/>
              </w:rPr>
              <w:fldChar w:fldCharType="separate"/>
            </w:r>
            <w:r w:rsidRPr="00F16179">
              <w:rPr>
                <w:rFonts w:ascii="Calibri Light" w:hAnsi="Calibri Light" w:cs="Calibri Light"/>
                <w:lang w:val="en-GB"/>
              </w:rPr>
              <w:fldChar w:fldCharType="end"/>
            </w:r>
            <w:bookmarkEnd w:id="11"/>
            <w:r w:rsidR="000A3910" w:rsidRPr="00F16179">
              <w:rPr>
                <w:rFonts w:ascii="Calibri Light" w:hAnsi="Calibri Light" w:cs="Calibri Light"/>
                <w:lang w:val="en-GB"/>
              </w:rPr>
              <w:t xml:space="preserve">Other namely… </w:t>
            </w:r>
          </w:p>
          <w:p w14:paraId="429C5149" w14:textId="40C4310B" w:rsidR="00896312" w:rsidRPr="000A3910" w:rsidRDefault="00896312" w:rsidP="004E0BFC">
            <w:pPr>
              <w:rPr>
                <w:rFonts w:ascii="Calibri Light" w:hAnsi="Calibri Light" w:cs="Calibri Light"/>
                <w:lang w:val="en-GB"/>
              </w:rPr>
            </w:pPr>
          </w:p>
        </w:tc>
      </w:tr>
      <w:tr w:rsidR="004E0BFC" w14:paraId="6A808EB3" w14:textId="77777777" w:rsidTr="00AD37CD">
        <w:tc>
          <w:tcPr>
            <w:tcW w:w="3823" w:type="dxa"/>
          </w:tcPr>
          <w:p w14:paraId="1EAB1171" w14:textId="525BD446"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Is the activity individual or group-based?</w:t>
            </w:r>
          </w:p>
        </w:tc>
        <w:tc>
          <w:tcPr>
            <w:tcW w:w="4961" w:type="dxa"/>
          </w:tcPr>
          <w:p w14:paraId="441CD5FC" w14:textId="5C3985AD" w:rsidR="004E0BFC"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bookmarkStart w:id="12" w:name="Selectievakje18"/>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bookmarkEnd w:id="12"/>
            <w:r w:rsidR="004E0BFC" w:rsidRPr="000A3910">
              <w:rPr>
                <w:rFonts w:ascii="Calibri Light" w:hAnsi="Calibri Light" w:cs="Calibri Light"/>
                <w:lang w:val="en-GB"/>
              </w:rPr>
              <w:t xml:space="preserve">Individual </w:t>
            </w:r>
            <w:r w:rsidR="00435785">
              <w:rPr>
                <w:rFonts w:ascii="Segoe UI Symbol" w:hAnsi="Segoe UI Symbol" w:cs="Segoe UI Symbol"/>
                <w:lang w:val="en-GB"/>
              </w:rPr>
              <w:fldChar w:fldCharType="begin">
                <w:ffData>
                  <w:name w:val=""/>
                  <w:enabled/>
                  <w:calcOnExit w:val="0"/>
                  <w:checkBox>
                    <w:sizeAuto/>
                    <w:default w:val="1"/>
                  </w:checkBox>
                </w:ffData>
              </w:fldChar>
            </w:r>
            <w:r w:rsidR="00435785">
              <w:rPr>
                <w:rFonts w:ascii="Segoe UI Symbol" w:hAnsi="Segoe UI Symbol" w:cs="Segoe UI Symbol"/>
                <w:lang w:val="en-GB"/>
              </w:rPr>
              <w:instrText xml:space="preserve"> FORMCHECKBOX </w:instrText>
            </w:r>
            <w:r w:rsidR="00435785">
              <w:rPr>
                <w:rFonts w:ascii="Segoe UI Symbol" w:hAnsi="Segoe UI Symbol" w:cs="Segoe UI Symbol"/>
                <w:lang w:val="en-GB"/>
              </w:rPr>
            </w:r>
            <w:r w:rsidR="00435785">
              <w:rPr>
                <w:rFonts w:ascii="Segoe UI Symbol" w:hAnsi="Segoe UI Symbol" w:cs="Segoe UI Symbol"/>
                <w:lang w:val="en-GB"/>
              </w:rPr>
              <w:fldChar w:fldCharType="separate"/>
            </w:r>
            <w:r w:rsidR="00435785">
              <w:rPr>
                <w:rFonts w:ascii="Segoe UI Symbol" w:hAnsi="Segoe UI Symbol" w:cs="Segoe UI Symbol"/>
                <w:lang w:val="en-GB"/>
              </w:rPr>
              <w:fldChar w:fldCharType="end"/>
            </w:r>
            <w:r w:rsidR="004E0BFC" w:rsidRPr="000A3910">
              <w:rPr>
                <w:rFonts w:ascii="Calibri Light" w:hAnsi="Calibri Light" w:cs="Calibri Light"/>
                <w:lang w:val="en-GB"/>
              </w:rPr>
              <w:t>Group</w:t>
            </w:r>
          </w:p>
          <w:p w14:paraId="23C8D42D" w14:textId="39F04B59" w:rsidR="00F82504" w:rsidRPr="000A3910" w:rsidRDefault="00F82504" w:rsidP="004E0BFC">
            <w:pPr>
              <w:rPr>
                <w:rFonts w:ascii="Calibri Light" w:hAnsi="Calibri Light" w:cs="Calibri Light"/>
                <w:lang w:val="en-GB"/>
              </w:rPr>
            </w:pPr>
          </w:p>
        </w:tc>
      </w:tr>
      <w:tr w:rsidR="004E0BFC" w14:paraId="0E9D640B" w14:textId="77777777" w:rsidTr="00AD37CD">
        <w:tc>
          <w:tcPr>
            <w:tcW w:w="3823" w:type="dxa"/>
          </w:tcPr>
          <w:p w14:paraId="60EF4663" w14:textId="5ABCED1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Is participation voluntary or mandatory?</w:t>
            </w:r>
          </w:p>
        </w:tc>
        <w:tc>
          <w:tcPr>
            <w:tcW w:w="4961" w:type="dxa"/>
          </w:tcPr>
          <w:p w14:paraId="2CBCC424" w14:textId="31A82FE3" w:rsidR="004E0BFC"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Voluntary </w:t>
            </w:r>
            <w:r w:rsidR="00390282">
              <w:rPr>
                <w:rFonts w:ascii="Segoe UI Symbol" w:hAnsi="Segoe UI Symbol" w:cs="Segoe UI Symbol"/>
                <w:lang w:val="en-GB"/>
              </w:rPr>
              <w:fldChar w:fldCharType="begin">
                <w:ffData>
                  <w:name w:val="Selectievakje18"/>
                  <w:enabled/>
                  <w:calcOnExit w:val="0"/>
                  <w:checkBox>
                    <w:sizeAuto/>
                    <w:default w:val="0"/>
                  </w:checkBox>
                </w:ffData>
              </w:fldChar>
            </w:r>
            <w:r w:rsidR="00390282">
              <w:rPr>
                <w:rFonts w:ascii="Segoe UI Symbol" w:hAnsi="Segoe UI Symbol" w:cs="Segoe UI Symbol"/>
                <w:lang w:val="en-GB"/>
              </w:rPr>
              <w:instrText xml:space="preserve"> FORMCHECKBOX </w:instrText>
            </w:r>
            <w:r w:rsidR="00390282">
              <w:rPr>
                <w:rFonts w:ascii="Segoe UI Symbol" w:hAnsi="Segoe UI Symbol" w:cs="Segoe UI Symbol"/>
                <w:lang w:val="en-GB"/>
              </w:rPr>
            </w:r>
            <w:r w:rsidR="00390282">
              <w:rPr>
                <w:rFonts w:ascii="Segoe UI Symbol" w:hAnsi="Segoe UI Symbol" w:cs="Segoe UI Symbol"/>
                <w:lang w:val="en-GB"/>
              </w:rPr>
              <w:fldChar w:fldCharType="separate"/>
            </w:r>
            <w:r w:rsidR="00390282">
              <w:rPr>
                <w:rFonts w:ascii="Segoe UI Symbol" w:hAnsi="Segoe UI Symbol" w:cs="Segoe UI Symbol"/>
                <w:lang w:val="en-GB"/>
              </w:rPr>
              <w:fldChar w:fldCharType="end"/>
            </w:r>
            <w:r w:rsidR="004E0BFC" w:rsidRPr="000A3910">
              <w:rPr>
                <w:rFonts w:ascii="Calibri Light" w:hAnsi="Calibri Light" w:cs="Calibri Light"/>
                <w:lang w:val="en-GB"/>
              </w:rPr>
              <w:t>Mandatory</w:t>
            </w:r>
          </w:p>
          <w:p w14:paraId="566C2A3E" w14:textId="11E0091A" w:rsidR="00F82504" w:rsidRPr="000A3910" w:rsidRDefault="00F82504" w:rsidP="004E0BFC">
            <w:pPr>
              <w:rPr>
                <w:rFonts w:ascii="Calibri Light" w:hAnsi="Calibri Light" w:cs="Calibri Light"/>
                <w:lang w:val="en-GB"/>
              </w:rPr>
            </w:pPr>
          </w:p>
        </w:tc>
      </w:tr>
      <w:tr w:rsidR="004E0BFC" w14:paraId="6BA22D21" w14:textId="77777777" w:rsidTr="00AD37CD">
        <w:trPr>
          <w:trHeight w:val="300"/>
        </w:trPr>
        <w:tc>
          <w:tcPr>
            <w:tcW w:w="3823" w:type="dxa"/>
          </w:tcPr>
          <w:p w14:paraId="4713B377" w14:textId="0E6651B8" w:rsidR="004E0BFC" w:rsidRPr="000A3910" w:rsidRDefault="004E0BFC" w:rsidP="004E0BFC">
            <w:pPr>
              <w:rPr>
                <w:rFonts w:ascii="Calibri Light" w:hAnsi="Calibri Light" w:cs="Calibri Light"/>
                <w:lang w:val="en-GB"/>
              </w:rPr>
            </w:pPr>
            <w:r w:rsidRPr="11939C16">
              <w:rPr>
                <w:rFonts w:ascii="Calibri Light" w:hAnsi="Calibri Light" w:cs="Calibri Light"/>
                <w:lang w:val="en-GB"/>
              </w:rPr>
              <w:t xml:space="preserve">Is the activity </w:t>
            </w:r>
            <w:proofErr w:type="spellStart"/>
            <w:r w:rsidRPr="11939C16">
              <w:rPr>
                <w:rFonts w:ascii="Calibri Light" w:hAnsi="Calibri Light" w:cs="Calibri Light"/>
                <w:lang w:val="en-GB"/>
              </w:rPr>
              <w:t>intracurricular</w:t>
            </w:r>
            <w:proofErr w:type="spellEnd"/>
            <w:r w:rsidRPr="11939C16">
              <w:rPr>
                <w:rFonts w:ascii="Calibri Light" w:hAnsi="Calibri Light" w:cs="Calibri Light"/>
                <w:lang w:val="en-GB"/>
              </w:rPr>
              <w:t xml:space="preserve"> or extracurricular?</w:t>
            </w:r>
          </w:p>
        </w:tc>
        <w:tc>
          <w:tcPr>
            <w:tcW w:w="4961" w:type="dxa"/>
          </w:tcPr>
          <w:p w14:paraId="356CEF65" w14:textId="77777777" w:rsidR="00F82504"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proofErr w:type="spellStart"/>
            <w:r w:rsidR="004E0BFC" w:rsidRPr="000A3910">
              <w:rPr>
                <w:rFonts w:ascii="Calibri Light" w:hAnsi="Calibri Light" w:cs="Calibri Light"/>
                <w:lang w:val="en-GB"/>
              </w:rPr>
              <w:t>Intracurricular</w:t>
            </w:r>
            <w:proofErr w:type="spellEnd"/>
            <w:r w:rsidR="00F82504">
              <w:rPr>
                <w:rFonts w:ascii="Calibri Light" w:hAnsi="Calibri Light" w:cs="Calibri Light"/>
                <w:lang w:val="en-GB"/>
              </w:rPr>
              <w:t xml:space="preserve"> (with ECTS credits)</w:t>
            </w:r>
          </w:p>
          <w:p w14:paraId="3FA776F7" w14:textId="51C75163" w:rsidR="00F82504" w:rsidRDefault="00435785" w:rsidP="004E0BFC">
            <w:pPr>
              <w:rPr>
                <w:rFonts w:ascii="Calibri Light" w:hAnsi="Calibri Light" w:cs="Calibri Light"/>
                <w:lang w:val="en-GB"/>
              </w:rPr>
            </w:pPr>
            <w:r>
              <w:rPr>
                <w:rFonts w:ascii="Segoe UI Symbol" w:hAnsi="Segoe UI Symbol" w:cs="Segoe UI Symbol"/>
                <w:lang w:val="en-GB"/>
              </w:rPr>
              <w:fldChar w:fldCharType="begin">
                <w:ffData>
                  <w:name w:val=""/>
                  <w:enabled/>
                  <w:calcOnExit w:val="0"/>
                  <w:checkBox>
                    <w:sizeAuto/>
                    <w:default w:val="1"/>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 xml:space="preserve">Extracurricular </w:t>
            </w:r>
          </w:p>
          <w:p w14:paraId="096584B0" w14:textId="77777777" w:rsidR="004E0BFC" w:rsidRDefault="00390282" w:rsidP="004E0BFC">
            <w:pPr>
              <w:rPr>
                <w:rFonts w:ascii="Calibri Light" w:hAnsi="Calibri Light" w:cs="Calibri Light"/>
                <w:lang w:val="en-GB"/>
              </w:rPr>
            </w:pPr>
            <w:r>
              <w:rPr>
                <w:rFonts w:ascii="Segoe UI Symbol" w:hAnsi="Segoe UI Symbol" w:cs="Segoe UI Symbol"/>
                <w:lang w:val="en-GB"/>
              </w:rPr>
              <w:fldChar w:fldCharType="begin">
                <w:ffData>
                  <w:name w:val="Selectievakje18"/>
                  <w:enabled/>
                  <w:calcOnExit w:val="0"/>
                  <w:checkBox>
                    <w:sizeAuto/>
                    <w:default w:val="0"/>
                  </w:checkBox>
                </w:ffData>
              </w:fldChar>
            </w:r>
            <w:r>
              <w:rPr>
                <w:rFonts w:ascii="Segoe UI Symbol" w:hAnsi="Segoe UI Symbol" w:cs="Segoe UI Symbol"/>
                <w:lang w:val="en-GB"/>
              </w:rPr>
              <w:instrText xml:space="preserve"> FORMCHECKBOX </w:instrText>
            </w:r>
            <w:r>
              <w:rPr>
                <w:rFonts w:ascii="Segoe UI Symbol" w:hAnsi="Segoe UI Symbol" w:cs="Segoe UI Symbol"/>
                <w:lang w:val="en-GB"/>
              </w:rPr>
            </w:r>
            <w:r>
              <w:rPr>
                <w:rFonts w:ascii="Segoe UI Symbol" w:hAnsi="Segoe UI Symbol" w:cs="Segoe UI Symbol"/>
                <w:lang w:val="en-GB"/>
              </w:rPr>
              <w:fldChar w:fldCharType="separate"/>
            </w:r>
            <w:r>
              <w:rPr>
                <w:rFonts w:ascii="Segoe UI Symbol" w:hAnsi="Segoe UI Symbol" w:cs="Segoe UI Symbol"/>
                <w:lang w:val="en-GB"/>
              </w:rPr>
              <w:fldChar w:fldCharType="end"/>
            </w:r>
            <w:r w:rsidR="004E0BFC" w:rsidRPr="000A3910">
              <w:rPr>
                <w:rFonts w:ascii="Calibri Light" w:hAnsi="Calibri Light" w:cs="Calibri Light"/>
                <w:lang w:val="en-GB"/>
              </w:rPr>
              <w:t>Both</w:t>
            </w:r>
          </w:p>
          <w:p w14:paraId="59D8C248" w14:textId="4AD3EFE8" w:rsidR="00F82504" w:rsidRPr="000A3910" w:rsidRDefault="00F82504" w:rsidP="004E0BFC">
            <w:pPr>
              <w:rPr>
                <w:rFonts w:ascii="Calibri Light" w:hAnsi="Calibri Light" w:cs="Calibri Light"/>
                <w:lang w:val="en-GB"/>
              </w:rPr>
            </w:pPr>
          </w:p>
        </w:tc>
      </w:tr>
      <w:tr w:rsidR="004E0BFC" w14:paraId="5F2B528A" w14:textId="77777777" w:rsidTr="00AD37CD">
        <w:tc>
          <w:tcPr>
            <w:tcW w:w="3823" w:type="dxa"/>
          </w:tcPr>
          <w:p w14:paraId="47AA372F" w14:textId="14F15CBF"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In what format is the activity delivered?</w:t>
            </w:r>
          </w:p>
        </w:tc>
        <w:tc>
          <w:tcPr>
            <w:tcW w:w="4961" w:type="dxa"/>
          </w:tcPr>
          <w:p w14:paraId="4A52E302" w14:textId="00D850FE" w:rsidR="004E0BFC" w:rsidRPr="00F82504" w:rsidRDefault="00435785" w:rsidP="5ED244E1">
            <w:pPr>
              <w:rPr>
                <w:rFonts w:ascii="Calibri Light" w:hAnsi="Calibri Light" w:cs="Calibri Light"/>
                <w:lang w:val="en-GB"/>
              </w:rPr>
            </w:pPr>
            <w:r>
              <w:rPr>
                <w:rFonts w:ascii="Calibri Light" w:hAnsi="Calibri Light" w:cs="Calibri Light"/>
                <w:lang w:val="en-GB"/>
              </w:rPr>
              <w:fldChar w:fldCharType="begin">
                <w:ffData>
                  <w:name w:val=""/>
                  <w:enabled/>
                  <w:calcOnExit w:val="0"/>
                  <w:checkBox>
                    <w:sizeAuto/>
                    <w:default w:val="1"/>
                  </w:checkBox>
                </w:ffData>
              </w:fldChar>
            </w:r>
            <w:r>
              <w:rPr>
                <w:rFonts w:ascii="Calibri Light" w:hAnsi="Calibri Light" w:cs="Calibri Light"/>
                <w:lang w:val="en-GB"/>
              </w:rPr>
              <w:instrText xml:space="preserve"> FORMCHECKBOX </w:instrText>
            </w:r>
            <w:r>
              <w:rPr>
                <w:rFonts w:ascii="Calibri Light" w:hAnsi="Calibri Light" w:cs="Calibri Light"/>
                <w:lang w:val="en-GB"/>
              </w:rPr>
            </w:r>
            <w:r>
              <w:rPr>
                <w:rFonts w:ascii="Calibri Light" w:hAnsi="Calibri Light" w:cs="Calibri Light"/>
                <w:lang w:val="en-GB"/>
              </w:rPr>
              <w:fldChar w:fldCharType="separate"/>
            </w:r>
            <w:r>
              <w:rPr>
                <w:rFonts w:ascii="Calibri Light" w:hAnsi="Calibri Light" w:cs="Calibri Light"/>
                <w:lang w:val="en-GB"/>
              </w:rPr>
              <w:fldChar w:fldCharType="end"/>
            </w:r>
            <w:r w:rsidR="578BCC71" w:rsidRPr="00F82504">
              <w:rPr>
                <w:rFonts w:ascii="Calibri Light" w:hAnsi="Calibri Light" w:cs="Calibri Light"/>
                <w:lang w:val="en-GB"/>
              </w:rPr>
              <w:t>On campus (live)</w:t>
            </w:r>
            <w:r w:rsidR="004E0BFC" w:rsidRPr="00F82504">
              <w:rPr>
                <w:rFonts w:ascii="Calibri Light" w:hAnsi="Calibri Light" w:cs="Calibri Light"/>
                <w:lang w:val="en-GB"/>
              </w:rPr>
              <w:t xml:space="preserve">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 xml:space="preserve">Online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 xml:space="preserve">Blended </w:t>
            </w:r>
            <w:r w:rsidR="000A3910" w:rsidRPr="00F82504">
              <w:rPr>
                <w:rFonts w:ascii="Calibri Light" w:hAnsi="Calibri Light" w:cs="Calibri Light"/>
                <w:lang w:val="en-GB"/>
              </w:rPr>
              <w:br/>
            </w:r>
            <w:r w:rsidR="00390282" w:rsidRPr="00F82504">
              <w:rPr>
                <w:rFonts w:ascii="Calibri Light" w:hAnsi="Calibri Light" w:cs="Calibri Light"/>
                <w:lang w:val="en-GB"/>
              </w:rPr>
              <w:fldChar w:fldCharType="begin">
                <w:ffData>
                  <w:name w:val="Selectievakje18"/>
                  <w:enabled/>
                  <w:calcOnExit w:val="0"/>
                  <w:checkBox>
                    <w:sizeAuto/>
                    <w:default w:val="0"/>
                  </w:checkBox>
                </w:ffData>
              </w:fldChar>
            </w:r>
            <w:r w:rsidR="00390282" w:rsidRPr="00F82504">
              <w:rPr>
                <w:rFonts w:ascii="Calibri Light" w:hAnsi="Calibri Light" w:cs="Calibri Light"/>
                <w:lang w:val="en-GB"/>
              </w:rPr>
              <w:instrText xml:space="preserve"> FORMCHECKBOX </w:instrText>
            </w:r>
            <w:r w:rsidR="00390282" w:rsidRPr="00F82504">
              <w:rPr>
                <w:rFonts w:ascii="Calibri Light" w:hAnsi="Calibri Light" w:cs="Calibri Light"/>
                <w:lang w:val="en-GB"/>
              </w:rPr>
            </w:r>
            <w:r w:rsidR="00390282" w:rsidRPr="00F82504">
              <w:rPr>
                <w:rFonts w:ascii="Calibri Light" w:hAnsi="Calibri Light" w:cs="Calibri Light"/>
                <w:lang w:val="en-GB"/>
              </w:rPr>
              <w:fldChar w:fldCharType="separate"/>
            </w:r>
            <w:r w:rsidR="00390282" w:rsidRPr="00F82504">
              <w:rPr>
                <w:rFonts w:ascii="Calibri Light" w:hAnsi="Calibri Light" w:cs="Calibri Light"/>
                <w:lang w:val="en-GB"/>
              </w:rPr>
              <w:fldChar w:fldCharType="end"/>
            </w:r>
            <w:r w:rsidR="004E0BFC" w:rsidRPr="00F82504">
              <w:rPr>
                <w:rFonts w:ascii="Calibri Light" w:hAnsi="Calibri Light" w:cs="Calibri Light"/>
                <w:lang w:val="en-GB"/>
              </w:rPr>
              <w:t>Asynchronous</w:t>
            </w:r>
            <w:r w:rsidR="1EAAAAD6" w:rsidRPr="00F82504">
              <w:rPr>
                <w:rFonts w:ascii="Calibri Light" w:hAnsi="Calibri Light" w:cs="Calibri Light"/>
                <w:lang w:val="en-GB"/>
              </w:rPr>
              <w:t xml:space="preserve"> (e.g. self-paced module)</w:t>
            </w:r>
          </w:p>
          <w:p w14:paraId="6883D052" w14:textId="18245583" w:rsidR="00F82504" w:rsidRPr="00F82504" w:rsidRDefault="00F82504" w:rsidP="5ED244E1">
            <w:pPr>
              <w:rPr>
                <w:rFonts w:ascii="Calibri Light" w:hAnsi="Calibri Light" w:cs="Calibri Light"/>
                <w:lang w:val="en-GB"/>
              </w:rPr>
            </w:pPr>
            <w:r w:rsidRPr="00F82504">
              <w:rPr>
                <w:rFonts w:ascii="Calibri Light" w:hAnsi="Calibri Light" w:cs="Calibri Light"/>
                <w:lang w:val="en-GB"/>
              </w:rPr>
              <w:fldChar w:fldCharType="begin">
                <w:ffData>
                  <w:name w:val="Selectievakje18"/>
                  <w:enabled/>
                  <w:calcOnExit w:val="0"/>
                  <w:checkBox>
                    <w:sizeAuto/>
                    <w:default w:val="0"/>
                  </w:checkBox>
                </w:ffData>
              </w:fldChar>
            </w:r>
            <w:r w:rsidRPr="00F82504">
              <w:rPr>
                <w:rFonts w:ascii="Calibri Light" w:hAnsi="Calibri Light" w:cs="Calibri Light"/>
                <w:lang w:val="en-GB"/>
              </w:rPr>
              <w:instrText xml:space="preserve"> FORMCHECKBOX </w:instrText>
            </w:r>
            <w:r w:rsidRPr="00F82504">
              <w:rPr>
                <w:rFonts w:ascii="Calibri Light" w:hAnsi="Calibri Light" w:cs="Calibri Light"/>
                <w:lang w:val="en-GB"/>
              </w:rPr>
            </w:r>
            <w:r w:rsidRPr="00F82504">
              <w:rPr>
                <w:rFonts w:ascii="Calibri Light" w:hAnsi="Calibri Light" w:cs="Calibri Light"/>
                <w:lang w:val="en-GB"/>
              </w:rPr>
              <w:fldChar w:fldCharType="separate"/>
            </w:r>
            <w:r w:rsidRPr="00F82504">
              <w:rPr>
                <w:rFonts w:ascii="Calibri Light" w:hAnsi="Calibri Light" w:cs="Calibri Light"/>
                <w:lang w:val="en-GB"/>
              </w:rPr>
              <w:fldChar w:fldCharType="end"/>
            </w:r>
            <w:r w:rsidRPr="00F82504">
              <w:rPr>
                <w:rFonts w:ascii="Calibri Light" w:hAnsi="Calibri Light" w:cs="Calibri Light"/>
                <w:lang w:val="en-GB"/>
              </w:rPr>
              <w:t>Other</w:t>
            </w:r>
          </w:p>
          <w:p w14:paraId="6813EB00" w14:textId="610C0E4B" w:rsidR="004E0BFC" w:rsidRPr="000A3910" w:rsidRDefault="004E0BFC" w:rsidP="5ED244E1">
            <w:pPr>
              <w:rPr>
                <w:rFonts w:ascii="Calibri Light" w:hAnsi="Calibri Light" w:cs="Calibri Light"/>
                <w:color w:val="548DD4" w:themeColor="text2" w:themeTint="99"/>
                <w:lang w:val="en-GB"/>
              </w:rPr>
            </w:pPr>
          </w:p>
        </w:tc>
      </w:tr>
      <w:tr w:rsidR="004E0BFC" w14:paraId="57BCA10D" w14:textId="77777777" w:rsidTr="00AD37CD">
        <w:tc>
          <w:tcPr>
            <w:tcW w:w="3823" w:type="dxa"/>
          </w:tcPr>
          <w:p w14:paraId="4514E64D" w14:textId="7203DBC2" w:rsidR="004E0BFC" w:rsidRPr="000A3910" w:rsidRDefault="004E0BFC" w:rsidP="004E0BFC">
            <w:pPr>
              <w:rPr>
                <w:rFonts w:ascii="Calibri Light" w:hAnsi="Calibri Light" w:cs="Calibri Light"/>
                <w:lang w:val="en-GB"/>
              </w:rPr>
            </w:pPr>
            <w:r w:rsidRPr="5ED244E1">
              <w:rPr>
                <w:rFonts w:ascii="Calibri Light" w:hAnsi="Calibri Light" w:cs="Calibri Light"/>
                <w:lang w:val="en-GB"/>
              </w:rPr>
              <w:t xml:space="preserve">Physical </w:t>
            </w:r>
            <w:r w:rsidR="000A3910" w:rsidRPr="5ED244E1">
              <w:rPr>
                <w:rFonts w:ascii="Calibri Light" w:hAnsi="Calibri Light" w:cs="Calibri Light"/>
                <w:lang w:val="en-GB"/>
              </w:rPr>
              <w:t>r</w:t>
            </w:r>
            <w:r w:rsidRPr="5ED244E1">
              <w:rPr>
                <w:rFonts w:ascii="Calibri Light" w:hAnsi="Calibri Light" w:cs="Calibri Light"/>
                <w:lang w:val="en-GB"/>
              </w:rPr>
              <w:t xml:space="preserve">esources </w:t>
            </w:r>
            <w:r w:rsidR="000A3910" w:rsidRPr="5ED244E1">
              <w:rPr>
                <w:rFonts w:ascii="Calibri Light" w:hAnsi="Calibri Light" w:cs="Calibri Light"/>
                <w:lang w:val="en-GB"/>
              </w:rPr>
              <w:t>r</w:t>
            </w:r>
            <w:r w:rsidRPr="5ED244E1">
              <w:rPr>
                <w:rFonts w:ascii="Calibri Light" w:hAnsi="Calibri Light" w:cs="Calibri Light"/>
                <w:lang w:val="en-GB"/>
              </w:rPr>
              <w:t>equired</w:t>
            </w:r>
            <w:r w:rsidR="00BA645E">
              <w:rPr>
                <w:rFonts w:ascii="Calibri Light" w:hAnsi="Calibri Light" w:cs="Calibri Light"/>
                <w:lang w:val="en-GB"/>
              </w:rPr>
              <w:t xml:space="preserve"> (rooms, equipment, software, materials, prizes)</w:t>
            </w:r>
            <w:r w:rsidRPr="5ED244E1">
              <w:rPr>
                <w:rFonts w:ascii="Calibri Light" w:hAnsi="Calibri Light" w:cs="Calibri Light"/>
                <w:lang w:val="en-GB"/>
              </w:rPr>
              <w:t>:</w:t>
            </w:r>
          </w:p>
        </w:tc>
        <w:tc>
          <w:tcPr>
            <w:tcW w:w="4961" w:type="dxa"/>
          </w:tcPr>
          <w:p w14:paraId="095CD868" w14:textId="77777777" w:rsidR="004E0BFC" w:rsidRPr="00C55B1C" w:rsidRDefault="00435785" w:rsidP="004E0BFC">
            <w:pPr>
              <w:rPr>
                <w:rFonts w:ascii="Calibri Light" w:hAnsi="Calibri Light" w:cs="Calibri Light"/>
              </w:rPr>
            </w:pPr>
            <w:r w:rsidRPr="00C55B1C">
              <w:rPr>
                <w:rFonts w:ascii="Calibri Light" w:hAnsi="Calibri Light" w:cs="Calibri Light"/>
              </w:rPr>
              <w:t xml:space="preserve">A room with flat desks to hold 40 students. </w:t>
            </w:r>
          </w:p>
          <w:p w14:paraId="681305DF" w14:textId="77777777" w:rsidR="00435785" w:rsidRPr="00C55B1C" w:rsidRDefault="00435785" w:rsidP="004E0BFC">
            <w:pPr>
              <w:rPr>
                <w:rFonts w:ascii="Calibri Light" w:hAnsi="Calibri Light" w:cs="Calibri Light"/>
              </w:rPr>
            </w:pPr>
            <w:r w:rsidRPr="00C55B1C">
              <w:rPr>
                <w:rFonts w:ascii="Calibri Light" w:hAnsi="Calibri Light" w:cs="Calibri Light"/>
              </w:rPr>
              <w:lastRenderedPageBreak/>
              <w:t xml:space="preserve">Tiered lecture room not suitable as the intention is that students would work together in groups. </w:t>
            </w:r>
          </w:p>
          <w:p w14:paraId="5618B957" w14:textId="77777777" w:rsidR="00435785" w:rsidRPr="00C55B1C" w:rsidRDefault="00435785" w:rsidP="004E0BFC">
            <w:pPr>
              <w:rPr>
                <w:rFonts w:ascii="Calibri Light" w:hAnsi="Calibri Light" w:cs="Calibri Light"/>
              </w:rPr>
            </w:pPr>
          </w:p>
          <w:p w14:paraId="1BB56569" w14:textId="656143D3" w:rsidR="00435785" w:rsidRPr="00C55B1C" w:rsidRDefault="00435785" w:rsidP="004E0BFC">
            <w:pPr>
              <w:rPr>
                <w:rFonts w:ascii="Calibri Light" w:hAnsi="Calibri Light" w:cs="Calibri Light"/>
              </w:rPr>
            </w:pPr>
            <w:r w:rsidRPr="00C55B1C">
              <w:rPr>
                <w:rFonts w:ascii="Calibri Light" w:hAnsi="Calibri Light" w:cs="Calibri Light"/>
              </w:rPr>
              <w:t>Copies of handouts included below – 1 per student</w:t>
            </w:r>
          </w:p>
          <w:p w14:paraId="4DD3F722" w14:textId="613351A1" w:rsidR="00435785" w:rsidRPr="00C55B1C" w:rsidRDefault="00435785" w:rsidP="004E0BFC">
            <w:pPr>
              <w:rPr>
                <w:rFonts w:ascii="Calibri Light" w:hAnsi="Calibri Light" w:cs="Calibri Light"/>
              </w:rPr>
            </w:pPr>
          </w:p>
        </w:tc>
      </w:tr>
      <w:tr w:rsidR="5ED244E1" w14:paraId="25D19F17" w14:textId="77777777" w:rsidTr="00AD37CD">
        <w:trPr>
          <w:trHeight w:val="300"/>
        </w:trPr>
        <w:tc>
          <w:tcPr>
            <w:tcW w:w="3823" w:type="dxa"/>
          </w:tcPr>
          <w:p w14:paraId="75659019" w14:textId="1A057ABA" w:rsidR="39AF69AD" w:rsidRDefault="39AF69AD" w:rsidP="5ED244E1">
            <w:pPr>
              <w:rPr>
                <w:rFonts w:ascii="Calibri Light" w:hAnsi="Calibri Light" w:cs="Calibri Light"/>
                <w:color w:val="548DD4" w:themeColor="text2" w:themeTint="99"/>
                <w:lang w:val="en-GB"/>
              </w:rPr>
            </w:pPr>
            <w:r w:rsidRPr="00BA645E">
              <w:rPr>
                <w:rFonts w:ascii="Calibri Light" w:hAnsi="Calibri Light" w:cs="Calibri Light"/>
                <w:lang w:val="en-GB"/>
              </w:rPr>
              <w:lastRenderedPageBreak/>
              <w:t>Human resources required?</w:t>
            </w:r>
          </w:p>
        </w:tc>
        <w:tc>
          <w:tcPr>
            <w:tcW w:w="4961" w:type="dxa"/>
          </w:tcPr>
          <w:p w14:paraId="4F3A6C31" w14:textId="77777777" w:rsidR="5ED244E1" w:rsidRPr="00C55B1C" w:rsidRDefault="00435785" w:rsidP="5ED244E1">
            <w:pPr>
              <w:rPr>
                <w:rFonts w:ascii="Calibri Light" w:hAnsi="Calibri Light" w:cs="Calibri Light"/>
              </w:rPr>
            </w:pPr>
            <w:r w:rsidRPr="00C55B1C">
              <w:rPr>
                <w:rFonts w:ascii="Calibri Light" w:hAnsi="Calibri Light" w:cs="Calibri Light"/>
              </w:rPr>
              <w:t>1 facilitator per 30 students.</w:t>
            </w:r>
          </w:p>
          <w:p w14:paraId="6D7D168B" w14:textId="0856C695" w:rsidR="00435785" w:rsidRPr="00C55B1C" w:rsidRDefault="00435785" w:rsidP="5ED244E1">
            <w:pPr>
              <w:rPr>
                <w:rFonts w:ascii="Calibri Light" w:hAnsi="Calibri Light" w:cs="Calibri Light"/>
              </w:rPr>
            </w:pPr>
          </w:p>
        </w:tc>
      </w:tr>
      <w:tr w:rsidR="004E0BFC" w14:paraId="6A3C4B9D" w14:textId="77777777" w:rsidTr="00AD37CD">
        <w:tc>
          <w:tcPr>
            <w:tcW w:w="3823" w:type="dxa"/>
          </w:tcPr>
          <w:p w14:paraId="421BF537" w14:textId="3ECC1992"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Financial </w:t>
            </w:r>
            <w:r w:rsidR="000A3910" w:rsidRPr="000A3910">
              <w:rPr>
                <w:rFonts w:ascii="Calibri Light" w:hAnsi="Calibri Light" w:cs="Calibri Light"/>
                <w:lang w:val="en-GB"/>
              </w:rPr>
              <w:t>r</w:t>
            </w:r>
            <w:r w:rsidRPr="000A3910">
              <w:rPr>
                <w:rFonts w:ascii="Calibri Light" w:hAnsi="Calibri Light" w:cs="Calibri Light"/>
                <w:lang w:val="en-GB"/>
              </w:rPr>
              <w:t xml:space="preserve">esources </w:t>
            </w:r>
            <w:r w:rsidR="000A3910" w:rsidRPr="000A3910">
              <w:rPr>
                <w:rFonts w:ascii="Calibri Light" w:hAnsi="Calibri Light" w:cs="Calibri Light"/>
                <w:lang w:val="en-GB"/>
              </w:rPr>
              <w:t>r</w:t>
            </w:r>
            <w:r w:rsidRPr="000A3910">
              <w:rPr>
                <w:rFonts w:ascii="Calibri Light" w:hAnsi="Calibri Light" w:cs="Calibri Light"/>
                <w:lang w:val="en-GB"/>
              </w:rPr>
              <w:t>equired:</w:t>
            </w:r>
          </w:p>
        </w:tc>
        <w:tc>
          <w:tcPr>
            <w:tcW w:w="4961" w:type="dxa"/>
          </w:tcPr>
          <w:p w14:paraId="459B19DF" w14:textId="3C26A8B7" w:rsidR="00435785" w:rsidRDefault="00435785" w:rsidP="00C55B1C">
            <w:r>
              <w:t>None</w:t>
            </w:r>
          </w:p>
        </w:tc>
      </w:tr>
      <w:tr w:rsidR="004E0BFC" w14:paraId="21945131" w14:textId="77777777" w:rsidTr="00AD37CD">
        <w:tc>
          <w:tcPr>
            <w:tcW w:w="3823" w:type="dxa"/>
          </w:tcPr>
          <w:p w14:paraId="50A08791" w14:textId="4198825C" w:rsidR="004E0BFC" w:rsidRPr="000A3910" w:rsidRDefault="004E0BFC" w:rsidP="004E0BFC">
            <w:pPr>
              <w:rPr>
                <w:rFonts w:ascii="Calibri Light" w:hAnsi="Calibri Light" w:cs="Calibri Light"/>
                <w:lang w:val="en-GB"/>
              </w:rPr>
            </w:pPr>
            <w:r w:rsidRPr="000A3910">
              <w:rPr>
                <w:rFonts w:ascii="Calibri Light" w:hAnsi="Calibri Light" w:cs="Calibri Light"/>
                <w:lang w:val="en-GB"/>
              </w:rPr>
              <w:t xml:space="preserve">Online </w:t>
            </w:r>
            <w:r w:rsidR="000A3910" w:rsidRPr="000A3910">
              <w:rPr>
                <w:rFonts w:ascii="Calibri Light" w:hAnsi="Calibri Light" w:cs="Calibri Light"/>
                <w:lang w:val="en-GB"/>
              </w:rPr>
              <w:t>r</w:t>
            </w:r>
            <w:r w:rsidRPr="000A3910">
              <w:rPr>
                <w:rFonts w:ascii="Calibri Light" w:hAnsi="Calibri Light" w:cs="Calibri Light"/>
                <w:lang w:val="en-GB"/>
              </w:rPr>
              <w:t>esources</w:t>
            </w:r>
          </w:p>
        </w:tc>
        <w:tc>
          <w:tcPr>
            <w:tcW w:w="4961" w:type="dxa"/>
          </w:tcPr>
          <w:p w14:paraId="320E6C57" w14:textId="77777777" w:rsidR="004E0BFC" w:rsidRDefault="00435785" w:rsidP="004E0BFC">
            <w:r>
              <w:t>None</w:t>
            </w:r>
          </w:p>
          <w:p w14:paraId="397D939A" w14:textId="0F30D38A" w:rsidR="00435785" w:rsidRDefault="00435785" w:rsidP="004E0BFC"/>
        </w:tc>
      </w:tr>
    </w:tbl>
    <w:p w14:paraId="24A55D8E" w14:textId="62FFB33A" w:rsidR="0086050C" w:rsidRDefault="00A53F55">
      <w:r>
        <w:rPr>
          <w:b/>
          <w:color w:val="0F6576"/>
          <w:sz w:val="28"/>
        </w:rPr>
        <w:t>Outline of Activity</w:t>
      </w:r>
    </w:p>
    <w:p w14:paraId="705A24CB" w14:textId="2C611F62" w:rsidR="007F6237" w:rsidRDefault="007F6237" w:rsidP="000A3910">
      <w:pPr>
        <w:rPr>
          <w:rFonts w:ascii="Calibri Light" w:hAnsi="Calibri Light" w:cs="Calibri Light"/>
          <w:lang w:val="en-GB"/>
        </w:rPr>
      </w:pPr>
      <w:r>
        <w:rPr>
          <w:rFonts w:ascii="Calibri Light" w:hAnsi="Calibri Light" w:cs="Calibri Light"/>
          <w:lang w:val="en-GB"/>
        </w:rPr>
        <w:t>The activity will take place over 4</w:t>
      </w:r>
      <w:r w:rsidR="00C55B1C">
        <w:rPr>
          <w:rFonts w:ascii="Calibri Light" w:hAnsi="Calibri Light" w:cs="Calibri Light"/>
          <w:lang w:val="en-GB"/>
        </w:rPr>
        <w:t>-6</w:t>
      </w:r>
      <w:r>
        <w:rPr>
          <w:rFonts w:ascii="Calibri Light" w:hAnsi="Calibri Light" w:cs="Calibri Light"/>
          <w:lang w:val="en-GB"/>
        </w:rPr>
        <w:t xml:space="preserve"> consecutive weeks at lunch time</w:t>
      </w:r>
      <w:r w:rsidR="00C55B1C">
        <w:rPr>
          <w:rFonts w:ascii="Calibri Light" w:hAnsi="Calibri Light" w:cs="Calibri Light"/>
          <w:lang w:val="en-GB"/>
        </w:rPr>
        <w:t xml:space="preserve"> depending on topics chosen</w:t>
      </w:r>
      <w:r>
        <w:rPr>
          <w:rFonts w:ascii="Calibri Light" w:hAnsi="Calibri Light" w:cs="Calibri Light"/>
          <w:lang w:val="en-GB"/>
        </w:rPr>
        <w:t xml:space="preserve">. Students will be invited to attend. It is voluntary and lunch will be provided by the facilitators. It is expected that it will take 60 minutes, but can be extended to facilitate further discussion. </w:t>
      </w:r>
    </w:p>
    <w:p w14:paraId="44D155D0" w14:textId="46242F3C" w:rsidR="0086050C" w:rsidRDefault="00A53F55">
      <w:r>
        <w:rPr>
          <w:b/>
          <w:color w:val="0F6576"/>
          <w:sz w:val="28"/>
        </w:rPr>
        <w:t>Detailed Plan</w:t>
      </w:r>
      <w:r w:rsidR="007F6237">
        <w:rPr>
          <w:b/>
          <w:color w:val="0F6576"/>
          <w:sz w:val="28"/>
        </w:rPr>
        <w:t xml:space="preserve"> </w:t>
      </w:r>
      <w:r w:rsidR="00C55B1C">
        <w:rPr>
          <w:b/>
          <w:color w:val="0F6576"/>
          <w:sz w:val="28"/>
        </w:rPr>
        <w:t xml:space="preserve"> - </w:t>
      </w:r>
      <w:r w:rsidR="007F6237">
        <w:rPr>
          <w:b/>
          <w:color w:val="0F6576"/>
          <w:sz w:val="28"/>
        </w:rPr>
        <w:t>(Please also refer to example case stud</w:t>
      </w:r>
      <w:r w:rsidR="008E5E92">
        <w:rPr>
          <w:b/>
          <w:color w:val="0F6576"/>
          <w:sz w:val="28"/>
        </w:rPr>
        <w:t xml:space="preserve">ies </w:t>
      </w:r>
      <w:r w:rsidR="007F6237">
        <w:rPr>
          <w:b/>
          <w:color w:val="0F6576"/>
          <w:sz w:val="28"/>
        </w:rPr>
        <w:t>in Appendix</w:t>
      </w:r>
      <w:r w:rsidR="008E5E92">
        <w:rPr>
          <w:b/>
          <w:color w:val="0F6576"/>
          <w:sz w:val="28"/>
        </w:rPr>
        <w:t xml:space="preserve"> A</w:t>
      </w:r>
      <w:r w:rsidR="007F6237">
        <w:rPr>
          <w:b/>
          <w:color w:val="0F6576"/>
          <w:sz w:val="28"/>
        </w:rPr>
        <w:t>)</w:t>
      </w:r>
    </w:p>
    <w:p w14:paraId="30D8BAA8" w14:textId="77777777" w:rsidR="007F6237" w:rsidRDefault="007F6237" w:rsidP="007F6237">
      <w:pPr>
        <w:rPr>
          <w:rFonts w:ascii="Calibri Light" w:hAnsi="Calibri Light" w:cs="Calibri Light"/>
          <w:lang w:val="en-GB"/>
        </w:rPr>
      </w:pPr>
      <w:r>
        <w:rPr>
          <w:rFonts w:ascii="Calibri Light" w:hAnsi="Calibri Light" w:cs="Calibri Light"/>
          <w:lang w:val="en-GB"/>
        </w:rPr>
        <w:t xml:space="preserve">0-15 min: Students help themselves to lunch and break into groups of 4. </w:t>
      </w:r>
    </w:p>
    <w:p w14:paraId="057D8F5C" w14:textId="77777777" w:rsidR="007F6237" w:rsidRDefault="007F6237" w:rsidP="007F6237">
      <w:pPr>
        <w:rPr>
          <w:rFonts w:ascii="Calibri Light" w:hAnsi="Calibri Light" w:cs="Calibri Light"/>
          <w:lang w:val="en-GB"/>
        </w:rPr>
      </w:pPr>
      <w:r>
        <w:rPr>
          <w:rFonts w:ascii="Calibri Light" w:hAnsi="Calibri Light" w:cs="Calibri Light"/>
          <w:lang w:val="en-GB"/>
        </w:rPr>
        <w:t>15-20 min: Facilitator introduces the topic and the plan for the event.</w:t>
      </w:r>
    </w:p>
    <w:p w14:paraId="3CF1651C" w14:textId="77777777" w:rsidR="007F6237" w:rsidRDefault="007F6237" w:rsidP="007F6237">
      <w:pPr>
        <w:pStyle w:val="ListParagraph"/>
        <w:numPr>
          <w:ilvl w:val="0"/>
          <w:numId w:val="19"/>
        </w:numPr>
        <w:rPr>
          <w:rFonts w:ascii="Calibri Light" w:hAnsi="Calibri Light" w:cs="Calibri Light"/>
          <w:lang w:val="en-GB"/>
        </w:rPr>
      </w:pPr>
      <w:r>
        <w:rPr>
          <w:rFonts w:ascii="Calibri Light" w:hAnsi="Calibri Light" w:cs="Calibri Light"/>
          <w:lang w:val="en-GB"/>
        </w:rPr>
        <w:t xml:space="preserve">One of 4 weekly events to help students identify and overcome challenges of being a first year. Focus on academic integration issues. </w:t>
      </w:r>
    </w:p>
    <w:p w14:paraId="13C0AEDA" w14:textId="77777777" w:rsidR="007F6237" w:rsidRPr="007F6237" w:rsidRDefault="007F6237" w:rsidP="007F6237">
      <w:pPr>
        <w:pStyle w:val="ListParagraph"/>
        <w:numPr>
          <w:ilvl w:val="0"/>
          <w:numId w:val="19"/>
        </w:numPr>
        <w:spacing w:after="0" w:line="240" w:lineRule="auto"/>
        <w:rPr>
          <w:rFonts w:ascii="Segoe UI Symbol" w:hAnsi="Segoe UI Symbol" w:cs="Segoe UI Symbol"/>
          <w:lang w:val="en-GB"/>
        </w:rPr>
      </w:pPr>
      <w:r w:rsidRPr="007F6237">
        <w:rPr>
          <w:rFonts w:ascii="Calibri Light" w:hAnsi="Calibri Light" w:cs="Calibri Light"/>
          <w:lang w:val="en-GB"/>
        </w:rPr>
        <w:t xml:space="preserve">The topic for today is: Choose </w:t>
      </w:r>
    </w:p>
    <w:p w14:paraId="6200A634" w14:textId="77777777" w:rsidR="007F6237" w:rsidRPr="00CD644C" w:rsidRDefault="007F6237" w:rsidP="007F6237">
      <w:pPr>
        <w:pStyle w:val="ListParagraph"/>
        <w:numPr>
          <w:ilvl w:val="1"/>
          <w:numId w:val="19"/>
        </w:numPr>
        <w:spacing w:after="0" w:line="240" w:lineRule="auto"/>
        <w:rPr>
          <w:rFonts w:ascii="Calibri Light" w:hAnsi="Calibri Light" w:cs="Calibri Light"/>
        </w:rPr>
      </w:pPr>
      <w:r w:rsidRPr="00CD644C">
        <w:rPr>
          <w:rFonts w:ascii="Calibri Light" w:hAnsi="Calibri Light" w:cs="Calibri Light"/>
        </w:rPr>
        <w:t>Effective Study Habits in First Year</w:t>
      </w:r>
    </w:p>
    <w:p w14:paraId="4DF4FDE5" w14:textId="77777777" w:rsidR="007F6237" w:rsidRPr="00CD644C" w:rsidRDefault="007F6237" w:rsidP="007F6237">
      <w:pPr>
        <w:pStyle w:val="ListParagraph"/>
        <w:numPr>
          <w:ilvl w:val="1"/>
          <w:numId w:val="19"/>
        </w:numPr>
        <w:spacing w:after="0" w:line="240" w:lineRule="auto"/>
        <w:rPr>
          <w:rFonts w:ascii="Calibri Light" w:hAnsi="Calibri Light" w:cs="Calibri Light"/>
        </w:rPr>
      </w:pPr>
      <w:r w:rsidRPr="00CD644C">
        <w:rPr>
          <w:rFonts w:ascii="Calibri Light" w:hAnsi="Calibri Light" w:cs="Calibri Light"/>
        </w:rPr>
        <w:t xml:space="preserve">Time Management and </w:t>
      </w:r>
      <w:proofErr w:type="spellStart"/>
      <w:r w:rsidRPr="00CD644C">
        <w:rPr>
          <w:rFonts w:ascii="Calibri Light" w:hAnsi="Calibri Light" w:cs="Calibri Light"/>
        </w:rPr>
        <w:t>Organisation</w:t>
      </w:r>
      <w:proofErr w:type="spellEnd"/>
    </w:p>
    <w:p w14:paraId="4ABD0E56" w14:textId="77777777" w:rsidR="007F6237" w:rsidRPr="00CD644C" w:rsidRDefault="007F6237" w:rsidP="007F6237">
      <w:pPr>
        <w:pStyle w:val="ListParagraph"/>
        <w:numPr>
          <w:ilvl w:val="1"/>
          <w:numId w:val="19"/>
        </w:numPr>
        <w:spacing w:after="0" w:line="240" w:lineRule="auto"/>
        <w:rPr>
          <w:rFonts w:ascii="Calibri Light" w:hAnsi="Calibri Light" w:cs="Calibri Light"/>
          <w:lang w:val="en-GB"/>
        </w:rPr>
      </w:pPr>
      <w:r w:rsidRPr="00CD644C">
        <w:rPr>
          <w:rFonts w:ascii="Calibri Light" w:hAnsi="Calibri Light" w:cs="Calibri Light"/>
          <w:lang w:val="en-GB"/>
        </w:rPr>
        <w:t>Understanding Assessment and Academic Language</w:t>
      </w:r>
    </w:p>
    <w:p w14:paraId="51DBD268" w14:textId="77777777" w:rsidR="007F6237" w:rsidRPr="00CD644C" w:rsidRDefault="007F6237" w:rsidP="007F6237">
      <w:pPr>
        <w:pStyle w:val="ListParagraph"/>
        <w:numPr>
          <w:ilvl w:val="1"/>
          <w:numId w:val="19"/>
        </w:numPr>
        <w:spacing w:after="0" w:line="240" w:lineRule="auto"/>
        <w:rPr>
          <w:rFonts w:ascii="Calibri Light" w:hAnsi="Calibri Light" w:cs="Calibri Light"/>
        </w:rPr>
      </w:pPr>
      <w:r w:rsidRPr="00CD644C">
        <w:rPr>
          <w:rFonts w:ascii="Calibri Light" w:hAnsi="Calibri Light" w:cs="Calibri Light"/>
        </w:rPr>
        <w:t>Coping with Stress and Anxiety</w:t>
      </w:r>
    </w:p>
    <w:p w14:paraId="7923BF76" w14:textId="77777777" w:rsidR="007F6237" w:rsidRPr="00CD644C" w:rsidRDefault="007F6237" w:rsidP="007F6237">
      <w:pPr>
        <w:pStyle w:val="ListParagraph"/>
        <w:numPr>
          <w:ilvl w:val="1"/>
          <w:numId w:val="19"/>
        </w:numPr>
        <w:spacing w:after="0" w:line="240" w:lineRule="auto"/>
        <w:rPr>
          <w:rFonts w:ascii="Calibri Light" w:hAnsi="Calibri Light" w:cs="Calibri Light"/>
        </w:rPr>
      </w:pPr>
      <w:r w:rsidRPr="00CD644C">
        <w:rPr>
          <w:rFonts w:ascii="Calibri Light" w:hAnsi="Calibri Light" w:cs="Calibri Light"/>
        </w:rPr>
        <w:t>Boosting Motivation and Setting Goals</w:t>
      </w:r>
    </w:p>
    <w:p w14:paraId="6B751058" w14:textId="77777777" w:rsidR="007F6237" w:rsidRPr="007F6237" w:rsidRDefault="007F6237" w:rsidP="007F6237">
      <w:pPr>
        <w:pStyle w:val="ListParagraph"/>
        <w:numPr>
          <w:ilvl w:val="1"/>
          <w:numId w:val="19"/>
        </w:numPr>
        <w:spacing w:after="0" w:line="240" w:lineRule="auto"/>
        <w:rPr>
          <w:rFonts w:ascii="Calibri Light" w:hAnsi="Calibri Light" w:cs="Calibri Light"/>
        </w:rPr>
      </w:pPr>
      <w:r w:rsidRPr="007F6237">
        <w:rPr>
          <w:rFonts w:ascii="Calibri Light" w:hAnsi="Calibri Light" w:cs="Calibri Light"/>
        </w:rPr>
        <w:t>Enhancing Communication Skills</w:t>
      </w:r>
    </w:p>
    <w:p w14:paraId="0500F130" w14:textId="77777777" w:rsidR="007F6237" w:rsidRPr="007F6237" w:rsidRDefault="007F6237" w:rsidP="007F6237">
      <w:pPr>
        <w:pStyle w:val="ListParagraph"/>
        <w:numPr>
          <w:ilvl w:val="1"/>
          <w:numId w:val="19"/>
        </w:numPr>
        <w:spacing w:after="0" w:line="240" w:lineRule="auto"/>
        <w:rPr>
          <w:rFonts w:ascii="Calibri Light" w:hAnsi="Calibri Light" w:cs="Calibri Light"/>
        </w:rPr>
      </w:pPr>
      <w:r w:rsidRPr="007F6237">
        <w:rPr>
          <w:rFonts w:ascii="Calibri Light" w:hAnsi="Calibri Light" w:cs="Calibri Light"/>
        </w:rPr>
        <w:t>Developing Critical Thinking and Analytical Skills</w:t>
      </w:r>
    </w:p>
    <w:p w14:paraId="10318399" w14:textId="77777777" w:rsidR="007F6237" w:rsidRPr="007F6237" w:rsidRDefault="007F6237" w:rsidP="007F6237">
      <w:pPr>
        <w:spacing w:after="0" w:line="240" w:lineRule="auto"/>
        <w:rPr>
          <w:rFonts w:ascii="Calibri Light" w:hAnsi="Calibri Light" w:cs="Calibri Light"/>
        </w:rPr>
      </w:pPr>
    </w:p>
    <w:p w14:paraId="56925128" w14:textId="77777777" w:rsidR="007F6237" w:rsidRDefault="007F6237" w:rsidP="007F6237">
      <w:pPr>
        <w:pStyle w:val="ListParagraph"/>
        <w:numPr>
          <w:ilvl w:val="0"/>
          <w:numId w:val="20"/>
        </w:numPr>
        <w:spacing w:after="0" w:line="240" w:lineRule="auto"/>
        <w:rPr>
          <w:rFonts w:ascii="Calibri Light" w:hAnsi="Calibri Light" w:cs="Calibri Light"/>
          <w:lang w:val="en-GB"/>
        </w:rPr>
      </w:pPr>
      <w:r w:rsidRPr="007F6237">
        <w:rPr>
          <w:rFonts w:ascii="Calibri Light" w:hAnsi="Calibri Light" w:cs="Calibri Light"/>
          <w:lang w:val="en-GB"/>
        </w:rPr>
        <w:t xml:space="preserve">The plan is to discuss </w:t>
      </w:r>
      <w:r>
        <w:rPr>
          <w:rFonts w:ascii="Calibri Light" w:hAnsi="Calibri Light" w:cs="Calibri Light"/>
          <w:lang w:val="en-GB"/>
        </w:rPr>
        <w:t xml:space="preserve">case studies of three students who are struggling with “XXX” and to identify how we can overcome obstacles such as these. </w:t>
      </w:r>
    </w:p>
    <w:p w14:paraId="46405DCC" w14:textId="77777777" w:rsidR="007F6237" w:rsidRDefault="007F6237" w:rsidP="007F6237">
      <w:pPr>
        <w:spacing w:after="0" w:line="240" w:lineRule="auto"/>
        <w:rPr>
          <w:rFonts w:ascii="Calibri Light" w:hAnsi="Calibri Light" w:cs="Calibri Light"/>
          <w:lang w:val="en-GB"/>
        </w:rPr>
      </w:pPr>
    </w:p>
    <w:p w14:paraId="2E5B3506" w14:textId="77777777" w:rsidR="007F6237" w:rsidRDefault="007F6237" w:rsidP="007F6237">
      <w:pPr>
        <w:spacing w:after="0" w:line="240" w:lineRule="auto"/>
        <w:rPr>
          <w:rFonts w:ascii="Calibri Light" w:hAnsi="Calibri Light" w:cs="Calibri Light"/>
          <w:lang w:val="en-GB"/>
        </w:rPr>
      </w:pPr>
      <w:r>
        <w:rPr>
          <w:rFonts w:ascii="Calibri Light" w:hAnsi="Calibri Light" w:cs="Calibri Light"/>
          <w:lang w:val="en-GB"/>
        </w:rPr>
        <w:t>20-30 mins: Facilitator issues case studies and asks students to read through them.</w:t>
      </w:r>
    </w:p>
    <w:p w14:paraId="7C0DFFD1" w14:textId="3702DE7B" w:rsidR="007F6237" w:rsidRDefault="007F6237" w:rsidP="007F6237">
      <w:pPr>
        <w:spacing w:after="0" w:line="240" w:lineRule="auto"/>
        <w:ind w:left="720"/>
        <w:rPr>
          <w:rFonts w:ascii="Calibri Light" w:hAnsi="Calibri Light" w:cs="Calibri Light"/>
          <w:lang w:val="en-GB"/>
        </w:rPr>
      </w:pPr>
      <w:r w:rsidRPr="5009FB47">
        <w:rPr>
          <w:rFonts w:ascii="Calibri Light" w:hAnsi="Calibri Light" w:cs="Calibri Light"/>
          <w:lang w:val="en-GB"/>
        </w:rPr>
        <w:t xml:space="preserve">Option: </w:t>
      </w:r>
      <w:r w:rsidR="00C55B1C">
        <w:rPr>
          <w:rFonts w:ascii="Calibri Light" w:hAnsi="Calibri Light" w:cs="Calibri Light"/>
          <w:lang w:val="en-GB"/>
        </w:rPr>
        <w:t>Using an online system such as Padlet, t</w:t>
      </w:r>
      <w:r w:rsidRPr="5009FB47">
        <w:rPr>
          <w:rFonts w:ascii="Calibri Light" w:hAnsi="Calibri Light" w:cs="Calibri Light"/>
          <w:lang w:val="en-GB"/>
        </w:rPr>
        <w:t xml:space="preserve">he facilitator can </w:t>
      </w:r>
      <w:r w:rsidR="00C55B1C">
        <w:rPr>
          <w:rFonts w:ascii="Calibri Light" w:hAnsi="Calibri Light" w:cs="Calibri Light"/>
          <w:lang w:val="en-GB"/>
        </w:rPr>
        <w:t>ask students to an</w:t>
      </w:r>
      <w:r w:rsidRPr="5009FB47">
        <w:rPr>
          <w:rFonts w:ascii="Calibri Light" w:hAnsi="Calibri Light" w:cs="Calibri Light"/>
          <w:lang w:val="en-GB"/>
        </w:rPr>
        <w:t>onymously indicate if they are also struggling with this issue (so they see they are not alone). This may take more than 10 minute</w:t>
      </w:r>
      <w:r w:rsidR="00C55B1C">
        <w:rPr>
          <w:rFonts w:ascii="Calibri Light" w:hAnsi="Calibri Light" w:cs="Calibri Light"/>
          <w:lang w:val="en-GB"/>
        </w:rPr>
        <w:t>s.</w:t>
      </w:r>
    </w:p>
    <w:p w14:paraId="401BF08F" w14:textId="77777777" w:rsidR="007F6237" w:rsidRDefault="007F6237" w:rsidP="007F6237">
      <w:pPr>
        <w:spacing w:after="0" w:line="240" w:lineRule="auto"/>
        <w:ind w:left="720"/>
        <w:rPr>
          <w:rFonts w:ascii="Calibri Light" w:hAnsi="Calibri Light" w:cs="Calibri Light"/>
          <w:lang w:val="en-GB"/>
        </w:rPr>
      </w:pPr>
    </w:p>
    <w:p w14:paraId="0AE86CB4" w14:textId="77777777"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t xml:space="preserve">Example: </w:t>
      </w:r>
    </w:p>
    <w:p w14:paraId="54E08DEA" w14:textId="73D6CBAA"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t>(In relation to Liam’s case study)</w:t>
      </w:r>
    </w:p>
    <w:p w14:paraId="3B0B8BBD" w14:textId="7A441E91"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lastRenderedPageBreak/>
        <w:t>How often are feeling overwhelmed at the moment? (not at all, sometimes, often)</w:t>
      </w:r>
    </w:p>
    <w:p w14:paraId="470A2BF1" w14:textId="6B05386D"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t>How confident are you feeling that you currently understand the topics in your courses? (Not confident, somewhat confident etc…)</w:t>
      </w:r>
    </w:p>
    <w:p w14:paraId="74CC2938" w14:textId="178E331E"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t>How organised are your notes? (Not at all organised, somewhat …etc)</w:t>
      </w:r>
    </w:p>
    <w:p w14:paraId="3015732D" w14:textId="3B1D12CD" w:rsidR="007F6237" w:rsidRDefault="007F6237" w:rsidP="007F6237">
      <w:pPr>
        <w:spacing w:after="0" w:line="240" w:lineRule="auto"/>
        <w:ind w:left="720"/>
        <w:rPr>
          <w:rFonts w:ascii="Calibri Light" w:hAnsi="Calibri Light" w:cs="Calibri Light"/>
          <w:lang w:val="en-GB"/>
        </w:rPr>
      </w:pPr>
      <w:r>
        <w:rPr>
          <w:rFonts w:ascii="Calibri Light" w:hAnsi="Calibri Light" w:cs="Calibri Light"/>
          <w:lang w:val="en-GB"/>
        </w:rPr>
        <w:t>How good is your study routine? (No study routine, ….)</w:t>
      </w:r>
    </w:p>
    <w:p w14:paraId="41D35154" w14:textId="77777777" w:rsidR="007F6237" w:rsidRDefault="007F6237" w:rsidP="007F6237">
      <w:pPr>
        <w:spacing w:after="0" w:line="240" w:lineRule="auto"/>
        <w:rPr>
          <w:rFonts w:ascii="Calibri Light" w:hAnsi="Calibri Light" w:cs="Calibri Light"/>
          <w:lang w:val="en-GB"/>
        </w:rPr>
      </w:pPr>
    </w:p>
    <w:p w14:paraId="5A9E7E81" w14:textId="69A22503" w:rsidR="007F6237" w:rsidRDefault="007F6237" w:rsidP="008E5E92">
      <w:pPr>
        <w:spacing w:after="0" w:line="240" w:lineRule="auto"/>
        <w:ind w:left="709" w:hanging="709"/>
        <w:rPr>
          <w:rFonts w:ascii="Calibri Light" w:hAnsi="Calibri Light" w:cs="Calibri Light"/>
          <w:lang w:val="en-GB"/>
        </w:rPr>
      </w:pPr>
      <w:r>
        <w:rPr>
          <w:rFonts w:ascii="Calibri Light" w:hAnsi="Calibri Light" w:cs="Calibri Light"/>
          <w:lang w:val="en-GB"/>
        </w:rPr>
        <w:t xml:space="preserve">30-45 mins: The facilitator asks students to </w:t>
      </w:r>
      <w:r w:rsidR="008E5E92">
        <w:rPr>
          <w:rFonts w:ascii="Calibri Light" w:hAnsi="Calibri Light" w:cs="Calibri Light"/>
          <w:lang w:val="en-GB"/>
        </w:rPr>
        <w:t xml:space="preserve">suggest easy actions that “Liam” can do to improve his situation. Students can be given a </w:t>
      </w:r>
      <w:r w:rsidR="00C55B1C">
        <w:rPr>
          <w:rFonts w:ascii="Calibri Light" w:hAnsi="Calibri Light" w:cs="Calibri Light"/>
          <w:lang w:val="en-GB"/>
        </w:rPr>
        <w:t>page</w:t>
      </w:r>
      <w:r w:rsidR="008E5E92">
        <w:rPr>
          <w:rFonts w:ascii="Calibri Light" w:hAnsi="Calibri Light" w:cs="Calibri Light"/>
          <w:lang w:val="en-GB"/>
        </w:rPr>
        <w:t xml:space="preserve"> or can write on post its and post it on a wall. </w:t>
      </w:r>
    </w:p>
    <w:p w14:paraId="2AD345F2" w14:textId="77777777" w:rsidR="008E5E92" w:rsidRDefault="008E5E92" w:rsidP="007F6237">
      <w:pPr>
        <w:spacing w:after="0" w:line="240" w:lineRule="auto"/>
        <w:rPr>
          <w:rFonts w:ascii="Calibri Light" w:hAnsi="Calibri Light" w:cs="Calibri Light"/>
          <w:lang w:val="en-GB"/>
        </w:rPr>
      </w:pPr>
    </w:p>
    <w:p w14:paraId="2FDD6448" w14:textId="264763E2" w:rsidR="008E5E92" w:rsidRDefault="008E5E92" w:rsidP="008E5E92">
      <w:pPr>
        <w:spacing w:after="0" w:line="240" w:lineRule="auto"/>
        <w:ind w:left="709" w:hanging="709"/>
        <w:rPr>
          <w:rFonts w:ascii="Calibri Light" w:hAnsi="Calibri Light" w:cs="Calibri Light"/>
          <w:lang w:val="en-GB"/>
        </w:rPr>
      </w:pPr>
      <w:r>
        <w:rPr>
          <w:rFonts w:ascii="Calibri Light" w:hAnsi="Calibri Light" w:cs="Calibri Light"/>
          <w:lang w:val="en-GB"/>
        </w:rPr>
        <w:t xml:space="preserve">45-55 mins: The Facilitator asks the groups to report back (if they </w:t>
      </w:r>
      <w:r w:rsidR="00C55B1C">
        <w:rPr>
          <w:rFonts w:ascii="Calibri Light" w:hAnsi="Calibri Light" w:cs="Calibri Light"/>
          <w:lang w:val="en-GB"/>
        </w:rPr>
        <w:t>took notes</w:t>
      </w:r>
      <w:r>
        <w:rPr>
          <w:rFonts w:ascii="Calibri Light" w:hAnsi="Calibri Light" w:cs="Calibri Light"/>
          <w:lang w:val="en-GB"/>
        </w:rPr>
        <w:t xml:space="preserve">) or summarises the post it notes. </w:t>
      </w:r>
    </w:p>
    <w:p w14:paraId="10F65020" w14:textId="77777777" w:rsidR="008E5E92" w:rsidRDefault="008E5E92" w:rsidP="008E5E92">
      <w:pPr>
        <w:spacing w:after="0" w:line="240" w:lineRule="auto"/>
        <w:ind w:left="709" w:hanging="709"/>
        <w:rPr>
          <w:rFonts w:ascii="Calibri Light" w:hAnsi="Calibri Light" w:cs="Calibri Light"/>
          <w:lang w:val="en-GB"/>
        </w:rPr>
      </w:pPr>
    </w:p>
    <w:p w14:paraId="675B2058" w14:textId="40C5E557" w:rsidR="008E5E92" w:rsidRDefault="008E5E92" w:rsidP="008E5E92">
      <w:pPr>
        <w:spacing w:after="0" w:line="240" w:lineRule="auto"/>
        <w:ind w:left="709" w:hanging="709"/>
        <w:rPr>
          <w:rFonts w:ascii="Calibri Light" w:hAnsi="Calibri Light" w:cs="Calibri Light"/>
          <w:lang w:val="en-GB"/>
        </w:rPr>
      </w:pPr>
      <w:r>
        <w:rPr>
          <w:rFonts w:ascii="Calibri Light" w:hAnsi="Calibri Light" w:cs="Calibri Light"/>
          <w:lang w:val="en-GB"/>
        </w:rPr>
        <w:t xml:space="preserve">55-60 mins: Wrap up </w:t>
      </w:r>
    </w:p>
    <w:p w14:paraId="045073EF" w14:textId="3BD876A1" w:rsidR="0086050C" w:rsidRDefault="00A53F55">
      <w:r>
        <w:rPr>
          <w:b/>
          <w:color w:val="0F6576"/>
          <w:sz w:val="28"/>
        </w:rPr>
        <w:t>Evaluation &amp; Impact</w:t>
      </w:r>
    </w:p>
    <w:tbl>
      <w:tblPr>
        <w:tblStyle w:val="TableGrid"/>
        <w:tblW w:w="0" w:type="auto"/>
        <w:tblLook w:val="04A0" w:firstRow="1" w:lastRow="0" w:firstColumn="1" w:lastColumn="0" w:noHBand="0" w:noVBand="1"/>
      </w:tblPr>
      <w:tblGrid>
        <w:gridCol w:w="4349"/>
        <w:gridCol w:w="4281"/>
      </w:tblGrid>
      <w:tr w:rsidR="004E0BFC" w:rsidRPr="000A3910" w14:paraId="54B3A32C" w14:textId="77777777" w:rsidTr="5ED244E1">
        <w:tc>
          <w:tcPr>
            <w:tcW w:w="4508" w:type="dxa"/>
          </w:tcPr>
          <w:p w14:paraId="11D80CA0" w14:textId="77777777" w:rsidR="004E0BFC" w:rsidRDefault="004E0BFC" w:rsidP="00484942">
            <w:pPr>
              <w:rPr>
                <w:rFonts w:ascii="Calibri Light" w:hAnsi="Calibri Light" w:cs="Calibri Light"/>
                <w:lang w:val="en-GB"/>
              </w:rPr>
            </w:pPr>
            <w:r w:rsidRPr="11939C16">
              <w:rPr>
                <w:rFonts w:ascii="Calibri Light" w:hAnsi="Calibri Light" w:cs="Calibri Light"/>
                <w:lang w:val="en-GB"/>
              </w:rPr>
              <w:t>(How) is this activity evaluated?</w:t>
            </w:r>
          </w:p>
          <w:p w14:paraId="636B0A8B" w14:textId="77777777" w:rsidR="00632F35" w:rsidRDefault="00632F35" w:rsidP="00484942">
            <w:pPr>
              <w:rPr>
                <w:rFonts w:ascii="Calibri Light" w:hAnsi="Calibri Light" w:cs="Calibri Light"/>
                <w:lang w:val="en-GB"/>
              </w:rPr>
            </w:pPr>
          </w:p>
          <w:p w14:paraId="1C805DAD" w14:textId="77777777" w:rsidR="00632F35" w:rsidRPr="000A3910" w:rsidRDefault="68806B7A" w:rsidP="00632F35">
            <w:pPr>
              <w:numPr>
                <w:ilvl w:val="0"/>
                <w:numId w:val="10"/>
              </w:numPr>
              <w:rPr>
                <w:rFonts w:ascii="Calibri Light" w:hAnsi="Calibri Light" w:cs="Calibri Light"/>
                <w:lang w:val="en-GB"/>
              </w:rPr>
            </w:pPr>
            <w:r w:rsidRPr="5ED244E1">
              <w:rPr>
                <w:rFonts w:ascii="Calibri Light" w:hAnsi="Calibri Light" w:cs="Calibri Light"/>
                <w:lang w:val="en-GB"/>
              </w:rPr>
              <w:t>How (forms, questions, follow data…), with who (participants, organizers…), about what (reaching of goals, content, organizational aspect…)?</w:t>
            </w:r>
          </w:p>
          <w:p w14:paraId="03966DE6" w14:textId="77777777" w:rsidR="00632F35" w:rsidRPr="000A3910" w:rsidRDefault="00632F35" w:rsidP="00632F35">
            <w:pPr>
              <w:numPr>
                <w:ilvl w:val="0"/>
                <w:numId w:val="11"/>
              </w:numPr>
              <w:rPr>
                <w:rFonts w:ascii="Calibri Light" w:hAnsi="Calibri Light" w:cs="Calibri Light"/>
                <w:lang w:val="en-GB"/>
              </w:rPr>
            </w:pPr>
            <w:r w:rsidRPr="000A3910">
              <w:rPr>
                <w:rFonts w:ascii="Calibri Light" w:hAnsi="Calibri Light" w:cs="Calibri Light"/>
                <w:lang w:val="en-GB"/>
              </w:rPr>
              <w:t>What are the results? </w:t>
            </w:r>
          </w:p>
          <w:p w14:paraId="3D02BEF0" w14:textId="71BBC33D" w:rsidR="00632F35" w:rsidRPr="000A3910" w:rsidRDefault="68806B7A" w:rsidP="00632F35">
            <w:pPr>
              <w:numPr>
                <w:ilvl w:val="0"/>
                <w:numId w:val="12"/>
              </w:numPr>
              <w:rPr>
                <w:rFonts w:ascii="Calibri Light" w:hAnsi="Calibri Light" w:cs="Calibri Light"/>
                <w:lang w:val="en-GB"/>
              </w:rPr>
            </w:pPr>
            <w:r w:rsidRPr="5ED244E1">
              <w:rPr>
                <w:rFonts w:ascii="Calibri Light" w:hAnsi="Calibri Light" w:cs="Calibri Light"/>
                <w:lang w:val="en-GB"/>
              </w:rPr>
              <w:t>What do you do with the results? </w:t>
            </w:r>
            <w:r w:rsidR="00A72973">
              <w:rPr>
                <w:rFonts w:ascii="Calibri Light" w:hAnsi="Calibri Light" w:cs="Calibri Light"/>
                <w:lang w:val="en-GB"/>
              </w:rPr>
              <w:t xml:space="preserve">(Inform the next iteration, feedback for students, </w:t>
            </w:r>
            <w:r w:rsidR="00060EC2">
              <w:rPr>
                <w:rFonts w:ascii="Calibri Light" w:hAnsi="Calibri Light" w:cs="Calibri Light"/>
                <w:lang w:val="en-GB"/>
              </w:rPr>
              <w:t>policy changes at University?)</w:t>
            </w:r>
            <w:r w:rsidRPr="5ED244E1">
              <w:rPr>
                <w:rFonts w:ascii="Calibri Light" w:hAnsi="Calibri Light" w:cs="Calibri Light"/>
                <w:lang w:val="en-GB"/>
              </w:rPr>
              <w:t> </w:t>
            </w:r>
          </w:p>
          <w:p w14:paraId="120B8BBE" w14:textId="77777777" w:rsidR="00632F35" w:rsidRPr="000A3910" w:rsidRDefault="00632F35" w:rsidP="00484942">
            <w:pPr>
              <w:rPr>
                <w:rFonts w:ascii="Calibri Light" w:hAnsi="Calibri Light" w:cs="Calibri Light"/>
                <w:lang w:val="en-GB"/>
              </w:rPr>
            </w:pPr>
          </w:p>
        </w:tc>
        <w:tc>
          <w:tcPr>
            <w:tcW w:w="4508" w:type="dxa"/>
          </w:tcPr>
          <w:p w14:paraId="6DC0AD41" w14:textId="77777777" w:rsidR="004E0BFC" w:rsidRDefault="008E5E92" w:rsidP="00632F35">
            <w:pPr>
              <w:rPr>
                <w:rFonts w:ascii="Calibri Light" w:hAnsi="Calibri Light" w:cs="Calibri Light"/>
                <w:lang w:val="en-GB"/>
              </w:rPr>
            </w:pPr>
            <w:r>
              <w:rPr>
                <w:rFonts w:ascii="Calibri Light" w:hAnsi="Calibri Light" w:cs="Calibri Light"/>
                <w:lang w:val="en-GB"/>
              </w:rPr>
              <w:t xml:space="preserve">At the end of the 4 weeks ask students to complete a survey on what workshop they got the most out of and if they have implemented any of the suggestions. </w:t>
            </w:r>
          </w:p>
          <w:p w14:paraId="4DE2EB43" w14:textId="77777777" w:rsidR="008E5E92" w:rsidRDefault="008E5E92" w:rsidP="00632F35">
            <w:pPr>
              <w:rPr>
                <w:rFonts w:ascii="Calibri Light" w:hAnsi="Calibri Light" w:cs="Calibri Light"/>
                <w:lang w:val="en-GB"/>
              </w:rPr>
            </w:pPr>
          </w:p>
          <w:p w14:paraId="746CB444" w14:textId="77777777" w:rsidR="008E5E92" w:rsidRDefault="008E5E92" w:rsidP="00632F35">
            <w:pPr>
              <w:rPr>
                <w:rFonts w:ascii="Calibri Light" w:hAnsi="Calibri Light" w:cs="Calibri Light"/>
                <w:lang w:val="en-GB"/>
              </w:rPr>
            </w:pPr>
            <w:r>
              <w:rPr>
                <w:rFonts w:ascii="Calibri Light" w:hAnsi="Calibri Light" w:cs="Calibri Light"/>
                <w:lang w:val="en-GB"/>
              </w:rPr>
              <w:t>How: Survey</w:t>
            </w:r>
          </w:p>
          <w:p w14:paraId="0D43B0F9" w14:textId="77777777" w:rsidR="008E5E92" w:rsidRDefault="008E5E92" w:rsidP="00632F35">
            <w:pPr>
              <w:rPr>
                <w:rFonts w:ascii="Calibri Light" w:hAnsi="Calibri Light" w:cs="Calibri Light"/>
                <w:lang w:val="en-GB"/>
              </w:rPr>
            </w:pPr>
            <w:r>
              <w:rPr>
                <w:rFonts w:ascii="Calibri Light" w:hAnsi="Calibri Light" w:cs="Calibri Light"/>
                <w:lang w:val="en-GB"/>
              </w:rPr>
              <w:t xml:space="preserve">Who: Participants </w:t>
            </w:r>
          </w:p>
          <w:p w14:paraId="61E69530" w14:textId="77777777" w:rsidR="008E5E92" w:rsidRDefault="008E5E92" w:rsidP="00632F35">
            <w:pPr>
              <w:rPr>
                <w:rFonts w:ascii="Calibri Light" w:hAnsi="Calibri Light" w:cs="Calibri Light"/>
                <w:lang w:val="en-GB"/>
              </w:rPr>
            </w:pPr>
            <w:r>
              <w:rPr>
                <w:rFonts w:ascii="Calibri Light" w:hAnsi="Calibri Light" w:cs="Calibri Light"/>
                <w:lang w:val="en-GB"/>
              </w:rPr>
              <w:t xml:space="preserve">About what: </w:t>
            </w:r>
          </w:p>
          <w:p w14:paraId="0EBF0671" w14:textId="3827975D" w:rsidR="008E5E92" w:rsidRDefault="008E5E92" w:rsidP="008E5E92">
            <w:pPr>
              <w:ind w:firstLine="224"/>
              <w:rPr>
                <w:rFonts w:ascii="Calibri Light" w:hAnsi="Calibri Light" w:cs="Calibri Light"/>
                <w:lang w:val="en-GB"/>
              </w:rPr>
            </w:pPr>
            <w:r>
              <w:rPr>
                <w:rFonts w:ascii="Calibri Light" w:hAnsi="Calibri Light" w:cs="Calibri Light"/>
                <w:lang w:val="en-GB"/>
              </w:rPr>
              <w:t>Their perceived value of each workshop</w:t>
            </w:r>
          </w:p>
          <w:p w14:paraId="2A3688A4" w14:textId="77777777" w:rsidR="008E5E92" w:rsidRDefault="008E5E92" w:rsidP="008E5E92">
            <w:pPr>
              <w:ind w:firstLine="224"/>
              <w:rPr>
                <w:rFonts w:ascii="Calibri Light" w:hAnsi="Calibri Light" w:cs="Calibri Light"/>
                <w:lang w:val="en-GB"/>
              </w:rPr>
            </w:pPr>
            <w:r>
              <w:rPr>
                <w:rFonts w:ascii="Calibri Light" w:hAnsi="Calibri Light" w:cs="Calibri Light"/>
                <w:lang w:val="en-GB"/>
              </w:rPr>
              <w:t>What they learned from them</w:t>
            </w:r>
          </w:p>
          <w:p w14:paraId="29B3AC9E" w14:textId="77777777" w:rsidR="008E5E92" w:rsidRDefault="008E5E92" w:rsidP="008E5E92">
            <w:pPr>
              <w:ind w:firstLine="224"/>
              <w:rPr>
                <w:rFonts w:ascii="Calibri Light" w:hAnsi="Calibri Light" w:cs="Calibri Light"/>
                <w:lang w:val="en-GB"/>
              </w:rPr>
            </w:pPr>
            <w:r>
              <w:rPr>
                <w:rFonts w:ascii="Calibri Light" w:hAnsi="Calibri Light" w:cs="Calibri Light"/>
                <w:lang w:val="en-GB"/>
              </w:rPr>
              <w:t>Did they use any of the suggestions</w:t>
            </w:r>
          </w:p>
          <w:p w14:paraId="1B6D6419" w14:textId="77777777" w:rsidR="008E5E92" w:rsidRDefault="008E5E92" w:rsidP="008E5E92">
            <w:pPr>
              <w:ind w:firstLine="224"/>
              <w:rPr>
                <w:rFonts w:ascii="Calibri Light" w:hAnsi="Calibri Light" w:cs="Calibri Light"/>
                <w:lang w:val="en-GB"/>
              </w:rPr>
            </w:pPr>
          </w:p>
          <w:p w14:paraId="70DFF59B" w14:textId="77777777" w:rsidR="008E5E92" w:rsidRDefault="008E5E92" w:rsidP="008E5E92">
            <w:pPr>
              <w:rPr>
                <w:rFonts w:ascii="Calibri Light" w:hAnsi="Calibri Light" w:cs="Calibri Light"/>
                <w:lang w:val="en-GB"/>
              </w:rPr>
            </w:pPr>
            <w:r>
              <w:rPr>
                <w:rFonts w:ascii="Calibri Light" w:hAnsi="Calibri Light" w:cs="Calibri Light"/>
                <w:lang w:val="en-GB"/>
              </w:rPr>
              <w:t xml:space="preserve">What are the results: </w:t>
            </w:r>
          </w:p>
          <w:p w14:paraId="5D5C5BF7" w14:textId="77777777" w:rsidR="008E5E92" w:rsidRDefault="008E5E92" w:rsidP="008E5E92">
            <w:pPr>
              <w:ind w:firstLine="224"/>
              <w:rPr>
                <w:rFonts w:ascii="Calibri Light" w:hAnsi="Calibri Light" w:cs="Calibri Light"/>
                <w:lang w:val="en-GB"/>
              </w:rPr>
            </w:pPr>
            <w:r>
              <w:rPr>
                <w:rFonts w:ascii="Calibri Light" w:hAnsi="Calibri Light" w:cs="Calibri Light"/>
                <w:lang w:val="en-GB"/>
              </w:rPr>
              <w:t>Feedback for next iteration</w:t>
            </w:r>
          </w:p>
          <w:p w14:paraId="20713F6E" w14:textId="47632B7F" w:rsidR="008E5E92" w:rsidRDefault="008E5E92" w:rsidP="008E5E92">
            <w:pPr>
              <w:ind w:firstLine="224"/>
              <w:rPr>
                <w:rFonts w:ascii="Calibri Light" w:hAnsi="Calibri Light" w:cs="Calibri Light"/>
                <w:lang w:val="en-GB"/>
              </w:rPr>
            </w:pPr>
            <w:r>
              <w:rPr>
                <w:rFonts w:ascii="Calibri Light" w:hAnsi="Calibri Light" w:cs="Calibri Light"/>
                <w:lang w:val="en-GB"/>
              </w:rPr>
              <w:t>Evidence of impact thro student actions</w:t>
            </w:r>
          </w:p>
          <w:p w14:paraId="095E6D48" w14:textId="77777777" w:rsidR="008E5E92" w:rsidRDefault="008E5E92" w:rsidP="008E5E92">
            <w:pPr>
              <w:ind w:firstLine="224"/>
              <w:rPr>
                <w:rFonts w:ascii="Calibri Light" w:hAnsi="Calibri Light" w:cs="Calibri Light"/>
                <w:lang w:val="en-GB"/>
              </w:rPr>
            </w:pPr>
          </w:p>
          <w:p w14:paraId="53A178FB" w14:textId="62F7793E" w:rsidR="008E5E92" w:rsidRDefault="008E5E92" w:rsidP="008E5E92">
            <w:pPr>
              <w:rPr>
                <w:rFonts w:ascii="Calibri Light" w:hAnsi="Calibri Light" w:cs="Calibri Light"/>
                <w:lang w:val="en-GB"/>
              </w:rPr>
            </w:pPr>
            <w:r>
              <w:rPr>
                <w:rFonts w:ascii="Calibri Light" w:hAnsi="Calibri Light" w:cs="Calibri Light"/>
                <w:lang w:val="en-GB"/>
              </w:rPr>
              <w:t>What do you do with the results:</w:t>
            </w:r>
          </w:p>
          <w:p w14:paraId="3BABDAD0" w14:textId="7EC2A723" w:rsidR="008E5E92" w:rsidRDefault="008E5E92" w:rsidP="008E5E92">
            <w:pPr>
              <w:ind w:firstLine="224"/>
              <w:rPr>
                <w:rFonts w:ascii="Calibri Light" w:hAnsi="Calibri Light" w:cs="Calibri Light"/>
                <w:lang w:val="en-GB"/>
              </w:rPr>
            </w:pPr>
            <w:r>
              <w:rPr>
                <w:rFonts w:ascii="Calibri Light" w:hAnsi="Calibri Light" w:cs="Calibri Light"/>
                <w:lang w:val="en-GB"/>
              </w:rPr>
              <w:t>Improve the next iteration</w:t>
            </w:r>
          </w:p>
          <w:p w14:paraId="78366FF2" w14:textId="0ECB928E" w:rsidR="008E5E92" w:rsidRDefault="008E5E92" w:rsidP="008E5E92">
            <w:pPr>
              <w:ind w:firstLine="224"/>
              <w:rPr>
                <w:rFonts w:ascii="Calibri Light" w:hAnsi="Calibri Light" w:cs="Calibri Light"/>
                <w:lang w:val="en-GB"/>
              </w:rPr>
            </w:pPr>
            <w:r>
              <w:rPr>
                <w:rFonts w:ascii="Calibri Light" w:hAnsi="Calibri Light" w:cs="Calibri Light"/>
                <w:lang w:val="en-GB"/>
              </w:rPr>
              <w:t>Prioritise workshops - most valued</w:t>
            </w:r>
          </w:p>
          <w:p w14:paraId="305F57AF" w14:textId="6F5F18A5" w:rsidR="008E5E92" w:rsidRPr="000A3910" w:rsidRDefault="008E5E92" w:rsidP="008E5E92">
            <w:pPr>
              <w:rPr>
                <w:rFonts w:ascii="Calibri Light" w:hAnsi="Calibri Light" w:cs="Calibri Light"/>
                <w:lang w:val="en-GB"/>
              </w:rPr>
            </w:pPr>
          </w:p>
        </w:tc>
      </w:tr>
      <w:tr w:rsidR="004E0BFC" w:rsidRPr="000A3910" w14:paraId="65FE996D" w14:textId="77777777" w:rsidTr="5ED244E1">
        <w:tc>
          <w:tcPr>
            <w:tcW w:w="4508" w:type="dxa"/>
          </w:tcPr>
          <w:p w14:paraId="5F72F992"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t>(How) is the effectiveness tracked? </w:t>
            </w:r>
          </w:p>
          <w:p w14:paraId="58DD4ED3" w14:textId="77777777" w:rsidR="00632F35" w:rsidRPr="000A3910" w:rsidRDefault="00632F35" w:rsidP="00632F35">
            <w:pPr>
              <w:numPr>
                <w:ilvl w:val="0"/>
                <w:numId w:val="13"/>
              </w:numPr>
              <w:rPr>
                <w:rFonts w:ascii="Calibri Light" w:hAnsi="Calibri Light" w:cs="Calibri Light"/>
                <w:lang w:val="en-GB"/>
              </w:rPr>
            </w:pPr>
            <w:r w:rsidRPr="000A3910">
              <w:rPr>
                <w:rFonts w:ascii="Calibri Light" w:hAnsi="Calibri Light" w:cs="Calibri Light"/>
                <w:lang w:val="en-GB"/>
              </w:rPr>
              <w:t>How?  </w:t>
            </w:r>
          </w:p>
          <w:p w14:paraId="3D25C700" w14:textId="77777777" w:rsidR="00632F35" w:rsidRPr="000A3910" w:rsidRDefault="00632F35" w:rsidP="00632F35">
            <w:pPr>
              <w:numPr>
                <w:ilvl w:val="0"/>
                <w:numId w:val="14"/>
              </w:numPr>
              <w:rPr>
                <w:rFonts w:ascii="Calibri Light" w:hAnsi="Calibri Light" w:cs="Calibri Light"/>
                <w:lang w:val="en-GB"/>
              </w:rPr>
            </w:pPr>
            <w:r w:rsidRPr="000A3910">
              <w:rPr>
                <w:rFonts w:ascii="Calibri Light" w:hAnsi="Calibri Light" w:cs="Calibri Light"/>
                <w:lang w:val="en-GB"/>
              </w:rPr>
              <w:t>What are the results? </w:t>
            </w:r>
          </w:p>
          <w:p w14:paraId="6D501660" w14:textId="54E21202" w:rsidR="00632F35" w:rsidRPr="000A3910" w:rsidRDefault="68806B7A" w:rsidP="00632F35">
            <w:pPr>
              <w:numPr>
                <w:ilvl w:val="0"/>
                <w:numId w:val="15"/>
              </w:numPr>
              <w:rPr>
                <w:rFonts w:ascii="Calibri Light" w:hAnsi="Calibri Light" w:cs="Calibri Light"/>
                <w:lang w:val="en-GB"/>
              </w:rPr>
            </w:pPr>
            <w:r w:rsidRPr="5ED244E1">
              <w:rPr>
                <w:rFonts w:ascii="Calibri Light" w:hAnsi="Calibri Light" w:cs="Calibri Light"/>
                <w:lang w:val="en-GB"/>
              </w:rPr>
              <w:t xml:space="preserve">What </w:t>
            </w:r>
            <w:r w:rsidR="00060EC2">
              <w:rPr>
                <w:rFonts w:ascii="Calibri Light" w:hAnsi="Calibri Light" w:cs="Calibri Light"/>
                <w:lang w:val="en-GB"/>
              </w:rPr>
              <w:t xml:space="preserve">is the purpose of collecting the </w:t>
            </w:r>
            <w:r w:rsidRPr="5ED244E1">
              <w:rPr>
                <w:rFonts w:ascii="Calibri Light" w:hAnsi="Calibri Light" w:cs="Calibri Light"/>
                <w:lang w:val="en-GB"/>
              </w:rPr>
              <w:t>results</w:t>
            </w:r>
            <w:r w:rsidR="00060EC2">
              <w:rPr>
                <w:rFonts w:ascii="Calibri Light" w:hAnsi="Calibri Light" w:cs="Calibri Light"/>
                <w:lang w:val="en-GB"/>
              </w:rPr>
              <w:t>, how will they be used</w:t>
            </w:r>
            <w:r w:rsidRPr="5ED244E1">
              <w:rPr>
                <w:rFonts w:ascii="Calibri Light" w:hAnsi="Calibri Light" w:cs="Calibri Light"/>
                <w:lang w:val="en-GB"/>
              </w:rPr>
              <w:t>?  </w:t>
            </w:r>
          </w:p>
          <w:p w14:paraId="0A87BD95" w14:textId="77777777" w:rsidR="00632F35" w:rsidRPr="000A3910" w:rsidRDefault="00632F35" w:rsidP="00484942">
            <w:pPr>
              <w:rPr>
                <w:rFonts w:ascii="Calibri Light" w:hAnsi="Calibri Light" w:cs="Calibri Light"/>
                <w:lang w:val="en-GB"/>
              </w:rPr>
            </w:pPr>
          </w:p>
        </w:tc>
        <w:tc>
          <w:tcPr>
            <w:tcW w:w="4508" w:type="dxa"/>
          </w:tcPr>
          <w:p w14:paraId="63370B1A" w14:textId="77777777" w:rsidR="004E0BFC" w:rsidRDefault="004E0BFC" w:rsidP="00632F35">
            <w:pPr>
              <w:rPr>
                <w:rFonts w:ascii="Calibri Light" w:hAnsi="Calibri Light" w:cs="Calibri Light"/>
                <w:lang w:val="en-GB"/>
              </w:rPr>
            </w:pPr>
          </w:p>
          <w:p w14:paraId="45EB112C" w14:textId="67908062" w:rsidR="00C55B1C" w:rsidRPr="000A3910" w:rsidRDefault="00C55B1C" w:rsidP="00632F35">
            <w:pPr>
              <w:rPr>
                <w:rFonts w:ascii="Calibri Light" w:hAnsi="Calibri Light" w:cs="Calibri Light"/>
                <w:lang w:val="en-GB"/>
              </w:rPr>
            </w:pPr>
            <w:r>
              <w:rPr>
                <w:rFonts w:ascii="Calibri Light" w:hAnsi="Calibri Light" w:cs="Calibri Light"/>
                <w:lang w:val="en-GB"/>
              </w:rPr>
              <w:t xml:space="preserve">Follow up with students near the end of the year to gather information on whether the workshops helped. </w:t>
            </w:r>
          </w:p>
        </w:tc>
      </w:tr>
      <w:tr w:rsidR="00871BF1" w:rsidRPr="000A3910" w14:paraId="1EAD9F33" w14:textId="77777777" w:rsidTr="00871BF1">
        <w:trPr>
          <w:trHeight w:val="401"/>
        </w:trPr>
        <w:tc>
          <w:tcPr>
            <w:tcW w:w="4508" w:type="dxa"/>
          </w:tcPr>
          <w:p w14:paraId="3F03C461" w14:textId="77777777" w:rsidR="004E0BFC" w:rsidRDefault="004E0BFC" w:rsidP="00484942">
            <w:pPr>
              <w:rPr>
                <w:rFonts w:ascii="Calibri Light" w:hAnsi="Calibri Light" w:cs="Calibri Light"/>
                <w:lang w:val="en-GB"/>
              </w:rPr>
            </w:pPr>
            <w:r w:rsidRPr="000A3910">
              <w:rPr>
                <w:rFonts w:ascii="Calibri Light" w:hAnsi="Calibri Light" w:cs="Calibri Light"/>
                <w:lang w:val="en-GB"/>
              </w:rPr>
              <w:t xml:space="preserve">Any further notes: </w:t>
            </w:r>
          </w:p>
          <w:p w14:paraId="7350DFA2" w14:textId="4F8E95F9" w:rsidR="00F370E7" w:rsidRPr="000A3910" w:rsidRDefault="00F370E7" w:rsidP="00484942">
            <w:pPr>
              <w:rPr>
                <w:rFonts w:ascii="Calibri Light" w:hAnsi="Calibri Light" w:cs="Calibri Light"/>
                <w:lang w:val="en-GB"/>
              </w:rPr>
            </w:pPr>
          </w:p>
        </w:tc>
        <w:tc>
          <w:tcPr>
            <w:tcW w:w="4508" w:type="dxa"/>
          </w:tcPr>
          <w:p w14:paraId="5EEBAF7D" w14:textId="77777777" w:rsidR="00F370E7" w:rsidRDefault="00F370E7" w:rsidP="00484942">
            <w:pPr>
              <w:rPr>
                <w:rFonts w:ascii="Calibri Light" w:hAnsi="Calibri Light" w:cs="Calibri Light"/>
                <w:lang w:val="en-GB"/>
              </w:rPr>
            </w:pPr>
          </w:p>
          <w:p w14:paraId="00A03F6B" w14:textId="77777777" w:rsidR="00F370E7" w:rsidRPr="000A3910" w:rsidRDefault="00F370E7" w:rsidP="00484942">
            <w:pPr>
              <w:rPr>
                <w:rFonts w:ascii="Calibri Light" w:hAnsi="Calibri Light" w:cs="Calibri Light"/>
                <w:lang w:val="en-GB"/>
              </w:rPr>
            </w:pPr>
          </w:p>
        </w:tc>
      </w:tr>
    </w:tbl>
    <w:p w14:paraId="33F98547" w14:textId="6EBE3531" w:rsidR="0086050C" w:rsidRPr="000A3910" w:rsidRDefault="0086050C" w:rsidP="004E0BFC">
      <w:pPr>
        <w:rPr>
          <w:rFonts w:ascii="Calibri Light" w:hAnsi="Calibri Light" w:cs="Calibri Light"/>
          <w:lang w:val="en-GB"/>
        </w:rPr>
      </w:pPr>
    </w:p>
    <w:p w14:paraId="687B5F24" w14:textId="2FFA162A" w:rsidR="432CB9EB" w:rsidRDefault="432CB9EB" w:rsidP="68E03FF7">
      <w:pPr>
        <w:rPr>
          <w:b/>
          <w:bCs/>
          <w:color w:val="0F6576"/>
          <w:sz w:val="28"/>
          <w:szCs w:val="28"/>
        </w:rPr>
      </w:pPr>
      <w:r w:rsidRPr="68E03FF7">
        <w:rPr>
          <w:b/>
          <w:bCs/>
          <w:color w:val="0F6576"/>
          <w:sz w:val="28"/>
          <w:szCs w:val="28"/>
        </w:rPr>
        <w:lastRenderedPageBreak/>
        <w:t>References or inspiration used to design intervention:</w:t>
      </w:r>
    </w:p>
    <w:p w14:paraId="2D784DE4" w14:textId="429DF092" w:rsidR="68E03FF7" w:rsidRDefault="008E5E92" w:rsidP="68E03FF7">
      <w:pPr>
        <w:rPr>
          <w:rFonts w:ascii="Calibri Light" w:hAnsi="Calibri Light" w:cs="Calibri Light"/>
          <w:lang w:val="en-GB"/>
        </w:rPr>
      </w:pPr>
      <w:r>
        <w:rPr>
          <w:rFonts w:ascii="Calibri Light" w:hAnsi="Calibri Light" w:cs="Calibri Light"/>
          <w:lang w:val="en-GB"/>
        </w:rPr>
        <w:t>The categories of the challenges to be addressed are inspired from Fergy et al., (2011).</w:t>
      </w:r>
    </w:p>
    <w:p w14:paraId="17BEBE39" w14:textId="146B10AE" w:rsidR="008E5E92" w:rsidRDefault="008E5E92" w:rsidP="68E03FF7">
      <w:pPr>
        <w:rPr>
          <w:rFonts w:ascii="Calibri Light" w:hAnsi="Calibri Light" w:cs="Calibri Light"/>
          <w:lang w:val="en-GB"/>
        </w:rPr>
      </w:pPr>
      <w:r>
        <w:rPr>
          <w:rFonts w:ascii="Calibri Light" w:hAnsi="Calibri Light" w:cs="Calibri Light"/>
          <w:lang w:val="en-GB"/>
        </w:rPr>
        <w:t xml:space="preserve">Microsoft co-pilot was used to generate ideas for the case studies and the ways to overcome challenges. A detailed description of how co-pilot was used including the prompts is included in Appendix B. </w:t>
      </w:r>
    </w:p>
    <w:p w14:paraId="387870AF" w14:textId="7F87CE6D" w:rsidR="00C55B1C" w:rsidRDefault="00C55B1C" w:rsidP="68E03FF7">
      <w:pPr>
        <w:rPr>
          <w:rFonts w:ascii="Calibri Light" w:hAnsi="Calibri Light" w:cs="Calibri Light"/>
          <w:lang w:val="en-GB"/>
        </w:rPr>
      </w:pPr>
      <w:r w:rsidRPr="68E03FF7">
        <w:rPr>
          <w:b/>
          <w:bCs/>
          <w:color w:val="0F6576"/>
          <w:sz w:val="28"/>
          <w:szCs w:val="28"/>
        </w:rPr>
        <w:t>References</w:t>
      </w:r>
    </w:p>
    <w:p w14:paraId="1083C203" w14:textId="77777777" w:rsidR="00871BF1" w:rsidRPr="00871BF1" w:rsidRDefault="00871BF1" w:rsidP="00871BF1">
      <w:pPr>
        <w:rPr>
          <w:rFonts w:ascii="Calibri Light" w:hAnsi="Calibri Light" w:cs="Calibri Light"/>
          <w:lang w:val="en-GB"/>
        </w:rPr>
      </w:pPr>
      <w:r w:rsidRPr="00871BF1">
        <w:rPr>
          <w:rFonts w:ascii="Calibri Light" w:hAnsi="Calibri Light" w:cs="Calibri Light"/>
          <w:lang w:val="en-IE"/>
        </w:rPr>
        <w:t>Fergy, S., Marks‐Maran, D., Ooms, A., Shapcott, J., &amp; Burke, L. (2011). Promoting social and academic integration into higher education by first‐year student nurses: the APPL project. </w:t>
      </w:r>
      <w:r w:rsidRPr="00871BF1">
        <w:rPr>
          <w:rFonts w:ascii="Calibri Light" w:hAnsi="Calibri Light" w:cs="Calibri Light"/>
          <w:i/>
          <w:iCs/>
          <w:lang w:val="en-IE"/>
        </w:rPr>
        <w:t>Journal of Further and Higher Education</w:t>
      </w:r>
      <w:r w:rsidRPr="00871BF1">
        <w:rPr>
          <w:rFonts w:ascii="Calibri Light" w:hAnsi="Calibri Light" w:cs="Calibri Light"/>
          <w:lang w:val="en-IE"/>
        </w:rPr>
        <w:t>, </w:t>
      </w:r>
      <w:r w:rsidRPr="00871BF1">
        <w:rPr>
          <w:rFonts w:ascii="Calibri Light" w:hAnsi="Calibri Light" w:cs="Calibri Light"/>
          <w:i/>
          <w:iCs/>
          <w:lang w:val="en-IE"/>
        </w:rPr>
        <w:t>35</w:t>
      </w:r>
      <w:r w:rsidRPr="00871BF1">
        <w:rPr>
          <w:rFonts w:ascii="Calibri Light" w:hAnsi="Calibri Light" w:cs="Calibri Light"/>
          <w:lang w:val="en-IE"/>
        </w:rPr>
        <w:t>(1), 107-130.</w:t>
      </w:r>
    </w:p>
    <w:p w14:paraId="1FDBBBD0" w14:textId="77777777" w:rsidR="00871BF1" w:rsidRDefault="008E5E92" w:rsidP="68E03FF7">
      <w:pPr>
        <w:rPr>
          <w:b/>
          <w:bCs/>
          <w:color w:val="0F6576"/>
          <w:sz w:val="28"/>
          <w:szCs w:val="28"/>
        </w:rPr>
      </w:pPr>
      <w:r>
        <w:rPr>
          <w:b/>
          <w:bCs/>
          <w:color w:val="0F6576"/>
          <w:sz w:val="28"/>
          <w:szCs w:val="28"/>
        </w:rPr>
        <w:t>Appendix A – Case Studies</w:t>
      </w:r>
    </w:p>
    <w:p w14:paraId="04C9F18A" w14:textId="113E58A7" w:rsidR="00871BF1" w:rsidRDefault="00871BF1" w:rsidP="68E03FF7">
      <w:pPr>
        <w:rPr>
          <w:b/>
          <w:bCs/>
          <w:color w:val="0F6576"/>
          <w:sz w:val="28"/>
          <w:szCs w:val="28"/>
        </w:rPr>
      </w:pPr>
      <w:r>
        <w:rPr>
          <w:b/>
          <w:bCs/>
          <w:color w:val="0F6576"/>
          <w:sz w:val="28"/>
          <w:szCs w:val="28"/>
        </w:rPr>
        <w:t>Case Study A – Establishing Good Study Skills</w:t>
      </w:r>
    </w:p>
    <w:p w14:paraId="49DBE6E8" w14:textId="44B75A0A" w:rsidR="00871BF1" w:rsidRPr="00871BF1" w:rsidRDefault="00871BF1" w:rsidP="00871BF1">
      <w:pPr>
        <w:rPr>
          <w:rFonts w:ascii="Calibri Light" w:hAnsi="Calibri Light" w:cs="Calibri Light"/>
          <w:b/>
          <w:bCs/>
          <w:sz w:val="24"/>
          <w:szCs w:val="24"/>
        </w:rPr>
      </w:pPr>
      <w:r w:rsidRPr="00871BF1">
        <w:rPr>
          <w:rFonts w:ascii="Calibri Light" w:hAnsi="Calibri Light" w:cs="Calibri Light"/>
          <w:b/>
          <w:bCs/>
          <w:sz w:val="24"/>
          <w:szCs w:val="24"/>
        </w:rPr>
        <w:t>Handout for Students</w:t>
      </w:r>
    </w:p>
    <w:p w14:paraId="068E82AB" w14:textId="6C17AB40" w:rsidR="00871BF1" w:rsidRPr="00AA6682" w:rsidRDefault="00871BF1" w:rsidP="00871BF1">
      <w:pPr>
        <w:rPr>
          <w:rFonts w:ascii="Calibri Light" w:hAnsi="Calibri Light" w:cs="Calibri Light"/>
          <w:sz w:val="24"/>
          <w:szCs w:val="24"/>
        </w:rPr>
      </w:pPr>
      <w:r w:rsidRPr="00AA6682">
        <w:rPr>
          <w:rFonts w:ascii="Calibri Light" w:hAnsi="Calibri Light" w:cs="Calibri Light"/>
          <w:sz w:val="24"/>
          <w:szCs w:val="24"/>
        </w:rPr>
        <w:t>Instructions: Consider each of these case studies in turn. For each student, identify the challenges that they are facing and suggest ways in which they could improve their study skills to address these challenges.</w:t>
      </w:r>
    </w:p>
    <w:p w14:paraId="5D78F681" w14:textId="5069D34E" w:rsidR="00871BF1" w:rsidRPr="00AA6682" w:rsidRDefault="00871BF1" w:rsidP="00871BF1">
      <w:pPr>
        <w:rPr>
          <w:rFonts w:ascii="Calibri Light" w:hAnsi="Calibri Light" w:cs="Calibri Light"/>
          <w:sz w:val="24"/>
          <w:szCs w:val="24"/>
        </w:rPr>
      </w:pPr>
      <w:r w:rsidRPr="00AA6682">
        <w:rPr>
          <w:rFonts w:ascii="Calibri Light" w:hAnsi="Calibri Light" w:cs="Calibri Light"/>
          <w:sz w:val="24"/>
          <w:szCs w:val="24"/>
        </w:rPr>
        <w:t xml:space="preserve">Complete the form for each student / Write the challenges and the solutions on post its and place on the board. </w:t>
      </w:r>
    </w:p>
    <w:p w14:paraId="38D5D1F5" w14:textId="7F490EEF" w:rsidR="00871BF1" w:rsidRPr="00871BF1" w:rsidRDefault="00AA6682" w:rsidP="00871BF1">
      <w:pPr>
        <w:rPr>
          <w:rFonts w:ascii="Calibri Light" w:hAnsi="Calibri Light" w:cs="Calibri Light"/>
          <w:lang w:val="en-GB"/>
        </w:rPr>
      </w:pPr>
      <w:r>
        <w:rPr>
          <w:rFonts w:ascii="Calibri Light" w:hAnsi="Calibri Light" w:cs="Calibri Light"/>
          <w:b/>
          <w:bCs/>
          <w:lang w:val="en-GB"/>
        </w:rPr>
        <w:t xml:space="preserve">Case Study </w:t>
      </w:r>
      <w:r w:rsidR="00871BF1" w:rsidRPr="00871BF1">
        <w:rPr>
          <w:rFonts w:ascii="Calibri Light" w:hAnsi="Calibri Light" w:cs="Calibri Light"/>
          <w:b/>
          <w:bCs/>
          <w:lang w:val="en-GB"/>
        </w:rPr>
        <w:t>1.. Liam</w:t>
      </w:r>
      <w:r w:rsidR="00871BF1" w:rsidRPr="00871BF1">
        <w:rPr>
          <w:rFonts w:ascii="Calibri Light" w:hAnsi="Calibri Light" w:cs="Calibri Light"/>
          <w:lang w:val="en-GB"/>
        </w:rPr>
        <w:br/>
        <w:t>Liam entered his engineering course with enthusiasm but quickly became overwhelmed by the volume of material</w:t>
      </w:r>
      <w:r w:rsidR="00B349B2">
        <w:rPr>
          <w:rFonts w:ascii="Calibri Light" w:hAnsi="Calibri Light" w:cs="Calibri Light"/>
          <w:lang w:val="en-GB"/>
        </w:rPr>
        <w:t xml:space="preserve"> being taught in lectures</w:t>
      </w:r>
      <w:r w:rsidR="00871BF1" w:rsidRPr="00871BF1">
        <w:rPr>
          <w:rFonts w:ascii="Calibri Light" w:hAnsi="Calibri Light" w:cs="Calibri Light"/>
          <w:lang w:val="en-GB"/>
        </w:rPr>
        <w:t xml:space="preserve">. He tries to memorise formulas and definitions, but during </w:t>
      </w:r>
      <w:r w:rsidR="00B349B2">
        <w:rPr>
          <w:rFonts w:ascii="Calibri Light" w:hAnsi="Calibri Light" w:cs="Calibri Light"/>
          <w:lang w:val="en-GB"/>
        </w:rPr>
        <w:t xml:space="preserve">tests and </w:t>
      </w:r>
      <w:r w:rsidR="00871BF1" w:rsidRPr="00871BF1">
        <w:rPr>
          <w:rFonts w:ascii="Calibri Light" w:hAnsi="Calibri Light" w:cs="Calibri Light"/>
          <w:lang w:val="en-GB"/>
        </w:rPr>
        <w:t xml:space="preserve">exams, he realises he doesn’t truly understand how to apply them. His notes are scattered, and he hasn’t developed any consistent study routine. </w:t>
      </w:r>
      <w:r w:rsidR="00B349B2">
        <w:rPr>
          <w:rFonts w:ascii="Calibri Light" w:hAnsi="Calibri Light" w:cs="Calibri Light"/>
          <w:lang w:val="en-GB"/>
        </w:rPr>
        <w:t xml:space="preserve">He is travelling to and from college and has later evening classes than he was used to at school. </w:t>
      </w:r>
      <w:r w:rsidR="00871BF1" w:rsidRPr="00871BF1">
        <w:rPr>
          <w:rFonts w:ascii="Calibri Light" w:hAnsi="Calibri Light" w:cs="Calibri Light"/>
          <w:lang w:val="en-GB"/>
        </w:rPr>
        <w:t>He feels frustrated when his efforts don’t translate into good grades. Liam is starting to doubt whether he’s approaching learning the right way.</w:t>
      </w:r>
    </w:p>
    <w:p w14:paraId="7DE47DD7" w14:textId="77777777" w:rsidR="00871BF1" w:rsidRPr="00871BF1" w:rsidRDefault="00000000" w:rsidP="00871BF1">
      <w:pPr>
        <w:rPr>
          <w:rFonts w:ascii="Calibri Light" w:hAnsi="Calibri Light" w:cs="Calibri Light"/>
          <w:lang w:val="en-GB"/>
        </w:rPr>
      </w:pPr>
      <w:r>
        <w:rPr>
          <w:rFonts w:ascii="Calibri Light" w:hAnsi="Calibri Light" w:cs="Calibri Light"/>
          <w:lang w:val="en-GB"/>
        </w:rPr>
        <w:pict w14:anchorId="61EA8E97">
          <v:rect id="_x0000_i1025" style="width:0;height:1.5pt" o:hralign="center" o:hrstd="t" o:hr="t" fillcolor="#a0a0a0" stroked="f"/>
        </w:pict>
      </w:r>
    </w:p>
    <w:p w14:paraId="41BC9924" w14:textId="4C9CB2A2" w:rsidR="00871BF1" w:rsidRPr="00871BF1" w:rsidRDefault="00AA6682" w:rsidP="00871BF1">
      <w:pPr>
        <w:rPr>
          <w:rFonts w:ascii="Calibri Light" w:hAnsi="Calibri Light" w:cs="Calibri Light"/>
          <w:lang w:val="en-GB"/>
        </w:rPr>
      </w:pPr>
      <w:r>
        <w:rPr>
          <w:rFonts w:ascii="Calibri Light" w:hAnsi="Calibri Light" w:cs="Calibri Light"/>
          <w:b/>
          <w:bCs/>
          <w:lang w:val="en-GB"/>
        </w:rPr>
        <w:t xml:space="preserve">Case Study </w:t>
      </w:r>
      <w:r w:rsidR="00871BF1" w:rsidRPr="00871BF1">
        <w:rPr>
          <w:rFonts w:ascii="Calibri Light" w:hAnsi="Calibri Light" w:cs="Calibri Light"/>
          <w:b/>
          <w:bCs/>
          <w:lang w:val="en-GB"/>
        </w:rPr>
        <w:t>2. Saoirse</w:t>
      </w:r>
      <w:r w:rsidR="00871BF1" w:rsidRPr="00871BF1">
        <w:rPr>
          <w:rFonts w:ascii="Calibri Light" w:hAnsi="Calibri Light" w:cs="Calibri Light"/>
          <w:lang w:val="en-GB"/>
        </w:rPr>
        <w:br/>
        <w:t xml:space="preserve">Saoirse prefers visual learning, but most of her engineering lectures rely heavily on spoken explanations and dense written slides. She struggles to stay focused and often leaves class feeling </w:t>
      </w:r>
      <w:r w:rsidR="00B349B2">
        <w:rPr>
          <w:rFonts w:ascii="Calibri Light" w:hAnsi="Calibri Light" w:cs="Calibri Light"/>
          <w:lang w:val="en-GB"/>
        </w:rPr>
        <w:lastRenderedPageBreak/>
        <w:t xml:space="preserve">overwhelmed and </w:t>
      </w:r>
      <w:r w:rsidR="00871BF1" w:rsidRPr="00871BF1">
        <w:rPr>
          <w:rFonts w:ascii="Calibri Light" w:hAnsi="Calibri Light" w:cs="Calibri Light"/>
          <w:lang w:val="en-GB"/>
        </w:rPr>
        <w:t xml:space="preserve">more confused than when she arrived. Despite re-reading the </w:t>
      </w:r>
      <w:r w:rsidR="00B349B2">
        <w:rPr>
          <w:rFonts w:ascii="Calibri Light" w:hAnsi="Calibri Light" w:cs="Calibri Light"/>
          <w:lang w:val="en-GB"/>
        </w:rPr>
        <w:t xml:space="preserve">notes and </w:t>
      </w:r>
      <w:r w:rsidR="00871BF1" w:rsidRPr="00871BF1">
        <w:rPr>
          <w:rFonts w:ascii="Calibri Light" w:hAnsi="Calibri Light" w:cs="Calibri Light"/>
          <w:lang w:val="en-GB"/>
        </w:rPr>
        <w:t xml:space="preserve">textbook, she finds it hard to grasp key concepts without diagrams or models. Her confidence is slowly eroding, and she feels disconnected from the material. Saoirse wonders if she’s just not cut out for this kind of </w:t>
      </w:r>
      <w:r w:rsidR="00B349B2">
        <w:rPr>
          <w:rFonts w:ascii="Calibri Light" w:hAnsi="Calibri Light" w:cs="Calibri Light"/>
          <w:lang w:val="en-GB"/>
        </w:rPr>
        <w:t>course</w:t>
      </w:r>
      <w:r w:rsidR="00871BF1" w:rsidRPr="00871BF1">
        <w:rPr>
          <w:rFonts w:ascii="Calibri Light" w:hAnsi="Calibri Light" w:cs="Calibri Light"/>
          <w:lang w:val="en-GB"/>
        </w:rPr>
        <w:t>.</w:t>
      </w:r>
    </w:p>
    <w:p w14:paraId="7B4BD39D" w14:textId="77777777" w:rsidR="00871BF1" w:rsidRPr="00871BF1" w:rsidRDefault="00000000" w:rsidP="00871BF1">
      <w:pPr>
        <w:rPr>
          <w:rFonts w:ascii="Calibri Light" w:hAnsi="Calibri Light" w:cs="Calibri Light"/>
          <w:lang w:val="en-GB"/>
        </w:rPr>
      </w:pPr>
      <w:r>
        <w:rPr>
          <w:rFonts w:ascii="Calibri Light" w:hAnsi="Calibri Light" w:cs="Calibri Light"/>
          <w:lang w:val="en-GB"/>
        </w:rPr>
        <w:pict w14:anchorId="7E6D0E98">
          <v:rect id="_x0000_i1026" style="width:0;height:1.5pt" o:hralign="center" o:hrstd="t" o:hr="t" fillcolor="#a0a0a0" stroked="f"/>
        </w:pict>
      </w:r>
    </w:p>
    <w:p w14:paraId="27023090" w14:textId="5C0FFADC" w:rsidR="00871BF1" w:rsidRPr="00871BF1" w:rsidRDefault="00AA6682" w:rsidP="00871BF1">
      <w:pPr>
        <w:rPr>
          <w:rFonts w:ascii="Calibri Light" w:hAnsi="Calibri Light" w:cs="Calibri Light"/>
          <w:lang w:val="en-GB"/>
        </w:rPr>
      </w:pPr>
      <w:r>
        <w:rPr>
          <w:rFonts w:ascii="Calibri Light" w:hAnsi="Calibri Light" w:cs="Calibri Light"/>
          <w:b/>
          <w:bCs/>
          <w:lang w:val="en-GB"/>
        </w:rPr>
        <w:t xml:space="preserve">Case Study </w:t>
      </w:r>
      <w:r w:rsidR="00871BF1" w:rsidRPr="00871BF1">
        <w:rPr>
          <w:rFonts w:ascii="Calibri Light" w:hAnsi="Calibri Light" w:cs="Calibri Light"/>
          <w:b/>
          <w:bCs/>
          <w:lang w:val="en-GB"/>
        </w:rPr>
        <w:t>3. Ethan</w:t>
      </w:r>
      <w:r w:rsidR="00871BF1" w:rsidRPr="00871BF1">
        <w:rPr>
          <w:rFonts w:ascii="Calibri Light" w:hAnsi="Calibri Light" w:cs="Calibri Light"/>
          <w:lang w:val="en-GB"/>
        </w:rPr>
        <w:br/>
      </w:r>
      <w:proofErr w:type="spellStart"/>
      <w:r w:rsidR="00871BF1" w:rsidRPr="00871BF1">
        <w:rPr>
          <w:rFonts w:ascii="Calibri Light" w:hAnsi="Calibri Light" w:cs="Calibri Light"/>
          <w:lang w:val="en-GB"/>
        </w:rPr>
        <w:t>Ethan</w:t>
      </w:r>
      <w:proofErr w:type="spellEnd"/>
      <w:r w:rsidR="00871BF1" w:rsidRPr="00871BF1">
        <w:rPr>
          <w:rFonts w:ascii="Calibri Light" w:hAnsi="Calibri Light" w:cs="Calibri Light"/>
          <w:lang w:val="en-GB"/>
        </w:rPr>
        <w:t xml:space="preserve"> has been falling behind in his engineering modules but keeps telling himself he’ll catch up eventually. </w:t>
      </w:r>
      <w:r w:rsidR="00B349B2">
        <w:rPr>
          <w:rFonts w:ascii="Calibri Light" w:hAnsi="Calibri Light" w:cs="Calibri Light"/>
          <w:lang w:val="en-GB"/>
        </w:rPr>
        <w:t xml:space="preserve">So much is new, he has moved into student accommodation and is trying to manage on his own. </w:t>
      </w:r>
      <w:r w:rsidR="00871BF1" w:rsidRPr="00871BF1">
        <w:rPr>
          <w:rFonts w:ascii="Calibri Light" w:hAnsi="Calibri Light" w:cs="Calibri Light"/>
          <w:lang w:val="en-GB"/>
        </w:rPr>
        <w:t xml:space="preserve">He’s unsure how to set goals or track his progress, and he avoids asking for help because he doesn’t want to seem </w:t>
      </w:r>
      <w:r w:rsidR="00B349B2">
        <w:rPr>
          <w:rFonts w:ascii="Calibri Light" w:hAnsi="Calibri Light" w:cs="Calibri Light"/>
          <w:lang w:val="en-GB"/>
        </w:rPr>
        <w:t>stupid</w:t>
      </w:r>
      <w:r w:rsidR="00871BF1" w:rsidRPr="00871BF1">
        <w:rPr>
          <w:rFonts w:ascii="Calibri Light" w:hAnsi="Calibri Light" w:cs="Calibri Light"/>
          <w:lang w:val="en-GB"/>
        </w:rPr>
        <w:t>. His notes are incomplete, and he rarely reviews past material, hoping things will make sense later. As deadlines pile up, he feels increasingly anxious and isolated. Ethan is beginning to feel lost in a system he doesn’t know how to navigate.</w:t>
      </w:r>
    </w:p>
    <w:p w14:paraId="5227DD43" w14:textId="77777777" w:rsidR="008E5E92" w:rsidRDefault="008E5E92" w:rsidP="68E03FF7">
      <w:pPr>
        <w:rPr>
          <w:rFonts w:ascii="Calibri Light" w:hAnsi="Calibri Light" w:cs="Calibri Light"/>
          <w:lang w:val="en-GB"/>
        </w:rPr>
      </w:pPr>
    </w:p>
    <w:p w14:paraId="074570F5" w14:textId="4300A3ED" w:rsidR="00871BF1" w:rsidRPr="00B349B2" w:rsidRDefault="00871BF1" w:rsidP="00871BF1">
      <w:pPr>
        <w:rPr>
          <w:rFonts w:asciiTheme="majorHAnsi" w:hAnsiTheme="majorHAnsi" w:cstheme="majorHAnsi"/>
          <w:b/>
          <w:bCs/>
          <w:color w:val="0F6576"/>
          <w:sz w:val="28"/>
          <w:szCs w:val="28"/>
        </w:rPr>
      </w:pPr>
      <w:r w:rsidRPr="00B349B2">
        <w:rPr>
          <w:rFonts w:asciiTheme="majorHAnsi" w:hAnsiTheme="majorHAnsi" w:cstheme="majorHAnsi"/>
          <w:b/>
          <w:bCs/>
          <w:color w:val="0F6576"/>
          <w:sz w:val="28"/>
          <w:szCs w:val="28"/>
        </w:rPr>
        <w:t>Case Study A – Establishing Good Study Skills – Actionable Items</w:t>
      </w:r>
    </w:p>
    <w:p w14:paraId="7ED10594" w14:textId="77777777" w:rsidR="00871BF1" w:rsidRPr="00871BF1" w:rsidRDefault="00000000" w:rsidP="00871BF1">
      <w:pPr>
        <w:spacing w:after="0"/>
        <w:rPr>
          <w:rFonts w:ascii="Calibri Light" w:hAnsi="Calibri Light" w:cs="Calibri Light"/>
          <w:lang w:val="en-GB"/>
        </w:rPr>
      </w:pPr>
      <w:r>
        <w:rPr>
          <w:rFonts w:ascii="Calibri Light" w:hAnsi="Calibri Light" w:cs="Calibri Light"/>
          <w:lang w:val="en-GB"/>
        </w:rPr>
        <w:pict w14:anchorId="6979ADCA">
          <v:rect id="_x0000_i1027" style="width:0;height:1.5pt" o:hralign="center" o:hrstd="t" o:hr="t" fillcolor="#a0a0a0" stroked="f"/>
        </w:pict>
      </w:r>
    </w:p>
    <w:p w14:paraId="33CFEAAA" w14:textId="2810C136" w:rsidR="00871BF1" w:rsidRPr="00AA6682" w:rsidRDefault="00AA6682" w:rsidP="00871BF1">
      <w:pPr>
        <w:spacing w:after="0"/>
        <w:rPr>
          <w:rFonts w:ascii="Calibri Light" w:hAnsi="Calibri Light" w:cs="Calibri Light"/>
          <w:b/>
          <w:bCs/>
          <w:lang w:val="en-GB"/>
        </w:rPr>
      </w:pPr>
      <w:r w:rsidRPr="00AA6682">
        <w:rPr>
          <w:rFonts w:ascii="Calibri Light" w:hAnsi="Calibri Light" w:cs="Calibri Light"/>
          <w:b/>
          <w:bCs/>
          <w:lang w:val="en-GB"/>
        </w:rPr>
        <w:t xml:space="preserve">Case Study </w:t>
      </w:r>
      <w:r w:rsidR="00871BF1" w:rsidRPr="00871BF1">
        <w:rPr>
          <w:rFonts w:ascii="Calibri Light" w:hAnsi="Calibri Light" w:cs="Calibri Light"/>
          <w:b/>
          <w:bCs/>
          <w:lang w:val="en-GB"/>
        </w:rPr>
        <w:t>1. Liam – Confused by Learning Strategies</w:t>
      </w:r>
    </w:p>
    <w:p w14:paraId="5CE5B58D" w14:textId="77777777" w:rsidR="00AA6682" w:rsidRPr="00871BF1" w:rsidRDefault="00AA6682" w:rsidP="00871BF1">
      <w:pPr>
        <w:spacing w:after="0"/>
        <w:rPr>
          <w:rFonts w:ascii="Calibri Light" w:hAnsi="Calibri Light" w:cs="Calibri Light"/>
          <w:b/>
          <w:bCs/>
          <w:lang w:val="en-GB"/>
        </w:rPr>
      </w:pPr>
    </w:p>
    <w:p w14:paraId="4A6A44D0" w14:textId="77777777"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Challenges:</w:t>
      </w:r>
      <w:r w:rsidRPr="00871BF1">
        <w:rPr>
          <w:rFonts w:ascii="Calibri Light" w:hAnsi="Calibri Light" w:cs="Calibri Light"/>
          <w:lang w:val="en-GB"/>
        </w:rPr>
        <w:t xml:space="preserve"> Memorising without understanding, lack of routine, frustration with poor results.</w:t>
      </w:r>
    </w:p>
    <w:p w14:paraId="13D6614A" w14:textId="77777777" w:rsidR="00AA6682" w:rsidRPr="00AA6682" w:rsidRDefault="00AA6682" w:rsidP="00871BF1">
      <w:pPr>
        <w:spacing w:after="0"/>
        <w:rPr>
          <w:rFonts w:ascii="Calibri Light" w:hAnsi="Calibri Light" w:cs="Calibri Light"/>
          <w:b/>
          <w:bCs/>
          <w:lang w:val="en-GB"/>
        </w:rPr>
      </w:pPr>
    </w:p>
    <w:p w14:paraId="69DEBD38" w14:textId="7372BD55"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Actionable Items:</w:t>
      </w:r>
    </w:p>
    <w:p w14:paraId="210E0F7F" w14:textId="77777777" w:rsidR="00871BF1" w:rsidRPr="00871BF1" w:rsidRDefault="00871BF1" w:rsidP="00871BF1">
      <w:pPr>
        <w:numPr>
          <w:ilvl w:val="0"/>
          <w:numId w:val="21"/>
        </w:numPr>
        <w:spacing w:after="0"/>
        <w:rPr>
          <w:rFonts w:ascii="Calibri Light" w:hAnsi="Calibri Light" w:cs="Calibri Light"/>
          <w:lang w:val="en-GB"/>
        </w:rPr>
      </w:pPr>
      <w:r w:rsidRPr="00871BF1">
        <w:rPr>
          <w:rFonts w:ascii="Calibri Light" w:hAnsi="Calibri Light" w:cs="Calibri Light"/>
          <w:b/>
          <w:bCs/>
          <w:lang w:val="en-GB"/>
        </w:rPr>
        <w:t>Use concept maps</w:t>
      </w:r>
      <w:r w:rsidRPr="00871BF1">
        <w:rPr>
          <w:rFonts w:ascii="Calibri Light" w:hAnsi="Calibri Light" w:cs="Calibri Light"/>
          <w:lang w:val="en-GB"/>
        </w:rPr>
        <w:t xml:space="preserve"> to visually connect formulas to real-world applications.</w:t>
      </w:r>
    </w:p>
    <w:p w14:paraId="3375422B" w14:textId="77777777" w:rsidR="00871BF1" w:rsidRPr="00871BF1" w:rsidRDefault="00871BF1" w:rsidP="00871BF1">
      <w:pPr>
        <w:numPr>
          <w:ilvl w:val="0"/>
          <w:numId w:val="21"/>
        </w:numPr>
        <w:spacing w:after="0"/>
        <w:rPr>
          <w:rFonts w:ascii="Calibri Light" w:hAnsi="Calibri Light" w:cs="Calibri Light"/>
          <w:lang w:val="en-GB"/>
        </w:rPr>
      </w:pPr>
      <w:r w:rsidRPr="00871BF1">
        <w:rPr>
          <w:rFonts w:ascii="Calibri Light" w:hAnsi="Calibri Light" w:cs="Calibri Light"/>
          <w:b/>
          <w:bCs/>
          <w:lang w:val="en-GB"/>
        </w:rPr>
        <w:t>Schedule weekly review sessions</w:t>
      </w:r>
      <w:r w:rsidRPr="00871BF1">
        <w:rPr>
          <w:rFonts w:ascii="Calibri Light" w:hAnsi="Calibri Light" w:cs="Calibri Light"/>
          <w:lang w:val="en-GB"/>
        </w:rPr>
        <w:t xml:space="preserve"> to reinforce understanding rather than cramming.</w:t>
      </w:r>
    </w:p>
    <w:p w14:paraId="34784CF4" w14:textId="77777777" w:rsidR="00871BF1" w:rsidRPr="00871BF1" w:rsidRDefault="00871BF1" w:rsidP="00871BF1">
      <w:pPr>
        <w:numPr>
          <w:ilvl w:val="0"/>
          <w:numId w:val="21"/>
        </w:numPr>
        <w:spacing w:after="0"/>
        <w:rPr>
          <w:rFonts w:ascii="Calibri Light" w:hAnsi="Calibri Light" w:cs="Calibri Light"/>
          <w:lang w:val="en-GB"/>
        </w:rPr>
      </w:pPr>
      <w:r w:rsidRPr="00871BF1">
        <w:rPr>
          <w:rFonts w:ascii="Calibri Light" w:hAnsi="Calibri Light" w:cs="Calibri Light"/>
          <w:b/>
          <w:bCs/>
          <w:lang w:val="en-GB"/>
        </w:rPr>
        <w:t>Practice active recall</w:t>
      </w:r>
      <w:r w:rsidRPr="00871BF1">
        <w:rPr>
          <w:rFonts w:ascii="Calibri Light" w:hAnsi="Calibri Light" w:cs="Calibri Light"/>
          <w:lang w:val="en-GB"/>
        </w:rPr>
        <w:t xml:space="preserve"> by testing yourself on concepts, not just facts.</w:t>
      </w:r>
    </w:p>
    <w:p w14:paraId="062D049C" w14:textId="77777777" w:rsidR="00871BF1" w:rsidRPr="00871BF1" w:rsidRDefault="00871BF1" w:rsidP="00871BF1">
      <w:pPr>
        <w:numPr>
          <w:ilvl w:val="0"/>
          <w:numId w:val="21"/>
        </w:numPr>
        <w:spacing w:after="0"/>
        <w:rPr>
          <w:rFonts w:ascii="Calibri Light" w:hAnsi="Calibri Light" w:cs="Calibri Light"/>
          <w:lang w:val="en-GB"/>
        </w:rPr>
      </w:pPr>
      <w:r w:rsidRPr="00871BF1">
        <w:rPr>
          <w:rFonts w:ascii="Calibri Light" w:hAnsi="Calibri Light" w:cs="Calibri Light"/>
          <w:b/>
          <w:bCs/>
          <w:lang w:val="en-GB"/>
        </w:rPr>
        <w:t>Watch short explainer videos</w:t>
      </w:r>
      <w:r w:rsidRPr="00871BF1">
        <w:rPr>
          <w:rFonts w:ascii="Calibri Light" w:hAnsi="Calibri Light" w:cs="Calibri Light"/>
          <w:lang w:val="en-GB"/>
        </w:rPr>
        <w:t xml:space="preserve"> on engineering principles to deepen understanding.</w:t>
      </w:r>
    </w:p>
    <w:p w14:paraId="08169198" w14:textId="77777777" w:rsidR="00871BF1" w:rsidRPr="00AA6682" w:rsidRDefault="00871BF1" w:rsidP="00871BF1">
      <w:pPr>
        <w:numPr>
          <w:ilvl w:val="0"/>
          <w:numId w:val="21"/>
        </w:numPr>
        <w:spacing w:after="0"/>
        <w:rPr>
          <w:rFonts w:ascii="Calibri Light" w:hAnsi="Calibri Light" w:cs="Calibri Light"/>
          <w:lang w:val="en-GB"/>
        </w:rPr>
      </w:pPr>
      <w:r w:rsidRPr="00871BF1">
        <w:rPr>
          <w:rFonts w:ascii="Calibri Light" w:hAnsi="Calibri Light" w:cs="Calibri Light"/>
          <w:b/>
          <w:bCs/>
          <w:lang w:val="en-GB"/>
        </w:rPr>
        <w:t>Keep a learning journal</w:t>
      </w:r>
      <w:r w:rsidRPr="00871BF1">
        <w:rPr>
          <w:rFonts w:ascii="Calibri Light" w:hAnsi="Calibri Light" w:cs="Calibri Light"/>
          <w:lang w:val="en-GB"/>
        </w:rPr>
        <w:t xml:space="preserve"> to reflect on what worked and what didn’t each week.</w:t>
      </w:r>
    </w:p>
    <w:p w14:paraId="3BC3A25D" w14:textId="77777777" w:rsidR="00871BF1" w:rsidRPr="00871BF1" w:rsidRDefault="00871BF1" w:rsidP="00871BF1">
      <w:pPr>
        <w:spacing w:after="0"/>
        <w:ind w:left="720"/>
        <w:rPr>
          <w:rFonts w:ascii="Calibri Light" w:hAnsi="Calibri Light" w:cs="Calibri Light"/>
          <w:lang w:val="en-GB"/>
        </w:rPr>
      </w:pPr>
    </w:p>
    <w:p w14:paraId="64DC1B2E" w14:textId="77777777" w:rsidR="00871BF1" w:rsidRPr="00871BF1" w:rsidRDefault="00000000" w:rsidP="00871BF1">
      <w:pPr>
        <w:spacing w:after="0"/>
        <w:rPr>
          <w:rFonts w:ascii="Calibri Light" w:hAnsi="Calibri Light" w:cs="Calibri Light"/>
          <w:lang w:val="en-GB"/>
        </w:rPr>
      </w:pPr>
      <w:r>
        <w:rPr>
          <w:rFonts w:ascii="Calibri Light" w:hAnsi="Calibri Light" w:cs="Calibri Light"/>
          <w:lang w:val="en-GB"/>
        </w:rPr>
        <w:pict w14:anchorId="7C0D03AF">
          <v:rect id="_x0000_i1028" style="width:0;height:1.5pt" o:hralign="center" o:hrstd="t" o:hr="t" fillcolor="#a0a0a0" stroked="f"/>
        </w:pict>
      </w:r>
    </w:p>
    <w:p w14:paraId="6B0B9EEE" w14:textId="2912D83D" w:rsidR="00871BF1" w:rsidRPr="00AA6682" w:rsidRDefault="00AA6682" w:rsidP="00871BF1">
      <w:pPr>
        <w:spacing w:after="0"/>
        <w:rPr>
          <w:rFonts w:ascii="Calibri Light" w:hAnsi="Calibri Light" w:cs="Calibri Light"/>
          <w:b/>
          <w:bCs/>
          <w:lang w:val="en-GB"/>
        </w:rPr>
      </w:pPr>
      <w:r w:rsidRPr="00AA6682">
        <w:rPr>
          <w:rFonts w:ascii="Calibri Light" w:hAnsi="Calibri Light" w:cs="Calibri Light"/>
          <w:b/>
          <w:bCs/>
          <w:lang w:val="en-GB"/>
        </w:rPr>
        <w:t xml:space="preserve">Case Study </w:t>
      </w:r>
      <w:r w:rsidR="00871BF1" w:rsidRPr="00871BF1">
        <w:rPr>
          <w:rFonts w:ascii="Calibri Light" w:hAnsi="Calibri Light" w:cs="Calibri Light"/>
          <w:b/>
          <w:bCs/>
          <w:lang w:val="en-GB"/>
        </w:rPr>
        <w:t>2. Saoirse – Misaligned Learning Style</w:t>
      </w:r>
    </w:p>
    <w:p w14:paraId="04A04B18" w14:textId="77777777" w:rsidR="00AA6682" w:rsidRPr="00871BF1" w:rsidRDefault="00AA6682" w:rsidP="00871BF1">
      <w:pPr>
        <w:spacing w:after="0"/>
        <w:rPr>
          <w:rFonts w:ascii="Calibri Light" w:hAnsi="Calibri Light" w:cs="Calibri Light"/>
          <w:b/>
          <w:bCs/>
          <w:lang w:val="en-GB"/>
        </w:rPr>
      </w:pPr>
    </w:p>
    <w:p w14:paraId="37DD0DE4" w14:textId="77777777"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Challenges:</w:t>
      </w:r>
      <w:r w:rsidRPr="00871BF1">
        <w:rPr>
          <w:rFonts w:ascii="Calibri Light" w:hAnsi="Calibri Light" w:cs="Calibri Light"/>
          <w:lang w:val="en-GB"/>
        </w:rPr>
        <w:t xml:space="preserve"> Prefers visual learning, lectures are mostly verbal/text-heavy, feels disconnected.</w:t>
      </w:r>
    </w:p>
    <w:p w14:paraId="48231E9D" w14:textId="77777777" w:rsidR="00AA6682" w:rsidRPr="00AA6682" w:rsidRDefault="00AA6682" w:rsidP="00871BF1">
      <w:pPr>
        <w:spacing w:after="0"/>
        <w:rPr>
          <w:rFonts w:ascii="Calibri Light" w:hAnsi="Calibri Light" w:cs="Calibri Light"/>
          <w:b/>
          <w:bCs/>
          <w:lang w:val="en-GB"/>
        </w:rPr>
      </w:pPr>
    </w:p>
    <w:p w14:paraId="366AC05E" w14:textId="146D820E"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Actionable Items:</w:t>
      </w:r>
    </w:p>
    <w:p w14:paraId="38629623" w14:textId="77777777" w:rsidR="00871BF1" w:rsidRPr="00871BF1" w:rsidRDefault="00871BF1" w:rsidP="00871BF1">
      <w:pPr>
        <w:numPr>
          <w:ilvl w:val="0"/>
          <w:numId w:val="22"/>
        </w:numPr>
        <w:spacing w:after="0"/>
        <w:rPr>
          <w:rFonts w:ascii="Calibri Light" w:hAnsi="Calibri Light" w:cs="Calibri Light"/>
          <w:lang w:val="en-GB"/>
        </w:rPr>
      </w:pPr>
      <w:r w:rsidRPr="00871BF1">
        <w:rPr>
          <w:rFonts w:ascii="Calibri Light" w:hAnsi="Calibri Light" w:cs="Calibri Light"/>
          <w:b/>
          <w:bCs/>
          <w:lang w:val="en-GB"/>
        </w:rPr>
        <w:t>Use the VARK questionnaire</w:t>
      </w:r>
      <w:r w:rsidRPr="00871BF1">
        <w:rPr>
          <w:rFonts w:ascii="Calibri Light" w:hAnsi="Calibri Light" w:cs="Calibri Light"/>
          <w:lang w:val="en-GB"/>
        </w:rPr>
        <w:t xml:space="preserve"> to confirm her learning style: vark-learn.com.</w:t>
      </w:r>
    </w:p>
    <w:p w14:paraId="39269B33" w14:textId="77777777" w:rsidR="00871BF1" w:rsidRPr="00871BF1" w:rsidRDefault="00871BF1" w:rsidP="00871BF1">
      <w:pPr>
        <w:numPr>
          <w:ilvl w:val="0"/>
          <w:numId w:val="22"/>
        </w:numPr>
        <w:spacing w:after="0"/>
        <w:rPr>
          <w:rFonts w:ascii="Calibri Light" w:hAnsi="Calibri Light" w:cs="Calibri Light"/>
          <w:lang w:val="en-GB"/>
        </w:rPr>
      </w:pPr>
      <w:r w:rsidRPr="00871BF1">
        <w:rPr>
          <w:rFonts w:ascii="Calibri Light" w:hAnsi="Calibri Light" w:cs="Calibri Light"/>
          <w:b/>
          <w:bCs/>
          <w:lang w:val="en-GB"/>
        </w:rPr>
        <w:t>Seek out visual resources</w:t>
      </w:r>
      <w:r w:rsidRPr="00871BF1">
        <w:rPr>
          <w:rFonts w:ascii="Calibri Light" w:hAnsi="Calibri Light" w:cs="Calibri Light"/>
          <w:lang w:val="en-GB"/>
        </w:rPr>
        <w:t xml:space="preserve"> like diagrams, flowcharts, and YouTube tutorials.</w:t>
      </w:r>
    </w:p>
    <w:p w14:paraId="191CCF3E" w14:textId="77777777" w:rsidR="00871BF1" w:rsidRPr="00871BF1" w:rsidRDefault="00871BF1" w:rsidP="00871BF1">
      <w:pPr>
        <w:numPr>
          <w:ilvl w:val="0"/>
          <w:numId w:val="22"/>
        </w:numPr>
        <w:spacing w:after="0"/>
        <w:rPr>
          <w:rFonts w:ascii="Calibri Light" w:hAnsi="Calibri Light" w:cs="Calibri Light"/>
          <w:lang w:val="en-GB"/>
        </w:rPr>
      </w:pPr>
      <w:r w:rsidRPr="00871BF1">
        <w:rPr>
          <w:rFonts w:ascii="Calibri Light" w:hAnsi="Calibri Light" w:cs="Calibri Light"/>
          <w:b/>
          <w:bCs/>
          <w:lang w:val="en-GB"/>
        </w:rPr>
        <w:t>Convert lecture notes into sketches or mind maps</w:t>
      </w:r>
      <w:r w:rsidRPr="00871BF1">
        <w:rPr>
          <w:rFonts w:ascii="Calibri Light" w:hAnsi="Calibri Light" w:cs="Calibri Light"/>
          <w:lang w:val="en-GB"/>
        </w:rPr>
        <w:t xml:space="preserve"> to aid retention.</w:t>
      </w:r>
    </w:p>
    <w:p w14:paraId="01473D97" w14:textId="77777777" w:rsidR="00871BF1" w:rsidRPr="00871BF1" w:rsidRDefault="00871BF1" w:rsidP="00871BF1">
      <w:pPr>
        <w:numPr>
          <w:ilvl w:val="0"/>
          <w:numId w:val="22"/>
        </w:numPr>
        <w:spacing w:after="0"/>
        <w:rPr>
          <w:rFonts w:ascii="Calibri Light" w:hAnsi="Calibri Light" w:cs="Calibri Light"/>
          <w:lang w:val="en-GB"/>
        </w:rPr>
      </w:pPr>
      <w:r w:rsidRPr="00871BF1">
        <w:rPr>
          <w:rFonts w:ascii="Calibri Light" w:hAnsi="Calibri Light" w:cs="Calibri Light"/>
          <w:b/>
          <w:bCs/>
          <w:lang w:val="en-GB"/>
        </w:rPr>
        <w:lastRenderedPageBreak/>
        <w:t>Ask lecturers or tutors</w:t>
      </w:r>
      <w:r w:rsidRPr="00871BF1">
        <w:rPr>
          <w:rFonts w:ascii="Calibri Light" w:hAnsi="Calibri Light" w:cs="Calibri Light"/>
          <w:lang w:val="en-GB"/>
        </w:rPr>
        <w:t xml:space="preserve"> if visual aids or recordings are available.</w:t>
      </w:r>
    </w:p>
    <w:p w14:paraId="251288F2" w14:textId="77777777" w:rsidR="00871BF1" w:rsidRPr="00AA6682" w:rsidRDefault="00871BF1" w:rsidP="00871BF1">
      <w:pPr>
        <w:numPr>
          <w:ilvl w:val="0"/>
          <w:numId w:val="22"/>
        </w:numPr>
        <w:spacing w:after="0"/>
        <w:rPr>
          <w:rFonts w:ascii="Calibri Light" w:hAnsi="Calibri Light" w:cs="Calibri Light"/>
          <w:lang w:val="en-GB"/>
        </w:rPr>
      </w:pPr>
      <w:r w:rsidRPr="00871BF1">
        <w:rPr>
          <w:rFonts w:ascii="Calibri Light" w:hAnsi="Calibri Light" w:cs="Calibri Light"/>
          <w:b/>
          <w:bCs/>
          <w:lang w:val="en-GB"/>
        </w:rPr>
        <w:t>Join study groups</w:t>
      </w:r>
      <w:r w:rsidRPr="00871BF1">
        <w:rPr>
          <w:rFonts w:ascii="Calibri Light" w:hAnsi="Calibri Light" w:cs="Calibri Light"/>
          <w:lang w:val="en-GB"/>
        </w:rPr>
        <w:t xml:space="preserve"> where she can explain concepts using visuals, reinforcing her own understanding.</w:t>
      </w:r>
    </w:p>
    <w:p w14:paraId="26BC04DE" w14:textId="77777777" w:rsidR="00871BF1" w:rsidRPr="00871BF1" w:rsidRDefault="00871BF1" w:rsidP="00871BF1">
      <w:pPr>
        <w:spacing w:after="0"/>
        <w:ind w:left="720"/>
        <w:rPr>
          <w:rFonts w:ascii="Calibri Light" w:hAnsi="Calibri Light" w:cs="Calibri Light"/>
          <w:lang w:val="en-GB"/>
        </w:rPr>
      </w:pPr>
    </w:p>
    <w:p w14:paraId="531C8381" w14:textId="77777777" w:rsidR="00871BF1" w:rsidRPr="00871BF1" w:rsidRDefault="00000000" w:rsidP="00871BF1">
      <w:pPr>
        <w:spacing w:after="0"/>
        <w:rPr>
          <w:rFonts w:ascii="Calibri Light" w:hAnsi="Calibri Light" w:cs="Calibri Light"/>
          <w:lang w:val="en-GB"/>
        </w:rPr>
      </w:pPr>
      <w:r>
        <w:rPr>
          <w:rFonts w:ascii="Calibri Light" w:hAnsi="Calibri Light" w:cs="Calibri Light"/>
          <w:lang w:val="en-GB"/>
        </w:rPr>
        <w:pict w14:anchorId="1A534098">
          <v:rect id="_x0000_i1029" style="width:0;height:1.5pt" o:hralign="center" o:hrstd="t" o:hr="t" fillcolor="#a0a0a0" stroked="f"/>
        </w:pict>
      </w:r>
    </w:p>
    <w:p w14:paraId="07EDDE2C" w14:textId="3791AD28" w:rsidR="00871BF1" w:rsidRPr="00AA6682" w:rsidRDefault="00AA6682" w:rsidP="00871BF1">
      <w:pPr>
        <w:spacing w:after="0"/>
        <w:rPr>
          <w:rFonts w:ascii="Calibri Light" w:hAnsi="Calibri Light" w:cs="Calibri Light"/>
          <w:b/>
          <w:bCs/>
          <w:lang w:val="en-GB"/>
        </w:rPr>
      </w:pPr>
      <w:r w:rsidRPr="00AA6682">
        <w:rPr>
          <w:rFonts w:ascii="Calibri Light" w:hAnsi="Calibri Light" w:cs="Calibri Light"/>
          <w:b/>
          <w:bCs/>
          <w:lang w:val="en-GB"/>
        </w:rPr>
        <w:t xml:space="preserve">Case Study </w:t>
      </w:r>
      <w:r w:rsidR="00871BF1" w:rsidRPr="00871BF1">
        <w:rPr>
          <w:rFonts w:ascii="Calibri Light" w:hAnsi="Calibri Light" w:cs="Calibri Light"/>
          <w:b/>
          <w:bCs/>
          <w:lang w:val="en-GB"/>
        </w:rPr>
        <w:t>3. Ethan – Avoiding Help and Losing Direction</w:t>
      </w:r>
    </w:p>
    <w:p w14:paraId="7E037C58" w14:textId="77777777" w:rsidR="00AA6682" w:rsidRPr="00871BF1" w:rsidRDefault="00AA6682" w:rsidP="00871BF1">
      <w:pPr>
        <w:spacing w:after="0"/>
        <w:rPr>
          <w:rFonts w:ascii="Calibri Light" w:hAnsi="Calibri Light" w:cs="Calibri Light"/>
          <w:b/>
          <w:bCs/>
          <w:lang w:val="en-GB"/>
        </w:rPr>
      </w:pPr>
    </w:p>
    <w:p w14:paraId="4B70E1CD" w14:textId="77777777"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Challenges:</w:t>
      </w:r>
      <w:r w:rsidRPr="00871BF1">
        <w:rPr>
          <w:rFonts w:ascii="Calibri Light" w:hAnsi="Calibri Light" w:cs="Calibri Light"/>
          <w:lang w:val="en-GB"/>
        </w:rPr>
        <w:t xml:space="preserve"> Doesn’t ask for help, lacks goal-setting, feels anxious and isolated.</w:t>
      </w:r>
    </w:p>
    <w:p w14:paraId="5DBD18A1" w14:textId="77777777" w:rsidR="00AA6682" w:rsidRPr="00AA6682" w:rsidRDefault="00AA6682" w:rsidP="00871BF1">
      <w:pPr>
        <w:spacing w:after="0"/>
        <w:rPr>
          <w:rFonts w:ascii="Calibri Light" w:hAnsi="Calibri Light" w:cs="Calibri Light"/>
          <w:b/>
          <w:bCs/>
          <w:lang w:val="en-GB"/>
        </w:rPr>
      </w:pPr>
    </w:p>
    <w:p w14:paraId="44934891" w14:textId="66C63A72" w:rsidR="00871BF1" w:rsidRPr="00871BF1" w:rsidRDefault="00871BF1" w:rsidP="00871BF1">
      <w:pPr>
        <w:spacing w:after="0"/>
        <w:rPr>
          <w:rFonts w:ascii="Calibri Light" w:hAnsi="Calibri Light" w:cs="Calibri Light"/>
          <w:lang w:val="en-GB"/>
        </w:rPr>
      </w:pPr>
      <w:r w:rsidRPr="00871BF1">
        <w:rPr>
          <w:rFonts w:ascii="Calibri Light" w:hAnsi="Calibri Light" w:cs="Calibri Light"/>
          <w:b/>
          <w:bCs/>
          <w:lang w:val="en-GB"/>
        </w:rPr>
        <w:t>Actionable Items:</w:t>
      </w:r>
    </w:p>
    <w:p w14:paraId="6153CD5F" w14:textId="77777777" w:rsidR="00871BF1" w:rsidRPr="00871BF1" w:rsidRDefault="00871BF1" w:rsidP="00871BF1">
      <w:pPr>
        <w:numPr>
          <w:ilvl w:val="0"/>
          <w:numId w:val="23"/>
        </w:numPr>
        <w:spacing w:after="0"/>
        <w:rPr>
          <w:rFonts w:ascii="Calibri Light" w:hAnsi="Calibri Light" w:cs="Calibri Light"/>
          <w:lang w:val="en-GB"/>
        </w:rPr>
      </w:pPr>
      <w:r w:rsidRPr="00871BF1">
        <w:rPr>
          <w:rFonts w:ascii="Calibri Light" w:hAnsi="Calibri Light" w:cs="Calibri Light"/>
          <w:b/>
          <w:bCs/>
          <w:lang w:val="en-GB"/>
        </w:rPr>
        <w:t>Set SMART goals</w:t>
      </w:r>
      <w:r w:rsidRPr="00871BF1">
        <w:rPr>
          <w:rFonts w:ascii="Calibri Light" w:hAnsi="Calibri Light" w:cs="Calibri Light"/>
          <w:lang w:val="en-GB"/>
        </w:rPr>
        <w:t xml:space="preserve"> (Short, Medium, Long-term) and track them weekly.</w:t>
      </w:r>
    </w:p>
    <w:p w14:paraId="66FAA886" w14:textId="77777777" w:rsidR="00871BF1" w:rsidRPr="00871BF1" w:rsidRDefault="00871BF1" w:rsidP="00871BF1">
      <w:pPr>
        <w:numPr>
          <w:ilvl w:val="0"/>
          <w:numId w:val="23"/>
        </w:numPr>
        <w:spacing w:after="0"/>
        <w:rPr>
          <w:rFonts w:ascii="Calibri Light" w:hAnsi="Calibri Light" w:cs="Calibri Light"/>
          <w:lang w:val="en-GB"/>
        </w:rPr>
      </w:pPr>
      <w:r w:rsidRPr="00871BF1">
        <w:rPr>
          <w:rFonts w:ascii="Calibri Light" w:hAnsi="Calibri Light" w:cs="Calibri Light"/>
          <w:b/>
          <w:bCs/>
          <w:lang w:val="en-GB"/>
        </w:rPr>
        <w:t>Use a planner or app</w:t>
      </w:r>
      <w:r w:rsidRPr="00871BF1">
        <w:rPr>
          <w:rFonts w:ascii="Calibri Light" w:hAnsi="Calibri Light" w:cs="Calibri Light"/>
          <w:lang w:val="en-GB"/>
        </w:rPr>
        <w:t xml:space="preserve"> to break tasks into manageable steps.</w:t>
      </w:r>
    </w:p>
    <w:p w14:paraId="392015EA" w14:textId="77777777" w:rsidR="00871BF1" w:rsidRPr="00871BF1" w:rsidRDefault="00871BF1" w:rsidP="00871BF1">
      <w:pPr>
        <w:numPr>
          <w:ilvl w:val="0"/>
          <w:numId w:val="23"/>
        </w:numPr>
        <w:spacing w:after="0"/>
        <w:rPr>
          <w:rFonts w:ascii="Calibri Light" w:hAnsi="Calibri Light" w:cs="Calibri Light"/>
          <w:lang w:val="en-GB"/>
        </w:rPr>
      </w:pPr>
      <w:r w:rsidRPr="00871BF1">
        <w:rPr>
          <w:rFonts w:ascii="Calibri Light" w:hAnsi="Calibri Light" w:cs="Calibri Light"/>
          <w:b/>
          <w:bCs/>
          <w:lang w:val="en-GB"/>
        </w:rPr>
        <w:t>Attend drop-in sessions or office hours</w:t>
      </w:r>
      <w:r w:rsidRPr="00871BF1">
        <w:rPr>
          <w:rFonts w:ascii="Calibri Light" w:hAnsi="Calibri Light" w:cs="Calibri Light"/>
          <w:lang w:val="en-GB"/>
        </w:rPr>
        <w:t xml:space="preserve"> at least once a week.</w:t>
      </w:r>
    </w:p>
    <w:p w14:paraId="1EF587CE" w14:textId="77777777" w:rsidR="00871BF1" w:rsidRPr="00871BF1" w:rsidRDefault="00871BF1" w:rsidP="00871BF1">
      <w:pPr>
        <w:numPr>
          <w:ilvl w:val="0"/>
          <w:numId w:val="23"/>
        </w:numPr>
        <w:spacing w:after="0"/>
        <w:rPr>
          <w:rFonts w:ascii="Calibri Light" w:hAnsi="Calibri Light" w:cs="Calibri Light"/>
          <w:lang w:val="en-GB"/>
        </w:rPr>
      </w:pPr>
      <w:r w:rsidRPr="00871BF1">
        <w:rPr>
          <w:rFonts w:ascii="Calibri Light" w:hAnsi="Calibri Light" w:cs="Calibri Light"/>
          <w:b/>
          <w:bCs/>
          <w:lang w:val="en-GB"/>
        </w:rPr>
        <w:t>Write down one thing he doesn’t understand each day</w:t>
      </w:r>
      <w:r w:rsidRPr="00871BF1">
        <w:rPr>
          <w:rFonts w:ascii="Calibri Light" w:hAnsi="Calibri Light" w:cs="Calibri Light"/>
          <w:lang w:val="en-GB"/>
        </w:rPr>
        <w:t xml:space="preserve"> and seek help for it.</w:t>
      </w:r>
    </w:p>
    <w:p w14:paraId="4C679C7D" w14:textId="77777777" w:rsidR="00871BF1" w:rsidRPr="00871BF1" w:rsidRDefault="00871BF1" w:rsidP="00871BF1">
      <w:pPr>
        <w:numPr>
          <w:ilvl w:val="0"/>
          <w:numId w:val="23"/>
        </w:numPr>
        <w:spacing w:after="0"/>
        <w:rPr>
          <w:rFonts w:ascii="Calibri Light" w:hAnsi="Calibri Light" w:cs="Calibri Light"/>
          <w:lang w:val="en-GB"/>
        </w:rPr>
      </w:pPr>
      <w:r w:rsidRPr="00871BF1">
        <w:rPr>
          <w:rFonts w:ascii="Calibri Light" w:hAnsi="Calibri Light" w:cs="Calibri Light"/>
          <w:b/>
          <w:bCs/>
          <w:lang w:val="en-GB"/>
        </w:rPr>
        <w:t>Connect with a peer mentor or academic advisor</w:t>
      </w:r>
      <w:r w:rsidRPr="00871BF1">
        <w:rPr>
          <w:rFonts w:ascii="Calibri Light" w:hAnsi="Calibri Light" w:cs="Calibri Light"/>
          <w:lang w:val="en-GB"/>
        </w:rPr>
        <w:t xml:space="preserve"> to build a support system.</w:t>
      </w:r>
    </w:p>
    <w:p w14:paraId="3DEB3928" w14:textId="77777777" w:rsidR="00871BF1" w:rsidRPr="00871BF1" w:rsidRDefault="00000000" w:rsidP="00871BF1">
      <w:pPr>
        <w:rPr>
          <w:rFonts w:ascii="Calibri Light" w:hAnsi="Calibri Light" w:cs="Calibri Light"/>
          <w:lang w:val="en-GB"/>
        </w:rPr>
      </w:pPr>
      <w:r>
        <w:rPr>
          <w:rFonts w:ascii="Calibri Light" w:hAnsi="Calibri Light" w:cs="Calibri Light"/>
          <w:lang w:val="en-GB"/>
        </w:rPr>
        <w:pict w14:anchorId="06E1CFFA">
          <v:rect id="_x0000_i1030" style="width:0;height:1.5pt" o:hralign="center" o:hrstd="t" o:hr="t" fillcolor="#a0a0a0" stroked="f"/>
        </w:pict>
      </w:r>
    </w:p>
    <w:p w14:paraId="08C90D93" w14:textId="77777777" w:rsidR="00871BF1" w:rsidRPr="00AA6682" w:rsidRDefault="00871BF1" w:rsidP="68E03FF7">
      <w:pPr>
        <w:rPr>
          <w:rFonts w:ascii="Calibri Light" w:hAnsi="Calibri Light" w:cs="Calibri Light"/>
          <w:lang w:val="en-GB"/>
        </w:rPr>
      </w:pPr>
    </w:p>
    <w:p w14:paraId="7D0FEDAB" w14:textId="4ADCF32A" w:rsidR="00871BF1" w:rsidRDefault="00871BF1" w:rsidP="68E03FF7">
      <w:pPr>
        <w:rPr>
          <w:b/>
          <w:bCs/>
          <w:color w:val="0F6576"/>
          <w:sz w:val="28"/>
          <w:szCs w:val="28"/>
        </w:rPr>
      </w:pPr>
      <w:r>
        <w:rPr>
          <w:b/>
          <w:bCs/>
          <w:color w:val="0F6576"/>
          <w:sz w:val="28"/>
          <w:szCs w:val="28"/>
        </w:rPr>
        <w:t>Appendix B – Use of Gen AI in preparing case studies</w:t>
      </w:r>
    </w:p>
    <w:p w14:paraId="4A4CDF31" w14:textId="1CF905EA" w:rsidR="00871BF1" w:rsidRPr="00AA6682" w:rsidRDefault="00871BF1" w:rsidP="00871BF1">
      <w:pPr>
        <w:rPr>
          <w:rFonts w:ascii="Calibri Light" w:hAnsi="Calibri Light" w:cs="Calibri Light"/>
        </w:rPr>
      </w:pPr>
      <w:r w:rsidRPr="00AA6682">
        <w:rPr>
          <w:rFonts w:ascii="Calibri Light" w:hAnsi="Calibri Light" w:cs="Calibri Light"/>
        </w:rPr>
        <w:t xml:space="preserve">It is important to note that GenAI was used to generate draft case studies for each of the topics of interest. Therefore this Appendix details how Gen AI was used in order to be open and ethical about </w:t>
      </w:r>
      <w:proofErr w:type="spellStart"/>
      <w:r w:rsidRPr="00AA6682">
        <w:rPr>
          <w:rFonts w:ascii="Calibri Light" w:hAnsi="Calibri Light" w:cs="Calibri Light"/>
        </w:rPr>
        <w:t>it’s</w:t>
      </w:r>
      <w:proofErr w:type="spellEnd"/>
      <w:r w:rsidRPr="00AA6682">
        <w:rPr>
          <w:rFonts w:ascii="Calibri Light" w:hAnsi="Calibri Light" w:cs="Calibri Light"/>
        </w:rPr>
        <w:t xml:space="preserve"> use in this project. Fergy et al. (2011) describe a programme called APPL which looked at 7 aspects of academic integration required for students. </w:t>
      </w:r>
      <w:r w:rsidR="00AA6682" w:rsidRPr="00AA6682">
        <w:rPr>
          <w:rFonts w:ascii="Calibri Light" w:hAnsi="Calibri Light" w:cs="Calibri Light"/>
        </w:rPr>
        <w:t>One such topic was Establishing Good Study Skills as extracted here in Figure 1.</w:t>
      </w:r>
    </w:p>
    <w:p w14:paraId="305C878C" w14:textId="77777777" w:rsidR="00871BF1" w:rsidRPr="00AA6682" w:rsidRDefault="00871BF1" w:rsidP="00AA6682">
      <w:pPr>
        <w:jc w:val="center"/>
        <w:rPr>
          <w:rFonts w:ascii="Calibri Light" w:hAnsi="Calibri Light" w:cs="Calibri Light"/>
        </w:rPr>
      </w:pPr>
      <w:r w:rsidRPr="00AA6682">
        <w:rPr>
          <w:rFonts w:ascii="Calibri Light" w:hAnsi="Calibri Light" w:cs="Calibri Light"/>
          <w:noProof/>
        </w:rPr>
        <w:drawing>
          <wp:inline distT="0" distB="0" distL="0" distR="0" wp14:anchorId="7A75FAC1" wp14:editId="3FB27BA4">
            <wp:extent cx="4514850" cy="790575"/>
            <wp:effectExtent l="0" t="0" r="0" b="9525"/>
            <wp:docPr id="584411185" name="Picture 1" descr="A paper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11185" name="Picture 1" descr="A paper with text on it&#10;&#10;AI-generated content may be incorrect."/>
                    <pic:cNvPicPr/>
                  </pic:nvPicPr>
                  <pic:blipFill rotWithShape="1">
                    <a:blip r:embed="rId11"/>
                    <a:srcRect l="1403" t="1799" r="3594" b="83271"/>
                    <a:stretch>
                      <a:fillRect/>
                    </a:stretch>
                  </pic:blipFill>
                  <pic:spPr bwMode="auto">
                    <a:xfrm>
                      <a:off x="0" y="0"/>
                      <a:ext cx="4517166" cy="790981"/>
                    </a:xfrm>
                    <a:prstGeom prst="rect">
                      <a:avLst/>
                    </a:prstGeom>
                    <a:ln>
                      <a:noFill/>
                    </a:ln>
                    <a:extLst>
                      <a:ext uri="{53640926-AAD7-44D8-BBD7-CCE9431645EC}">
                        <a14:shadowObscured xmlns:a14="http://schemas.microsoft.com/office/drawing/2010/main"/>
                      </a:ext>
                    </a:extLst>
                  </pic:spPr>
                </pic:pic>
              </a:graphicData>
            </a:graphic>
          </wp:inline>
        </w:drawing>
      </w:r>
    </w:p>
    <w:p w14:paraId="14E2F6F1" w14:textId="79039461" w:rsidR="00AA6682" w:rsidRPr="00AA6682" w:rsidRDefault="00AA6682" w:rsidP="00AA6682">
      <w:pPr>
        <w:jc w:val="center"/>
        <w:rPr>
          <w:rFonts w:ascii="Calibri Light" w:hAnsi="Calibri Light" w:cs="Calibri Light"/>
        </w:rPr>
      </w:pPr>
      <w:r w:rsidRPr="00AA6682">
        <w:rPr>
          <w:rFonts w:ascii="Calibri Light" w:hAnsi="Calibri Light" w:cs="Calibri Light"/>
        </w:rPr>
        <w:t>Figure 1: Definition of Establishing Good Study Skills from Fergy et al., (2011, p. 117).</w:t>
      </w:r>
    </w:p>
    <w:p w14:paraId="0B46E438" w14:textId="19604979" w:rsidR="00871BF1" w:rsidRPr="00AA6682" w:rsidRDefault="00AA6682" w:rsidP="00871BF1">
      <w:pPr>
        <w:rPr>
          <w:rFonts w:ascii="Calibri Light" w:hAnsi="Calibri Light" w:cs="Calibri Light"/>
          <w:b/>
          <w:bCs/>
        </w:rPr>
      </w:pPr>
      <w:r w:rsidRPr="00AA6682">
        <w:rPr>
          <w:rFonts w:ascii="Calibri Light" w:hAnsi="Calibri Light" w:cs="Calibri Light"/>
          <w:b/>
          <w:bCs/>
        </w:rPr>
        <w:t xml:space="preserve">Step 1: </w:t>
      </w:r>
    </w:p>
    <w:p w14:paraId="39ADE454" w14:textId="5801894F" w:rsidR="00871BF1" w:rsidRPr="00AA6682" w:rsidRDefault="00871BF1" w:rsidP="00871BF1">
      <w:pPr>
        <w:rPr>
          <w:rFonts w:ascii="Calibri Light" w:hAnsi="Calibri Light" w:cs="Calibri Light"/>
        </w:rPr>
      </w:pPr>
      <w:r w:rsidRPr="00AA6682">
        <w:rPr>
          <w:rFonts w:ascii="Calibri Light" w:hAnsi="Calibri Light" w:cs="Calibri Light"/>
        </w:rPr>
        <w:t>First of all</w:t>
      </w:r>
      <w:r w:rsidR="00AA6682">
        <w:rPr>
          <w:rFonts w:ascii="Calibri Light" w:hAnsi="Calibri Light" w:cs="Calibri Light"/>
        </w:rPr>
        <w:t>, inspired by the Fergy et al., (2011) definition</w:t>
      </w:r>
      <w:r w:rsidRPr="00AA6682">
        <w:rPr>
          <w:rFonts w:ascii="Calibri Light" w:hAnsi="Calibri Light" w:cs="Calibri Light"/>
        </w:rPr>
        <w:t xml:space="preserve"> </w:t>
      </w:r>
      <w:r w:rsidR="00AA6682">
        <w:rPr>
          <w:rFonts w:ascii="Calibri Light" w:hAnsi="Calibri Light" w:cs="Calibri Light"/>
        </w:rPr>
        <w:t xml:space="preserve">we manually </w:t>
      </w:r>
      <w:proofErr w:type="spellStart"/>
      <w:r w:rsidRPr="00AA6682">
        <w:rPr>
          <w:rFonts w:ascii="Calibri Light" w:hAnsi="Calibri Light" w:cs="Calibri Light"/>
        </w:rPr>
        <w:t>summarised</w:t>
      </w:r>
      <w:proofErr w:type="spellEnd"/>
      <w:r w:rsidRPr="00AA6682">
        <w:rPr>
          <w:rFonts w:ascii="Calibri Light" w:hAnsi="Calibri Light" w:cs="Calibri Light"/>
        </w:rPr>
        <w:t xml:space="preserve"> </w:t>
      </w:r>
      <w:r w:rsidR="00AA6682">
        <w:rPr>
          <w:rFonts w:ascii="Calibri Light" w:hAnsi="Calibri Light" w:cs="Calibri Light"/>
        </w:rPr>
        <w:t>the</w:t>
      </w:r>
      <w:r w:rsidRPr="00AA6682">
        <w:rPr>
          <w:rFonts w:ascii="Calibri Light" w:hAnsi="Calibri Light" w:cs="Calibri Light"/>
        </w:rPr>
        <w:t xml:space="preserve"> topic into bullet points with action verbs</w:t>
      </w:r>
      <w:r w:rsidR="00AA6682">
        <w:rPr>
          <w:rFonts w:ascii="Calibri Light" w:hAnsi="Calibri Light" w:cs="Calibri Light"/>
        </w:rPr>
        <w:t>. We used action verbs</w:t>
      </w:r>
      <w:r w:rsidRPr="00AA6682">
        <w:rPr>
          <w:rFonts w:ascii="Calibri Light" w:hAnsi="Calibri Light" w:cs="Calibri Light"/>
        </w:rPr>
        <w:t xml:space="preserve"> </w:t>
      </w:r>
      <w:r w:rsidR="00AA6682">
        <w:rPr>
          <w:rFonts w:ascii="Calibri Light" w:hAnsi="Calibri Light" w:cs="Calibri Light"/>
        </w:rPr>
        <w:t xml:space="preserve">to align with potential learning outcomes. </w:t>
      </w:r>
      <w:r w:rsidRPr="00AA6682">
        <w:rPr>
          <w:rFonts w:ascii="Calibri Light" w:hAnsi="Calibri Light" w:cs="Calibri Light"/>
        </w:rPr>
        <w:t xml:space="preserve"> </w:t>
      </w:r>
    </w:p>
    <w:p w14:paraId="5F1D35E4" w14:textId="77777777" w:rsidR="00871BF1" w:rsidRPr="00AA6682" w:rsidRDefault="00871BF1" w:rsidP="00871BF1">
      <w:pPr>
        <w:rPr>
          <w:rFonts w:ascii="Calibri Light" w:hAnsi="Calibri Light" w:cs="Calibri Light"/>
        </w:rPr>
      </w:pPr>
      <w:r w:rsidRPr="00AA6682">
        <w:rPr>
          <w:rFonts w:ascii="Calibri Light" w:hAnsi="Calibri Light" w:cs="Calibri Light"/>
        </w:rPr>
        <w:t>For example, Establishing good study skills.</w:t>
      </w:r>
    </w:p>
    <w:p w14:paraId="7EA961B0"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AA6682">
        <w:rPr>
          <w:rFonts w:ascii="Calibri Light" w:hAnsi="Calibri Light" w:cs="Calibri Light"/>
          <w:lang w:val="en-GB"/>
        </w:rPr>
        <w:lastRenderedPageBreak/>
        <w:t xml:space="preserve">Create </w:t>
      </w:r>
      <w:r w:rsidRPr="00D860EE">
        <w:rPr>
          <w:rFonts w:ascii="Calibri Light" w:hAnsi="Calibri Light" w:cs="Calibri Light"/>
          <w:lang w:val="en-GB"/>
        </w:rPr>
        <w:t xml:space="preserve">learning strategies early to support </w:t>
      </w:r>
      <w:r w:rsidRPr="00AA6682">
        <w:rPr>
          <w:rFonts w:ascii="Calibri Light" w:hAnsi="Calibri Light" w:cs="Calibri Light"/>
          <w:lang w:val="en-GB"/>
        </w:rPr>
        <w:t xml:space="preserve">your </w:t>
      </w:r>
      <w:r w:rsidRPr="00D860EE">
        <w:rPr>
          <w:rFonts w:ascii="Calibri Light" w:hAnsi="Calibri Light" w:cs="Calibri Light"/>
          <w:lang w:val="en-GB"/>
        </w:rPr>
        <w:t>future academic success.</w:t>
      </w:r>
    </w:p>
    <w:p w14:paraId="4315926D"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D860EE">
        <w:rPr>
          <w:rFonts w:ascii="Calibri Light" w:hAnsi="Calibri Light" w:cs="Calibri Light"/>
          <w:lang w:val="en-GB"/>
        </w:rPr>
        <w:t xml:space="preserve">Reflect on how you learn best and what </w:t>
      </w:r>
      <w:r w:rsidRPr="00AA6682">
        <w:rPr>
          <w:rFonts w:ascii="Calibri Light" w:hAnsi="Calibri Light" w:cs="Calibri Light"/>
          <w:lang w:val="en-GB"/>
        </w:rPr>
        <w:t xml:space="preserve">helps </w:t>
      </w:r>
      <w:r w:rsidRPr="00D860EE">
        <w:rPr>
          <w:rFonts w:ascii="Calibri Light" w:hAnsi="Calibri Light" w:cs="Calibri Light"/>
          <w:lang w:val="en-GB"/>
        </w:rPr>
        <w:t>your understanding.</w:t>
      </w:r>
    </w:p>
    <w:p w14:paraId="2D9F323F"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AA6682">
        <w:rPr>
          <w:rFonts w:ascii="Calibri Light" w:hAnsi="Calibri Light" w:cs="Calibri Light"/>
          <w:lang w:val="en-GB"/>
        </w:rPr>
        <w:t xml:space="preserve">Appreciate the difference between </w:t>
      </w:r>
      <w:r w:rsidRPr="00D860EE">
        <w:rPr>
          <w:rFonts w:ascii="Calibri Light" w:hAnsi="Calibri Light" w:cs="Calibri Light"/>
          <w:lang w:val="en-GB"/>
        </w:rPr>
        <w:t xml:space="preserve">memorising facts and </w:t>
      </w:r>
      <w:r w:rsidRPr="00AA6682">
        <w:rPr>
          <w:rFonts w:ascii="Calibri Light" w:hAnsi="Calibri Light" w:cs="Calibri Light"/>
          <w:lang w:val="en-GB"/>
        </w:rPr>
        <w:t xml:space="preserve">actually learning </w:t>
      </w:r>
      <w:r w:rsidRPr="00D860EE">
        <w:rPr>
          <w:rFonts w:ascii="Calibri Light" w:hAnsi="Calibri Light" w:cs="Calibri Light"/>
          <w:lang w:val="en-GB"/>
        </w:rPr>
        <w:t>concepts.</w:t>
      </w:r>
      <w:r w:rsidRPr="00AA6682">
        <w:rPr>
          <w:rFonts w:ascii="Calibri Light" w:hAnsi="Calibri Light" w:cs="Calibri Light"/>
          <w:lang w:val="en-GB"/>
        </w:rPr>
        <w:t xml:space="preserve"> This is sometimes called surface learning and deep learning.</w:t>
      </w:r>
    </w:p>
    <w:p w14:paraId="4F575BC6"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AA6682">
        <w:rPr>
          <w:rFonts w:ascii="Calibri Light" w:hAnsi="Calibri Light" w:cs="Calibri Light"/>
          <w:lang w:val="en-GB"/>
        </w:rPr>
        <w:t>Realise when you need help and ask for guidance</w:t>
      </w:r>
    </w:p>
    <w:p w14:paraId="6568A04E"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D860EE">
        <w:rPr>
          <w:rFonts w:ascii="Calibri Light" w:hAnsi="Calibri Light" w:cs="Calibri Light"/>
          <w:lang w:val="en-GB"/>
        </w:rPr>
        <w:t>Read widely</w:t>
      </w:r>
      <w:r w:rsidRPr="00AA6682">
        <w:rPr>
          <w:rFonts w:ascii="Calibri Light" w:hAnsi="Calibri Light" w:cs="Calibri Light"/>
          <w:lang w:val="en-GB"/>
        </w:rPr>
        <w:t>, including n</w:t>
      </w:r>
      <w:r w:rsidRPr="00D860EE">
        <w:rPr>
          <w:rFonts w:ascii="Calibri Light" w:hAnsi="Calibri Light" w:cs="Calibri Light"/>
          <w:lang w:val="en-GB"/>
        </w:rPr>
        <w:t xml:space="preserve">ewspapers, academic journals, and </w:t>
      </w:r>
      <w:r w:rsidRPr="00AA6682">
        <w:rPr>
          <w:rFonts w:ascii="Calibri Light" w:hAnsi="Calibri Light" w:cs="Calibri Light"/>
          <w:lang w:val="en-GB"/>
        </w:rPr>
        <w:t xml:space="preserve">formal </w:t>
      </w:r>
      <w:r w:rsidRPr="00D860EE">
        <w:rPr>
          <w:rFonts w:ascii="Calibri Light" w:hAnsi="Calibri Light" w:cs="Calibri Light"/>
          <w:lang w:val="en-GB"/>
        </w:rPr>
        <w:t>reports</w:t>
      </w:r>
      <w:r w:rsidRPr="00AA6682">
        <w:rPr>
          <w:rFonts w:ascii="Calibri Light" w:hAnsi="Calibri Light" w:cs="Calibri Light"/>
          <w:lang w:val="en-GB"/>
        </w:rPr>
        <w:t xml:space="preserve"> to help you appreciate a b</w:t>
      </w:r>
      <w:r w:rsidRPr="00D860EE">
        <w:rPr>
          <w:rFonts w:ascii="Calibri Light" w:hAnsi="Calibri Light" w:cs="Calibri Light"/>
          <w:lang w:val="en-GB"/>
        </w:rPr>
        <w:t>roade</w:t>
      </w:r>
      <w:r w:rsidRPr="00AA6682">
        <w:rPr>
          <w:rFonts w:ascii="Calibri Light" w:hAnsi="Calibri Light" w:cs="Calibri Light"/>
          <w:lang w:val="en-GB"/>
        </w:rPr>
        <w:t>r</w:t>
      </w:r>
      <w:r w:rsidRPr="00D860EE">
        <w:rPr>
          <w:rFonts w:ascii="Calibri Light" w:hAnsi="Calibri Light" w:cs="Calibri Light"/>
          <w:lang w:val="en-GB"/>
        </w:rPr>
        <w:t xml:space="preserve"> perspective.</w:t>
      </w:r>
    </w:p>
    <w:p w14:paraId="79DAC752" w14:textId="77777777" w:rsidR="00871BF1" w:rsidRPr="00AA6682" w:rsidRDefault="00871BF1" w:rsidP="00AA6682">
      <w:pPr>
        <w:numPr>
          <w:ilvl w:val="0"/>
          <w:numId w:val="24"/>
        </w:numPr>
        <w:spacing w:after="0" w:line="259" w:lineRule="auto"/>
        <w:rPr>
          <w:rFonts w:ascii="Calibri Light" w:hAnsi="Calibri Light" w:cs="Calibri Light"/>
          <w:lang w:val="en-GB"/>
        </w:rPr>
      </w:pPr>
      <w:r w:rsidRPr="00AA6682">
        <w:rPr>
          <w:rFonts w:ascii="Calibri Light" w:hAnsi="Calibri Light" w:cs="Calibri Light"/>
          <w:lang w:val="en-GB"/>
        </w:rPr>
        <w:t xml:space="preserve">Assess or Reflect on your preferred learning style, Visual, Aural, Read/Write or Kinaesthetic (online tools are available: </w:t>
      </w:r>
      <w:hyperlink r:id="rId12" w:history="1">
        <w:r w:rsidRPr="00AA6682">
          <w:rPr>
            <w:rStyle w:val="Hyperlink"/>
            <w:rFonts w:ascii="Calibri Light" w:hAnsi="Calibri Light" w:cs="Calibri Light"/>
            <w:lang w:val="en-GB"/>
          </w:rPr>
          <w:t>https://vark-learn.com/</w:t>
        </w:r>
      </w:hyperlink>
      <w:r w:rsidRPr="00AA6682">
        <w:rPr>
          <w:rFonts w:ascii="Calibri Light" w:hAnsi="Calibri Light" w:cs="Calibri Light"/>
          <w:lang w:val="en-GB"/>
        </w:rPr>
        <w:t>)</w:t>
      </w:r>
    </w:p>
    <w:p w14:paraId="591D7FB6"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AA6682">
        <w:rPr>
          <w:rFonts w:ascii="Calibri Light" w:hAnsi="Calibri Light" w:cs="Calibri Light"/>
          <w:lang w:val="en-GB"/>
        </w:rPr>
        <w:t>Use your preferred learning style to access learning materials.</w:t>
      </w:r>
    </w:p>
    <w:p w14:paraId="5BB94ABF" w14:textId="77777777" w:rsidR="00871BF1" w:rsidRPr="00D860EE" w:rsidRDefault="00871BF1" w:rsidP="00AA6682">
      <w:pPr>
        <w:numPr>
          <w:ilvl w:val="0"/>
          <w:numId w:val="24"/>
        </w:numPr>
        <w:spacing w:after="0" w:line="259" w:lineRule="auto"/>
        <w:rPr>
          <w:rFonts w:ascii="Calibri Light" w:hAnsi="Calibri Light" w:cs="Calibri Light"/>
          <w:lang w:val="en-GB"/>
        </w:rPr>
      </w:pPr>
      <w:r w:rsidRPr="00D860EE">
        <w:rPr>
          <w:rFonts w:ascii="Calibri Light" w:hAnsi="Calibri Light" w:cs="Calibri Light"/>
          <w:lang w:val="en-GB"/>
        </w:rPr>
        <w:t xml:space="preserve">Set </w:t>
      </w:r>
      <w:r w:rsidRPr="00AA6682">
        <w:rPr>
          <w:rFonts w:ascii="Calibri Light" w:hAnsi="Calibri Light" w:cs="Calibri Light"/>
          <w:lang w:val="en-GB"/>
        </w:rPr>
        <w:t xml:space="preserve">short, medium and long terms goals </w:t>
      </w:r>
      <w:r w:rsidRPr="00D860EE">
        <w:rPr>
          <w:rFonts w:ascii="Calibri Light" w:hAnsi="Calibri Light" w:cs="Calibri Light"/>
          <w:lang w:val="en-GB"/>
        </w:rPr>
        <w:t xml:space="preserve">and track </w:t>
      </w:r>
      <w:r w:rsidRPr="00AA6682">
        <w:rPr>
          <w:rFonts w:ascii="Calibri Light" w:hAnsi="Calibri Light" w:cs="Calibri Light"/>
          <w:lang w:val="en-GB"/>
        </w:rPr>
        <w:t xml:space="preserve">your </w:t>
      </w:r>
      <w:r w:rsidRPr="00D860EE">
        <w:rPr>
          <w:rFonts w:ascii="Calibri Light" w:hAnsi="Calibri Light" w:cs="Calibri Light"/>
          <w:lang w:val="en-GB"/>
        </w:rPr>
        <w:t>progress regularly.</w:t>
      </w:r>
    </w:p>
    <w:p w14:paraId="78F3E0B8" w14:textId="77777777" w:rsidR="00AA6682" w:rsidRDefault="00AA6682" w:rsidP="00AA6682">
      <w:pPr>
        <w:rPr>
          <w:rFonts w:ascii="Calibri Light" w:hAnsi="Calibri Light" w:cs="Calibri Light"/>
          <w:b/>
          <w:bCs/>
        </w:rPr>
      </w:pPr>
    </w:p>
    <w:p w14:paraId="4B7C1ACC" w14:textId="2192EF74" w:rsidR="00AA6682" w:rsidRPr="00AA6682" w:rsidRDefault="00AA6682" w:rsidP="00AA6682">
      <w:pPr>
        <w:rPr>
          <w:rFonts w:ascii="Calibri Light" w:hAnsi="Calibri Light" w:cs="Calibri Light"/>
          <w:b/>
          <w:bCs/>
        </w:rPr>
      </w:pPr>
      <w:r w:rsidRPr="00AA6682">
        <w:rPr>
          <w:rFonts w:ascii="Calibri Light" w:hAnsi="Calibri Light" w:cs="Calibri Light"/>
          <w:b/>
          <w:bCs/>
        </w:rPr>
        <w:t xml:space="preserve">Step </w:t>
      </w:r>
      <w:r>
        <w:rPr>
          <w:rFonts w:ascii="Calibri Light" w:hAnsi="Calibri Light" w:cs="Calibri Light"/>
          <w:b/>
          <w:bCs/>
        </w:rPr>
        <w:t>2</w:t>
      </w:r>
      <w:r w:rsidRPr="00AA6682">
        <w:rPr>
          <w:rFonts w:ascii="Calibri Light" w:hAnsi="Calibri Light" w:cs="Calibri Light"/>
          <w:b/>
          <w:bCs/>
        </w:rPr>
        <w:t xml:space="preserve">: </w:t>
      </w:r>
    </w:p>
    <w:p w14:paraId="2B1F04DE" w14:textId="1155BAEA" w:rsidR="00871BF1" w:rsidRPr="00AA6682" w:rsidRDefault="00AA6682" w:rsidP="00871BF1">
      <w:pPr>
        <w:rPr>
          <w:rFonts w:ascii="Calibri Light" w:hAnsi="Calibri Light" w:cs="Calibri Light"/>
          <w:lang w:val="en-GB"/>
        </w:rPr>
      </w:pPr>
      <w:r>
        <w:rPr>
          <w:rFonts w:ascii="Calibri Light" w:hAnsi="Calibri Light" w:cs="Calibri Light"/>
          <w:lang w:val="en-GB"/>
        </w:rPr>
        <w:t xml:space="preserve">We then instructed Microsoft </w:t>
      </w:r>
      <w:proofErr w:type="spellStart"/>
      <w:r>
        <w:rPr>
          <w:rFonts w:ascii="Calibri Light" w:hAnsi="Calibri Light" w:cs="Calibri Light"/>
          <w:lang w:val="en-GB"/>
        </w:rPr>
        <w:t>c</w:t>
      </w:r>
      <w:r w:rsidR="00871BF1" w:rsidRPr="00AA6682">
        <w:rPr>
          <w:rFonts w:ascii="Calibri Light" w:hAnsi="Calibri Light" w:cs="Calibri Light"/>
          <w:lang w:val="en-GB"/>
        </w:rPr>
        <w:t>o pilot</w:t>
      </w:r>
      <w:proofErr w:type="spellEnd"/>
      <w:r w:rsidR="00871BF1" w:rsidRPr="00AA6682">
        <w:rPr>
          <w:rFonts w:ascii="Calibri Light" w:hAnsi="Calibri Light" w:cs="Calibri Light"/>
          <w:lang w:val="en-GB"/>
        </w:rPr>
        <w:t xml:space="preserve"> (</w:t>
      </w:r>
      <w:r>
        <w:rPr>
          <w:rFonts w:ascii="Calibri Light" w:hAnsi="Calibri Light" w:cs="Calibri Light"/>
          <w:lang w:val="en-GB"/>
        </w:rPr>
        <w:t xml:space="preserve">used within our University network) to create stories related to the bullet points noted above. Our prompt was: </w:t>
      </w:r>
    </w:p>
    <w:p w14:paraId="600A878C" w14:textId="77777777" w:rsidR="00871BF1" w:rsidRPr="00AA6682" w:rsidRDefault="00871BF1" w:rsidP="00871BF1">
      <w:pPr>
        <w:rPr>
          <w:rFonts w:ascii="Calibri Light" w:hAnsi="Calibri Light" w:cs="Calibri Light"/>
          <w:i/>
          <w:iCs/>
          <w:color w:val="3071C3" w:themeColor="text2" w:themeTint="BF"/>
          <w:lang w:val="en-GB"/>
        </w:rPr>
      </w:pPr>
      <w:r w:rsidRPr="00AA6682">
        <w:rPr>
          <w:rFonts w:ascii="Calibri Light" w:hAnsi="Calibri Light" w:cs="Calibri Light"/>
          <w:i/>
          <w:iCs/>
          <w:color w:val="3071C3" w:themeColor="text2" w:themeTint="BF"/>
        </w:rPr>
        <w:t>“</w:t>
      </w:r>
      <w:r w:rsidRPr="00AA6682">
        <w:rPr>
          <w:rFonts w:ascii="Calibri Light" w:hAnsi="Calibri Light" w:cs="Calibri Light"/>
          <w:i/>
          <w:iCs/>
          <w:color w:val="3071C3" w:themeColor="text2" w:themeTint="BF"/>
          <w:lang w:val="en-IE"/>
        </w:rPr>
        <w:t>Using the bullet points described in this topic, create three stories of students who are having difficulty in some of these aspects. Just describe what is happening to the students and how they are feeling, do not offer solutions. Each story should be approximately 5 sentences long. Place the story contextually in an engineering degree with first year students. Here is the topic:</w:t>
      </w:r>
      <w:r w:rsidRPr="00AA6682">
        <w:rPr>
          <w:rFonts w:ascii="Calibri Light" w:hAnsi="Calibri Light" w:cs="Calibri Light"/>
          <w:i/>
          <w:iCs/>
          <w:color w:val="3071C3" w:themeColor="text2" w:themeTint="BF"/>
        </w:rPr>
        <w:t>”</w:t>
      </w:r>
    </w:p>
    <w:p w14:paraId="0EFEE9F8" w14:textId="77777777" w:rsidR="00871BF1" w:rsidRPr="00AA6682" w:rsidRDefault="00871BF1" w:rsidP="00871BF1">
      <w:pPr>
        <w:rPr>
          <w:rFonts w:ascii="Calibri Light" w:hAnsi="Calibri Light" w:cs="Calibri Light"/>
          <w:lang w:val="en-GB"/>
        </w:rPr>
      </w:pPr>
      <w:r w:rsidRPr="00AA6682">
        <w:rPr>
          <w:rFonts w:ascii="Calibri Light" w:hAnsi="Calibri Light" w:cs="Calibri Light"/>
          <w:lang w:val="en-GB"/>
        </w:rPr>
        <w:t>This was the response:</w:t>
      </w:r>
    </w:p>
    <w:p w14:paraId="646275FB"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color w:val="31849B" w:themeColor="accent5" w:themeShade="BF"/>
          <w:lang w:val="en-GB"/>
        </w:rPr>
        <w:t>Here are three short stories of first-year engineering students who are struggling with aspects of establishing good study skills:</w:t>
      </w:r>
    </w:p>
    <w:p w14:paraId="30550270" w14:textId="77777777" w:rsidR="00871BF1" w:rsidRPr="00442325" w:rsidRDefault="00000000" w:rsidP="00871BF1">
      <w:pPr>
        <w:spacing w:after="16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5AF5E2BA">
          <v:rect id="_x0000_i1031" style="width:0;height:1.5pt" o:hralign="center" o:hrstd="t" o:hr="t" fillcolor="#a0a0a0" stroked="f"/>
        </w:pict>
      </w:r>
    </w:p>
    <w:p w14:paraId="484B5DE0"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1. Story: Confused by Learning Strategies</w:t>
      </w:r>
      <w:r w:rsidRPr="00442325">
        <w:rPr>
          <w:rFonts w:ascii="Calibri Light" w:hAnsi="Calibri Light" w:cs="Calibri Light"/>
          <w:color w:val="31849B" w:themeColor="accent5" w:themeShade="BF"/>
          <w:lang w:val="en-GB"/>
        </w:rPr>
        <w:br/>
        <w:t>Liam entered his engineering course with enthusiasm but quickly became overwhelmed by the volume of material. He tries to memorise formulas and definitions, but during exams, he realises he doesn’t truly understand how to apply them. His notes are scattered, and he hasn’t developed any consistent study routine. He feels frustrated when his efforts don’t translate into good grades. Liam is starting to doubt whether he’s approaching learning the right way.</w:t>
      </w:r>
    </w:p>
    <w:p w14:paraId="0E5D3664" w14:textId="77777777" w:rsidR="00871BF1" w:rsidRPr="00442325" w:rsidRDefault="00000000" w:rsidP="00871BF1">
      <w:pPr>
        <w:spacing w:after="16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2607E29F">
          <v:rect id="_x0000_i1032" style="width:0;height:1.5pt" o:hralign="center" o:hrstd="t" o:hr="t" fillcolor="#a0a0a0" stroked="f"/>
        </w:pict>
      </w:r>
    </w:p>
    <w:p w14:paraId="28FC4FE7"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2. Story: Misaligned Learning Style</w:t>
      </w:r>
      <w:r w:rsidRPr="00442325">
        <w:rPr>
          <w:rFonts w:ascii="Calibri Light" w:hAnsi="Calibri Light" w:cs="Calibri Light"/>
          <w:color w:val="31849B" w:themeColor="accent5" w:themeShade="BF"/>
          <w:lang w:val="en-GB"/>
        </w:rPr>
        <w:br/>
        <w:t xml:space="preserve">Saoirse prefers visual learning, but most of her engineering lectures rely heavily on spoken explanations and dense written slides. She struggles to stay focused and often leaves class feeling more confused than when she arrived. Despite re-reading the textbook, she finds it hard to grasp </w:t>
      </w:r>
      <w:r w:rsidRPr="00442325">
        <w:rPr>
          <w:rFonts w:ascii="Calibri Light" w:hAnsi="Calibri Light" w:cs="Calibri Light"/>
          <w:color w:val="31849B" w:themeColor="accent5" w:themeShade="BF"/>
          <w:lang w:val="en-GB"/>
        </w:rPr>
        <w:lastRenderedPageBreak/>
        <w:t>key concepts without diagrams or models. Her confidence is slowly eroding, and she feels disconnected from the material. Saoirse wonders if she’s just not cut out for this kind of learning.</w:t>
      </w:r>
    </w:p>
    <w:p w14:paraId="729225E2" w14:textId="77777777" w:rsidR="00871BF1" w:rsidRPr="00442325" w:rsidRDefault="00000000" w:rsidP="00871BF1">
      <w:pPr>
        <w:spacing w:after="16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178DBA91">
          <v:rect id="_x0000_i1033" style="width:0;height:1.5pt" o:hralign="center" o:hrstd="t" o:hr="t" fillcolor="#a0a0a0" stroked="f"/>
        </w:pict>
      </w:r>
    </w:p>
    <w:p w14:paraId="6BC44E8D"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3. Story: Avoiding Help and Losing Direction</w:t>
      </w:r>
      <w:r w:rsidRPr="00442325">
        <w:rPr>
          <w:rFonts w:ascii="Calibri Light" w:hAnsi="Calibri Light" w:cs="Calibri Light"/>
          <w:color w:val="31849B" w:themeColor="accent5" w:themeShade="BF"/>
          <w:lang w:val="en-GB"/>
        </w:rPr>
        <w:br/>
        <w:t>Ethan has been falling behind in his engineering modules but keeps telling himself he’ll catch up eventually. He’s unsure how to set goals or track his progress, and he avoids asking for help because he doesn’t want to seem incapable. His notes are incomplete, and he rarely reviews past material, hoping things will make sense later. As deadlines pile up, he feels increasingly anxious and isolated. Ethan is beginning to feel lost in a system he doesn’t know how to navigate.</w:t>
      </w:r>
    </w:p>
    <w:p w14:paraId="65067660" w14:textId="77777777" w:rsidR="00871BF1" w:rsidRPr="00442325" w:rsidRDefault="00000000" w:rsidP="00871BF1">
      <w:pPr>
        <w:spacing w:after="16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333B071F">
          <v:rect id="_x0000_i1034" style="width:0;height:1.5pt" o:hralign="center" o:hrstd="t" o:hr="t" fillcolor="#a0a0a0" stroked="f"/>
        </w:pict>
      </w:r>
    </w:p>
    <w:p w14:paraId="43F82428"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color w:val="31849B" w:themeColor="accent5" w:themeShade="BF"/>
          <w:lang w:val="en-GB"/>
        </w:rPr>
        <w:t>Would you like these stories formatted for use in a workshop, student handbook, or another context?</w:t>
      </w:r>
    </w:p>
    <w:p w14:paraId="1864B482" w14:textId="088DB5F9" w:rsidR="00AA6682" w:rsidRPr="00AA6682" w:rsidRDefault="00AA6682" w:rsidP="00AA6682">
      <w:pPr>
        <w:rPr>
          <w:rFonts w:ascii="Calibri Light" w:hAnsi="Calibri Light" w:cs="Calibri Light"/>
          <w:b/>
          <w:bCs/>
        </w:rPr>
      </w:pPr>
      <w:r w:rsidRPr="00AA6682">
        <w:rPr>
          <w:rFonts w:ascii="Calibri Light" w:hAnsi="Calibri Light" w:cs="Calibri Light"/>
          <w:b/>
          <w:bCs/>
        </w:rPr>
        <w:t xml:space="preserve">Step </w:t>
      </w:r>
      <w:r>
        <w:rPr>
          <w:rFonts w:ascii="Calibri Light" w:hAnsi="Calibri Light" w:cs="Calibri Light"/>
          <w:b/>
          <w:bCs/>
        </w:rPr>
        <w:t>3</w:t>
      </w:r>
      <w:r w:rsidRPr="00AA6682">
        <w:rPr>
          <w:rFonts w:ascii="Calibri Light" w:hAnsi="Calibri Light" w:cs="Calibri Light"/>
          <w:b/>
          <w:bCs/>
        </w:rPr>
        <w:t xml:space="preserve">: </w:t>
      </w:r>
    </w:p>
    <w:p w14:paraId="0E2BBF99" w14:textId="62558BBC" w:rsidR="00871BF1" w:rsidRPr="00AA6682" w:rsidRDefault="00AA6682" w:rsidP="00871BF1">
      <w:pPr>
        <w:rPr>
          <w:rFonts w:ascii="Calibri Light" w:hAnsi="Calibri Light" w:cs="Calibri Light"/>
          <w:lang w:val="en-GB"/>
        </w:rPr>
      </w:pPr>
      <w:r>
        <w:rPr>
          <w:rFonts w:ascii="Calibri Light" w:hAnsi="Calibri Light" w:cs="Calibri Light"/>
          <w:lang w:val="en-GB"/>
        </w:rPr>
        <w:t xml:space="preserve">We then </w:t>
      </w:r>
      <w:r w:rsidR="00871BF1" w:rsidRPr="00AA6682">
        <w:rPr>
          <w:rFonts w:ascii="Calibri Light" w:hAnsi="Calibri Light" w:cs="Calibri Light"/>
          <w:lang w:val="en-GB"/>
        </w:rPr>
        <w:t>asked co-pilot</w:t>
      </w:r>
      <w:r>
        <w:rPr>
          <w:rFonts w:ascii="Calibri Light" w:hAnsi="Calibri Light" w:cs="Calibri Light"/>
          <w:lang w:val="en-GB"/>
        </w:rPr>
        <w:t xml:space="preserve"> to suggest actionable items to address the challenges. Our prompt was</w:t>
      </w:r>
      <w:r w:rsidR="00871BF1" w:rsidRPr="00AA6682">
        <w:rPr>
          <w:rFonts w:ascii="Calibri Light" w:hAnsi="Calibri Light" w:cs="Calibri Light"/>
          <w:lang w:val="en-GB"/>
        </w:rPr>
        <w:t xml:space="preserve">: </w:t>
      </w:r>
    </w:p>
    <w:p w14:paraId="3F6202A2" w14:textId="77777777" w:rsidR="00871BF1" w:rsidRPr="00B349B2" w:rsidRDefault="00871BF1" w:rsidP="00871BF1">
      <w:pPr>
        <w:rPr>
          <w:rFonts w:ascii="Calibri Light" w:hAnsi="Calibri Light" w:cs="Calibri Light"/>
          <w:i/>
          <w:iCs/>
          <w:color w:val="548DD4" w:themeColor="text2" w:themeTint="99"/>
          <w:lang w:val="en-GB"/>
        </w:rPr>
      </w:pPr>
      <w:r w:rsidRPr="00B349B2">
        <w:rPr>
          <w:rFonts w:ascii="Calibri Light" w:hAnsi="Calibri Light" w:cs="Calibri Light"/>
          <w:i/>
          <w:iCs/>
          <w:color w:val="548DD4" w:themeColor="text2" w:themeTint="99"/>
        </w:rPr>
        <w:t>“</w:t>
      </w:r>
      <w:r w:rsidRPr="00B349B2">
        <w:rPr>
          <w:rFonts w:ascii="Calibri Light" w:hAnsi="Calibri Light" w:cs="Calibri Light"/>
          <w:i/>
          <w:iCs/>
          <w:color w:val="548DD4" w:themeColor="text2" w:themeTint="99"/>
          <w:lang w:val="en-IE"/>
        </w:rPr>
        <w:t>Now provide easy actionable items for each of the stories to help engineering students overcome these challenges</w:t>
      </w:r>
      <w:r w:rsidRPr="00B349B2">
        <w:rPr>
          <w:rFonts w:ascii="Calibri Light" w:hAnsi="Calibri Light" w:cs="Calibri Light"/>
          <w:i/>
          <w:iCs/>
          <w:color w:val="548DD4" w:themeColor="text2" w:themeTint="99"/>
        </w:rPr>
        <w:t>”</w:t>
      </w:r>
    </w:p>
    <w:p w14:paraId="507EBAE5" w14:textId="77777777" w:rsidR="00B349B2" w:rsidRDefault="00B349B2" w:rsidP="00871BF1">
      <w:pPr>
        <w:rPr>
          <w:rFonts w:ascii="Calibri Light" w:hAnsi="Calibri Light" w:cs="Calibri Light"/>
          <w:lang w:val="en-GB"/>
        </w:rPr>
      </w:pPr>
    </w:p>
    <w:p w14:paraId="055BE276" w14:textId="77777777" w:rsidR="00B349B2" w:rsidRDefault="00B349B2" w:rsidP="00871BF1">
      <w:pPr>
        <w:rPr>
          <w:rFonts w:ascii="Calibri Light" w:hAnsi="Calibri Light" w:cs="Calibri Light"/>
          <w:lang w:val="en-GB"/>
        </w:rPr>
      </w:pPr>
    </w:p>
    <w:p w14:paraId="1F3E1E32" w14:textId="77777777" w:rsidR="00B349B2" w:rsidRDefault="00B349B2" w:rsidP="00871BF1">
      <w:pPr>
        <w:rPr>
          <w:rFonts w:ascii="Calibri Light" w:hAnsi="Calibri Light" w:cs="Calibri Light"/>
          <w:lang w:val="en-GB"/>
        </w:rPr>
      </w:pPr>
    </w:p>
    <w:p w14:paraId="2E0BE794" w14:textId="310B72C1" w:rsidR="00871BF1" w:rsidRPr="00AA6682" w:rsidRDefault="00871BF1" w:rsidP="00871BF1">
      <w:pPr>
        <w:rPr>
          <w:rFonts w:ascii="Calibri Light" w:hAnsi="Calibri Light" w:cs="Calibri Light"/>
          <w:lang w:val="en-GB"/>
        </w:rPr>
      </w:pPr>
      <w:r w:rsidRPr="00AA6682">
        <w:rPr>
          <w:rFonts w:ascii="Calibri Light" w:hAnsi="Calibri Light" w:cs="Calibri Light"/>
          <w:lang w:val="en-GB"/>
        </w:rPr>
        <w:t xml:space="preserve">And the response was: </w:t>
      </w:r>
    </w:p>
    <w:p w14:paraId="19BFF3BB" w14:textId="77777777" w:rsidR="00871BF1" w:rsidRPr="00442325" w:rsidRDefault="00871BF1" w:rsidP="00871BF1">
      <w:pPr>
        <w:spacing w:after="160" w:line="259" w:lineRule="auto"/>
        <w:rPr>
          <w:rFonts w:ascii="Calibri Light" w:hAnsi="Calibri Light" w:cs="Calibri Light"/>
          <w:color w:val="31849B" w:themeColor="accent5" w:themeShade="BF"/>
          <w:lang w:val="en-GB"/>
        </w:rPr>
      </w:pPr>
      <w:r w:rsidRPr="00442325">
        <w:rPr>
          <w:rFonts w:ascii="Calibri Light" w:hAnsi="Calibri Light" w:cs="Calibri Light"/>
          <w:color w:val="31849B" w:themeColor="accent5" w:themeShade="BF"/>
          <w:lang w:val="en-GB"/>
        </w:rPr>
        <w:t xml:space="preserve">Here are </w:t>
      </w:r>
      <w:r w:rsidRPr="00442325">
        <w:rPr>
          <w:rFonts w:ascii="Calibri Light" w:hAnsi="Calibri Light" w:cs="Calibri Light"/>
          <w:b/>
          <w:bCs/>
          <w:color w:val="31849B" w:themeColor="accent5" w:themeShade="BF"/>
          <w:lang w:val="en-GB"/>
        </w:rPr>
        <w:t>easy, actionable items</w:t>
      </w:r>
      <w:r w:rsidRPr="00442325">
        <w:rPr>
          <w:rFonts w:ascii="Calibri Light" w:hAnsi="Calibri Light" w:cs="Calibri Light"/>
          <w:color w:val="31849B" w:themeColor="accent5" w:themeShade="BF"/>
          <w:lang w:val="en-GB"/>
        </w:rPr>
        <w:t xml:space="preserve"> tailored to each student’s story to help first-year engineering students overcome their challenges with study skills:</w:t>
      </w:r>
    </w:p>
    <w:p w14:paraId="73F6140A" w14:textId="77777777" w:rsidR="00871BF1" w:rsidRPr="00442325" w:rsidRDefault="00000000" w:rsidP="00871BF1">
      <w:pPr>
        <w:spacing w:after="16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7A8CFDCF">
          <v:rect id="_x0000_i1035" style="width:0;height:1.5pt" o:hralign="center" o:hrstd="t" o:hr="t" fillcolor="#a0a0a0" stroked="f"/>
        </w:pict>
      </w:r>
    </w:p>
    <w:p w14:paraId="426BABEF" w14:textId="77777777" w:rsidR="00871BF1" w:rsidRPr="00442325" w:rsidRDefault="00871BF1" w:rsidP="00871BF1">
      <w:pPr>
        <w:spacing w:after="160" w:line="259" w:lineRule="auto"/>
        <w:rPr>
          <w:rFonts w:ascii="Calibri Light" w:hAnsi="Calibri Light" w:cs="Calibri Light"/>
          <w:b/>
          <w:bCs/>
          <w:color w:val="31849B" w:themeColor="accent5" w:themeShade="BF"/>
          <w:lang w:val="en-GB"/>
        </w:rPr>
      </w:pPr>
      <w:r w:rsidRPr="00442325">
        <w:rPr>
          <w:rFonts w:ascii="Calibri Light" w:hAnsi="Calibri Light" w:cs="Calibri Light"/>
          <w:b/>
          <w:bCs/>
          <w:color w:val="31849B" w:themeColor="accent5" w:themeShade="BF"/>
          <w:lang w:val="en-GB"/>
        </w:rPr>
        <w:t>1. Liam – Confused by Learning Strategies</w:t>
      </w:r>
    </w:p>
    <w:p w14:paraId="37AFC3AB"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Challenges:</w:t>
      </w:r>
      <w:r w:rsidRPr="00442325">
        <w:rPr>
          <w:rFonts w:ascii="Calibri Light" w:hAnsi="Calibri Light" w:cs="Calibri Light"/>
          <w:color w:val="31849B" w:themeColor="accent5" w:themeShade="BF"/>
          <w:lang w:val="en-GB"/>
        </w:rPr>
        <w:t xml:space="preserve"> Memorising without understanding, lack of routine, frustration with poor results.</w:t>
      </w:r>
    </w:p>
    <w:p w14:paraId="6CF25AC6"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Actionable Items:</w:t>
      </w:r>
    </w:p>
    <w:p w14:paraId="28914E19" w14:textId="77777777" w:rsidR="00871BF1" w:rsidRPr="00442325" w:rsidRDefault="00871BF1" w:rsidP="00B349B2">
      <w:pPr>
        <w:numPr>
          <w:ilvl w:val="0"/>
          <w:numId w:val="25"/>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Use concept maps</w:t>
      </w:r>
      <w:r w:rsidRPr="00442325">
        <w:rPr>
          <w:rFonts w:ascii="Calibri Light" w:hAnsi="Calibri Light" w:cs="Calibri Light"/>
          <w:color w:val="31849B" w:themeColor="accent5" w:themeShade="BF"/>
          <w:lang w:val="en-GB"/>
        </w:rPr>
        <w:t xml:space="preserve"> to visually connect formulas to real-world applications.</w:t>
      </w:r>
    </w:p>
    <w:p w14:paraId="696DEBC6" w14:textId="77777777" w:rsidR="00871BF1" w:rsidRPr="00442325" w:rsidRDefault="00871BF1" w:rsidP="00B349B2">
      <w:pPr>
        <w:numPr>
          <w:ilvl w:val="0"/>
          <w:numId w:val="25"/>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Schedule weekly review sessions</w:t>
      </w:r>
      <w:r w:rsidRPr="00442325">
        <w:rPr>
          <w:rFonts w:ascii="Calibri Light" w:hAnsi="Calibri Light" w:cs="Calibri Light"/>
          <w:color w:val="31849B" w:themeColor="accent5" w:themeShade="BF"/>
          <w:lang w:val="en-GB"/>
        </w:rPr>
        <w:t xml:space="preserve"> to reinforce understanding rather than cramming.</w:t>
      </w:r>
    </w:p>
    <w:p w14:paraId="38FAEAD7" w14:textId="77777777" w:rsidR="00871BF1" w:rsidRPr="00442325" w:rsidRDefault="00871BF1" w:rsidP="00B349B2">
      <w:pPr>
        <w:numPr>
          <w:ilvl w:val="0"/>
          <w:numId w:val="25"/>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Practice active recall</w:t>
      </w:r>
      <w:r w:rsidRPr="00442325">
        <w:rPr>
          <w:rFonts w:ascii="Calibri Light" w:hAnsi="Calibri Light" w:cs="Calibri Light"/>
          <w:color w:val="31849B" w:themeColor="accent5" w:themeShade="BF"/>
          <w:lang w:val="en-GB"/>
        </w:rPr>
        <w:t xml:space="preserve"> by testing yourself on concepts, not just facts.</w:t>
      </w:r>
    </w:p>
    <w:p w14:paraId="0D1000C4" w14:textId="77777777" w:rsidR="00871BF1" w:rsidRPr="00442325" w:rsidRDefault="00871BF1" w:rsidP="00B349B2">
      <w:pPr>
        <w:numPr>
          <w:ilvl w:val="0"/>
          <w:numId w:val="25"/>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Watch short explainer videos</w:t>
      </w:r>
      <w:r w:rsidRPr="00442325">
        <w:rPr>
          <w:rFonts w:ascii="Calibri Light" w:hAnsi="Calibri Light" w:cs="Calibri Light"/>
          <w:color w:val="31849B" w:themeColor="accent5" w:themeShade="BF"/>
          <w:lang w:val="en-GB"/>
        </w:rPr>
        <w:t xml:space="preserve"> on engineering principles to deepen understanding.</w:t>
      </w:r>
    </w:p>
    <w:p w14:paraId="39FA1DB2" w14:textId="77777777" w:rsidR="00871BF1" w:rsidRPr="00442325" w:rsidRDefault="00871BF1" w:rsidP="00B349B2">
      <w:pPr>
        <w:numPr>
          <w:ilvl w:val="0"/>
          <w:numId w:val="25"/>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Keep a learning journal</w:t>
      </w:r>
      <w:r w:rsidRPr="00442325">
        <w:rPr>
          <w:rFonts w:ascii="Calibri Light" w:hAnsi="Calibri Light" w:cs="Calibri Light"/>
          <w:color w:val="31849B" w:themeColor="accent5" w:themeShade="BF"/>
          <w:lang w:val="en-GB"/>
        </w:rPr>
        <w:t xml:space="preserve"> to reflect on what worked and what didn’t each week.</w:t>
      </w:r>
    </w:p>
    <w:p w14:paraId="4B51FBDF" w14:textId="77777777" w:rsidR="00871BF1" w:rsidRPr="00442325" w:rsidRDefault="00000000" w:rsidP="00B349B2">
      <w:pPr>
        <w:spacing w:after="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lastRenderedPageBreak/>
        <w:pict w14:anchorId="0DF1EE54">
          <v:rect id="_x0000_i1036" style="width:0;height:1.5pt" o:hralign="center" o:hrstd="t" o:hr="t" fillcolor="#a0a0a0" stroked="f"/>
        </w:pict>
      </w:r>
    </w:p>
    <w:p w14:paraId="23387B6C" w14:textId="77777777" w:rsidR="00871BF1" w:rsidRPr="00442325" w:rsidRDefault="00871BF1" w:rsidP="00B349B2">
      <w:pPr>
        <w:spacing w:after="0" w:line="259" w:lineRule="auto"/>
        <w:rPr>
          <w:rFonts w:ascii="Calibri Light" w:hAnsi="Calibri Light" w:cs="Calibri Light"/>
          <w:b/>
          <w:bCs/>
          <w:color w:val="31849B" w:themeColor="accent5" w:themeShade="BF"/>
          <w:lang w:val="en-GB"/>
        </w:rPr>
      </w:pPr>
      <w:r w:rsidRPr="00442325">
        <w:rPr>
          <w:rFonts w:ascii="Calibri Light" w:hAnsi="Calibri Light" w:cs="Calibri Light"/>
          <w:b/>
          <w:bCs/>
          <w:color w:val="31849B" w:themeColor="accent5" w:themeShade="BF"/>
          <w:lang w:val="en-GB"/>
        </w:rPr>
        <w:t>2. Saoirse – Misaligned Learning Style</w:t>
      </w:r>
    </w:p>
    <w:p w14:paraId="48E396CE"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Challenges:</w:t>
      </w:r>
      <w:r w:rsidRPr="00442325">
        <w:rPr>
          <w:rFonts w:ascii="Calibri Light" w:hAnsi="Calibri Light" w:cs="Calibri Light"/>
          <w:color w:val="31849B" w:themeColor="accent5" w:themeShade="BF"/>
          <w:lang w:val="en-GB"/>
        </w:rPr>
        <w:t xml:space="preserve"> Prefers visual learning, lectures are mostly verbal/text-heavy, feels disconnected.</w:t>
      </w:r>
    </w:p>
    <w:p w14:paraId="5E1D3BFE"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Actionable Items:</w:t>
      </w:r>
    </w:p>
    <w:p w14:paraId="22937357" w14:textId="77777777" w:rsidR="00871BF1" w:rsidRPr="00442325" w:rsidRDefault="00871BF1" w:rsidP="00B349B2">
      <w:pPr>
        <w:numPr>
          <w:ilvl w:val="0"/>
          <w:numId w:val="26"/>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Use the VARK questionnaire</w:t>
      </w:r>
      <w:r w:rsidRPr="00442325">
        <w:rPr>
          <w:rFonts w:ascii="Calibri Light" w:hAnsi="Calibri Light" w:cs="Calibri Light"/>
          <w:color w:val="31849B" w:themeColor="accent5" w:themeShade="BF"/>
          <w:lang w:val="en-GB"/>
        </w:rPr>
        <w:t xml:space="preserve"> to confirm her learning style: vark-learn.com.</w:t>
      </w:r>
    </w:p>
    <w:p w14:paraId="0DBC91F2" w14:textId="77777777" w:rsidR="00871BF1" w:rsidRPr="00442325" w:rsidRDefault="00871BF1" w:rsidP="00B349B2">
      <w:pPr>
        <w:numPr>
          <w:ilvl w:val="0"/>
          <w:numId w:val="26"/>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Seek out visual resources</w:t>
      </w:r>
      <w:r w:rsidRPr="00442325">
        <w:rPr>
          <w:rFonts w:ascii="Calibri Light" w:hAnsi="Calibri Light" w:cs="Calibri Light"/>
          <w:color w:val="31849B" w:themeColor="accent5" w:themeShade="BF"/>
          <w:lang w:val="en-GB"/>
        </w:rPr>
        <w:t xml:space="preserve"> like diagrams, flowcharts, and YouTube tutorials.</w:t>
      </w:r>
    </w:p>
    <w:p w14:paraId="1637B361" w14:textId="77777777" w:rsidR="00871BF1" w:rsidRPr="00442325" w:rsidRDefault="00871BF1" w:rsidP="00B349B2">
      <w:pPr>
        <w:numPr>
          <w:ilvl w:val="0"/>
          <w:numId w:val="26"/>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Convert lecture notes into sketches or mind maps</w:t>
      </w:r>
      <w:r w:rsidRPr="00442325">
        <w:rPr>
          <w:rFonts w:ascii="Calibri Light" w:hAnsi="Calibri Light" w:cs="Calibri Light"/>
          <w:color w:val="31849B" w:themeColor="accent5" w:themeShade="BF"/>
          <w:lang w:val="en-GB"/>
        </w:rPr>
        <w:t xml:space="preserve"> to aid retention.</w:t>
      </w:r>
    </w:p>
    <w:p w14:paraId="71E94822" w14:textId="77777777" w:rsidR="00871BF1" w:rsidRPr="00442325" w:rsidRDefault="00871BF1" w:rsidP="00B349B2">
      <w:pPr>
        <w:numPr>
          <w:ilvl w:val="0"/>
          <w:numId w:val="26"/>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Ask lecturers or tutors</w:t>
      </w:r>
      <w:r w:rsidRPr="00442325">
        <w:rPr>
          <w:rFonts w:ascii="Calibri Light" w:hAnsi="Calibri Light" w:cs="Calibri Light"/>
          <w:color w:val="31849B" w:themeColor="accent5" w:themeShade="BF"/>
          <w:lang w:val="en-GB"/>
        </w:rPr>
        <w:t xml:space="preserve"> if visual aids or recordings are available.</w:t>
      </w:r>
    </w:p>
    <w:p w14:paraId="1D812D86" w14:textId="77777777" w:rsidR="00871BF1" w:rsidRPr="00442325" w:rsidRDefault="00871BF1" w:rsidP="00B349B2">
      <w:pPr>
        <w:numPr>
          <w:ilvl w:val="0"/>
          <w:numId w:val="26"/>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Join study groups</w:t>
      </w:r>
      <w:r w:rsidRPr="00442325">
        <w:rPr>
          <w:rFonts w:ascii="Calibri Light" w:hAnsi="Calibri Light" w:cs="Calibri Light"/>
          <w:color w:val="31849B" w:themeColor="accent5" w:themeShade="BF"/>
          <w:lang w:val="en-GB"/>
        </w:rPr>
        <w:t xml:space="preserve"> where she can explain concepts using visuals, reinforcing her own understanding.</w:t>
      </w:r>
    </w:p>
    <w:p w14:paraId="7FBC3A2E" w14:textId="77777777" w:rsidR="00871BF1" w:rsidRPr="00442325" w:rsidRDefault="00000000" w:rsidP="00B349B2">
      <w:pPr>
        <w:spacing w:after="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1550D75F">
          <v:rect id="_x0000_i1037" style="width:0;height:1.5pt" o:hralign="center" o:hrstd="t" o:hr="t" fillcolor="#a0a0a0" stroked="f"/>
        </w:pict>
      </w:r>
    </w:p>
    <w:p w14:paraId="7310E201" w14:textId="77777777" w:rsidR="00871BF1" w:rsidRPr="00442325" w:rsidRDefault="00871BF1" w:rsidP="00B349B2">
      <w:pPr>
        <w:spacing w:after="0" w:line="259" w:lineRule="auto"/>
        <w:rPr>
          <w:rFonts w:ascii="Calibri Light" w:hAnsi="Calibri Light" w:cs="Calibri Light"/>
          <w:b/>
          <w:bCs/>
          <w:color w:val="31849B" w:themeColor="accent5" w:themeShade="BF"/>
          <w:lang w:val="en-GB"/>
        </w:rPr>
      </w:pPr>
      <w:r w:rsidRPr="00442325">
        <w:rPr>
          <w:rFonts w:ascii="Calibri Light" w:hAnsi="Calibri Light" w:cs="Calibri Light"/>
          <w:b/>
          <w:bCs/>
          <w:color w:val="31849B" w:themeColor="accent5" w:themeShade="BF"/>
          <w:lang w:val="en-GB"/>
        </w:rPr>
        <w:t>3. Ethan – Avoiding Help and Losing Direction</w:t>
      </w:r>
    </w:p>
    <w:p w14:paraId="69BB44C2"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Challenges:</w:t>
      </w:r>
      <w:r w:rsidRPr="00442325">
        <w:rPr>
          <w:rFonts w:ascii="Calibri Light" w:hAnsi="Calibri Light" w:cs="Calibri Light"/>
          <w:color w:val="31849B" w:themeColor="accent5" w:themeShade="BF"/>
          <w:lang w:val="en-GB"/>
        </w:rPr>
        <w:t xml:space="preserve"> Doesn’t ask for help, lacks goal-setting, feels anxious and isolated.</w:t>
      </w:r>
    </w:p>
    <w:p w14:paraId="5049C52E"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Actionable Items:</w:t>
      </w:r>
    </w:p>
    <w:p w14:paraId="391E5578" w14:textId="77777777" w:rsidR="00871BF1" w:rsidRPr="00442325" w:rsidRDefault="00871BF1" w:rsidP="00B349B2">
      <w:pPr>
        <w:numPr>
          <w:ilvl w:val="0"/>
          <w:numId w:val="27"/>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Set SMART goals</w:t>
      </w:r>
      <w:r w:rsidRPr="00442325">
        <w:rPr>
          <w:rFonts w:ascii="Calibri Light" w:hAnsi="Calibri Light" w:cs="Calibri Light"/>
          <w:color w:val="31849B" w:themeColor="accent5" w:themeShade="BF"/>
          <w:lang w:val="en-GB"/>
        </w:rPr>
        <w:t xml:space="preserve"> (Short, Medium, Long-term) and track them weekly.</w:t>
      </w:r>
    </w:p>
    <w:p w14:paraId="5BC1BBAD" w14:textId="77777777" w:rsidR="00871BF1" w:rsidRPr="00442325" w:rsidRDefault="00871BF1" w:rsidP="00B349B2">
      <w:pPr>
        <w:numPr>
          <w:ilvl w:val="0"/>
          <w:numId w:val="27"/>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Use a planner or app</w:t>
      </w:r>
      <w:r w:rsidRPr="00442325">
        <w:rPr>
          <w:rFonts w:ascii="Calibri Light" w:hAnsi="Calibri Light" w:cs="Calibri Light"/>
          <w:color w:val="31849B" w:themeColor="accent5" w:themeShade="BF"/>
          <w:lang w:val="en-GB"/>
        </w:rPr>
        <w:t xml:space="preserve"> to break tasks into manageable steps.</w:t>
      </w:r>
    </w:p>
    <w:p w14:paraId="3249C8F2" w14:textId="77777777" w:rsidR="00871BF1" w:rsidRPr="00442325" w:rsidRDefault="00871BF1" w:rsidP="00B349B2">
      <w:pPr>
        <w:numPr>
          <w:ilvl w:val="0"/>
          <w:numId w:val="27"/>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Attend drop-in sessions or office hours</w:t>
      </w:r>
      <w:r w:rsidRPr="00442325">
        <w:rPr>
          <w:rFonts w:ascii="Calibri Light" w:hAnsi="Calibri Light" w:cs="Calibri Light"/>
          <w:color w:val="31849B" w:themeColor="accent5" w:themeShade="BF"/>
          <w:lang w:val="en-GB"/>
        </w:rPr>
        <w:t xml:space="preserve"> at least once a week.</w:t>
      </w:r>
    </w:p>
    <w:p w14:paraId="53AEB15F" w14:textId="77777777" w:rsidR="00871BF1" w:rsidRPr="00442325" w:rsidRDefault="00871BF1" w:rsidP="00B349B2">
      <w:pPr>
        <w:numPr>
          <w:ilvl w:val="0"/>
          <w:numId w:val="27"/>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Write down one thing he doesn’t understand each day</w:t>
      </w:r>
      <w:r w:rsidRPr="00442325">
        <w:rPr>
          <w:rFonts w:ascii="Calibri Light" w:hAnsi="Calibri Light" w:cs="Calibri Light"/>
          <w:color w:val="31849B" w:themeColor="accent5" w:themeShade="BF"/>
          <w:lang w:val="en-GB"/>
        </w:rPr>
        <w:t xml:space="preserve"> and seek help for it.</w:t>
      </w:r>
    </w:p>
    <w:p w14:paraId="6FD771F6" w14:textId="77777777" w:rsidR="00871BF1" w:rsidRPr="00442325" w:rsidRDefault="00871BF1" w:rsidP="00B349B2">
      <w:pPr>
        <w:numPr>
          <w:ilvl w:val="0"/>
          <w:numId w:val="27"/>
        </w:num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b/>
          <w:bCs/>
          <w:color w:val="31849B" w:themeColor="accent5" w:themeShade="BF"/>
          <w:lang w:val="en-GB"/>
        </w:rPr>
        <w:t>Connect with a peer mentor or academic advisor</w:t>
      </w:r>
      <w:r w:rsidRPr="00442325">
        <w:rPr>
          <w:rFonts w:ascii="Calibri Light" w:hAnsi="Calibri Light" w:cs="Calibri Light"/>
          <w:color w:val="31849B" w:themeColor="accent5" w:themeShade="BF"/>
          <w:lang w:val="en-GB"/>
        </w:rPr>
        <w:t xml:space="preserve"> to build a support system.</w:t>
      </w:r>
    </w:p>
    <w:p w14:paraId="373BCC26" w14:textId="77777777" w:rsidR="00871BF1" w:rsidRPr="00442325" w:rsidRDefault="00000000" w:rsidP="00B349B2">
      <w:pPr>
        <w:spacing w:after="0" w:line="259" w:lineRule="auto"/>
        <w:rPr>
          <w:rFonts w:ascii="Calibri Light" w:hAnsi="Calibri Light" w:cs="Calibri Light"/>
          <w:color w:val="31849B" w:themeColor="accent5" w:themeShade="BF"/>
          <w:lang w:val="en-GB"/>
        </w:rPr>
      </w:pPr>
      <w:r>
        <w:rPr>
          <w:rFonts w:ascii="Calibri Light" w:hAnsi="Calibri Light" w:cs="Calibri Light"/>
          <w:color w:val="31849B" w:themeColor="accent5" w:themeShade="BF"/>
          <w:lang w:val="en-GB"/>
        </w:rPr>
        <w:pict w14:anchorId="59631C98">
          <v:rect id="_x0000_i1038" style="width:0;height:1.5pt" o:hralign="center" o:hrstd="t" o:hr="t" fillcolor="#a0a0a0" stroked="f"/>
        </w:pict>
      </w:r>
    </w:p>
    <w:p w14:paraId="0C13A94C" w14:textId="77777777" w:rsidR="00871BF1" w:rsidRPr="00442325" w:rsidRDefault="00871BF1" w:rsidP="00B349B2">
      <w:pPr>
        <w:spacing w:after="0" w:line="259" w:lineRule="auto"/>
        <w:rPr>
          <w:rFonts w:ascii="Calibri Light" w:hAnsi="Calibri Light" w:cs="Calibri Light"/>
          <w:color w:val="31849B" w:themeColor="accent5" w:themeShade="BF"/>
          <w:lang w:val="en-GB"/>
        </w:rPr>
      </w:pPr>
      <w:r w:rsidRPr="00442325">
        <w:rPr>
          <w:rFonts w:ascii="Calibri Light" w:hAnsi="Calibri Light" w:cs="Calibri Light"/>
          <w:color w:val="31849B" w:themeColor="accent5" w:themeShade="BF"/>
          <w:lang w:val="en-GB"/>
        </w:rPr>
        <w:t>Would you like these compiled into a handout or visual guide for students?</w:t>
      </w:r>
    </w:p>
    <w:p w14:paraId="72CA3895" w14:textId="77777777" w:rsidR="00B349B2" w:rsidRDefault="00B349B2" w:rsidP="00B349B2">
      <w:pPr>
        <w:rPr>
          <w:rFonts w:ascii="Calibri Light" w:hAnsi="Calibri Light" w:cs="Calibri Light"/>
          <w:b/>
          <w:bCs/>
        </w:rPr>
      </w:pPr>
    </w:p>
    <w:p w14:paraId="1A745D9E" w14:textId="6706E755" w:rsidR="00B349B2" w:rsidRPr="00AA6682" w:rsidRDefault="00B349B2" w:rsidP="00B349B2">
      <w:pPr>
        <w:rPr>
          <w:rFonts w:ascii="Calibri Light" w:hAnsi="Calibri Light" w:cs="Calibri Light"/>
          <w:b/>
          <w:bCs/>
        </w:rPr>
      </w:pPr>
      <w:r w:rsidRPr="00AA6682">
        <w:rPr>
          <w:rFonts w:ascii="Calibri Light" w:hAnsi="Calibri Light" w:cs="Calibri Light"/>
          <w:b/>
          <w:bCs/>
        </w:rPr>
        <w:t xml:space="preserve">Step </w:t>
      </w:r>
      <w:r>
        <w:rPr>
          <w:rFonts w:ascii="Calibri Light" w:hAnsi="Calibri Light" w:cs="Calibri Light"/>
          <w:b/>
          <w:bCs/>
        </w:rPr>
        <w:t>4</w:t>
      </w:r>
      <w:r w:rsidRPr="00AA6682">
        <w:rPr>
          <w:rFonts w:ascii="Calibri Light" w:hAnsi="Calibri Light" w:cs="Calibri Light"/>
          <w:b/>
          <w:bCs/>
        </w:rPr>
        <w:t xml:space="preserve">: </w:t>
      </w:r>
    </w:p>
    <w:p w14:paraId="79E03BA8" w14:textId="16B3A9F4" w:rsidR="00871BF1" w:rsidRPr="00AA6682" w:rsidRDefault="00B349B2" w:rsidP="68E03FF7">
      <w:pPr>
        <w:rPr>
          <w:rFonts w:ascii="Calibri Light" w:hAnsi="Calibri Light" w:cs="Calibri Light"/>
          <w:lang w:val="en-GB"/>
        </w:rPr>
      </w:pPr>
      <w:r>
        <w:rPr>
          <w:rFonts w:ascii="Calibri Light" w:hAnsi="Calibri Light" w:cs="Calibri Light"/>
          <w:lang w:val="en-GB"/>
        </w:rPr>
        <w:t xml:space="preserve">We then sense checked and modified the case studies and suggested actionable items to ensure they were realistic, accurate and achievable. We ensured that we provided a copy of the prompts to showcase our transparent use of Gen AI. </w:t>
      </w:r>
    </w:p>
    <w:sectPr w:rsidR="00871BF1" w:rsidRPr="00AA6682" w:rsidSect="00034616">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933ED6" w14:textId="77777777" w:rsidR="00486BCE" w:rsidRDefault="00486BCE" w:rsidP="004E0BFC">
      <w:pPr>
        <w:spacing w:after="0" w:line="240" w:lineRule="auto"/>
      </w:pPr>
      <w:r>
        <w:separator/>
      </w:r>
    </w:p>
  </w:endnote>
  <w:endnote w:type="continuationSeparator" w:id="0">
    <w:p w14:paraId="3D05A3CD" w14:textId="77777777" w:rsidR="00486BCE" w:rsidRDefault="00486BCE" w:rsidP="004E0B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5F02" w14:textId="77777777" w:rsidR="00732E6A" w:rsidRDefault="00732E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2969175"/>
      <w:docPartObj>
        <w:docPartGallery w:val="Page Numbers (Bottom of Page)"/>
        <w:docPartUnique/>
      </w:docPartObj>
    </w:sdtPr>
    <w:sdtEndPr>
      <w:rPr>
        <w:rFonts w:ascii="Calibri Light" w:hAnsi="Calibri Light" w:cs="Calibri Light"/>
        <w:noProof/>
        <w:sz w:val="18"/>
        <w:szCs w:val="18"/>
      </w:rPr>
    </w:sdtEndPr>
    <w:sdtContent>
      <w:p w14:paraId="503BC19C" w14:textId="44E98DB4" w:rsidR="00B349B2" w:rsidRPr="00B349B2" w:rsidRDefault="00732E6A" w:rsidP="00732E6A">
        <w:pPr>
          <w:pStyle w:val="Footer"/>
          <w:rPr>
            <w:rFonts w:ascii="Calibri Light" w:hAnsi="Calibri Light" w:cs="Calibri Light"/>
            <w:sz w:val="18"/>
            <w:szCs w:val="18"/>
          </w:rPr>
        </w:pPr>
        <w:r w:rsidRPr="008A74A8">
          <w:rPr>
            <w:sz w:val="20"/>
            <w:szCs w:val="20"/>
          </w:rPr>
          <w:t xml:space="preserve">Innovative interventions to improve social &amp; academic integration of STEM university students  © 2026 by In-4-STEM project is licensed under Creative Commons Attribution-NonCommercial-ShareAlike 4.0 International (CC BY-NC-SA 4.0) . To view a copy of this license, visit </w:t>
        </w:r>
        <w:hyperlink r:id="rId1" w:tgtFrame="_blank" w:tooltip="https://creativecommons.org/licenses/by-nc-sa/4.0/" w:history="1">
          <w:r w:rsidRPr="008A74A8">
            <w:rPr>
              <w:rStyle w:val="Hyperlink"/>
              <w:sz w:val="20"/>
              <w:szCs w:val="20"/>
            </w:rPr>
            <w:t>https://creativecommons.org/licenses/by-nc-sa/4.0/</w:t>
          </w:r>
        </w:hyperlink>
        <w:r>
          <w:tab/>
        </w:r>
        <w:r w:rsidR="00B349B2" w:rsidRPr="00B349B2">
          <w:rPr>
            <w:rFonts w:ascii="Calibri Light" w:hAnsi="Calibri Light" w:cs="Calibri Light"/>
            <w:sz w:val="18"/>
            <w:szCs w:val="18"/>
          </w:rPr>
          <w:fldChar w:fldCharType="begin"/>
        </w:r>
        <w:r w:rsidR="00B349B2" w:rsidRPr="00B349B2">
          <w:rPr>
            <w:rFonts w:ascii="Calibri Light" w:hAnsi="Calibri Light" w:cs="Calibri Light"/>
            <w:sz w:val="18"/>
            <w:szCs w:val="18"/>
          </w:rPr>
          <w:instrText xml:space="preserve"> PAGE   \* MERGEFORMAT </w:instrText>
        </w:r>
        <w:r w:rsidR="00B349B2" w:rsidRPr="00B349B2">
          <w:rPr>
            <w:rFonts w:ascii="Calibri Light" w:hAnsi="Calibri Light" w:cs="Calibri Light"/>
            <w:sz w:val="18"/>
            <w:szCs w:val="18"/>
          </w:rPr>
          <w:fldChar w:fldCharType="separate"/>
        </w:r>
        <w:r w:rsidR="00B349B2" w:rsidRPr="00B349B2">
          <w:rPr>
            <w:rFonts w:ascii="Calibri Light" w:hAnsi="Calibri Light" w:cs="Calibri Light"/>
            <w:noProof/>
            <w:sz w:val="18"/>
            <w:szCs w:val="18"/>
          </w:rPr>
          <w:t>2</w:t>
        </w:r>
        <w:r w:rsidR="00B349B2" w:rsidRPr="00B349B2">
          <w:rPr>
            <w:rFonts w:ascii="Calibri Light" w:hAnsi="Calibri Light" w:cs="Calibri Light"/>
            <w:noProof/>
            <w:sz w:val="18"/>
            <w:szCs w:val="18"/>
          </w:rPr>
          <w:fldChar w:fldCharType="end"/>
        </w:r>
      </w:p>
    </w:sdtContent>
  </w:sdt>
  <w:p w14:paraId="54474267" w14:textId="77777777" w:rsidR="00B349B2" w:rsidRDefault="00B349B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CD0BE" w14:textId="77777777" w:rsidR="00732E6A" w:rsidRDefault="00732E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87799E" w14:textId="77777777" w:rsidR="00486BCE" w:rsidRDefault="00486BCE" w:rsidP="004E0BFC">
      <w:pPr>
        <w:spacing w:after="0" w:line="240" w:lineRule="auto"/>
      </w:pPr>
      <w:r>
        <w:separator/>
      </w:r>
    </w:p>
  </w:footnote>
  <w:footnote w:type="continuationSeparator" w:id="0">
    <w:p w14:paraId="59C88A83" w14:textId="77777777" w:rsidR="00486BCE" w:rsidRDefault="00486BCE" w:rsidP="004E0B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F112B" w14:textId="77777777" w:rsidR="00732E6A" w:rsidRDefault="00732E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5E329" w14:textId="635E013D" w:rsidR="004E0BFC" w:rsidRPr="004E0BFC" w:rsidRDefault="004E0BFC" w:rsidP="004E0BFC">
    <w:pPr>
      <w:rPr>
        <w:lang w:val="en-GB"/>
      </w:rPr>
    </w:pPr>
    <w:r w:rsidRPr="00ED392D">
      <w:rPr>
        <w:b/>
        <w:noProof/>
        <w:color w:val="0F6576"/>
        <w:sz w:val="40"/>
        <w:szCs w:val="32"/>
      </w:rPr>
      <w:drawing>
        <wp:anchor distT="0" distB="0" distL="114300" distR="114300" simplePos="0" relativeHeight="251658240" behindDoc="0" locked="0" layoutInCell="1" allowOverlap="1" wp14:anchorId="313ACCE3" wp14:editId="1A6E601E">
          <wp:simplePos x="0" y="0"/>
          <wp:positionH relativeFrom="column">
            <wp:posOffset>-767138</wp:posOffset>
          </wp:positionH>
          <wp:positionV relativeFrom="paragraph">
            <wp:posOffset>-91440</wp:posOffset>
          </wp:positionV>
          <wp:extent cx="548640" cy="548640"/>
          <wp:effectExtent l="0" t="0" r="0" b="0"/>
          <wp:wrapThrough wrapText="bothSides">
            <wp:wrapPolygon edited="0">
              <wp:start x="6000" y="0"/>
              <wp:lineTo x="0" y="4000"/>
              <wp:lineTo x="0" y="16500"/>
              <wp:lineTo x="5500" y="21000"/>
              <wp:lineTo x="6000" y="21000"/>
              <wp:lineTo x="15000" y="21000"/>
              <wp:lineTo x="15500" y="21000"/>
              <wp:lineTo x="21000" y="16500"/>
              <wp:lineTo x="21000" y="4000"/>
              <wp:lineTo x="15000" y="0"/>
              <wp:lineTo x="6000" y="0"/>
            </wp:wrapPolygon>
          </wp:wrapThrough>
          <wp:docPr id="2109538620" name="Afbeelding 1" descr="Afbeelding met tekst, Graphics, Lettertype,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538620" name="Afbeelding 1" descr="Afbeelding met tekst, Graphics, Lettertype, grafische vormgeving&#10;&#10;Door AI gegenereerde inhoud is mogelijk onjuist."/>
                  <pic:cNvPicPr/>
                </pic:nvPicPr>
                <pic:blipFill>
                  <a:blip r:embed="rId1"/>
                  <a:stretch>
                    <a:fillRect/>
                  </a:stretch>
                </pic:blipFill>
                <pic:spPr>
                  <a:xfrm>
                    <a:off x="0" y="0"/>
                    <a:ext cx="548640" cy="548640"/>
                  </a:xfrm>
                  <a:prstGeom prst="rect">
                    <a:avLst/>
                  </a:prstGeom>
                </pic:spPr>
              </pic:pic>
            </a:graphicData>
          </a:graphic>
          <wp14:sizeRelH relativeFrom="page">
            <wp14:pctWidth>0</wp14:pctWidth>
          </wp14:sizeRelH>
          <wp14:sizeRelV relativeFrom="page">
            <wp14:pctHeight>0</wp14:pctHeight>
          </wp14:sizeRelV>
        </wp:anchor>
      </w:drawing>
    </w:r>
    <w:r w:rsidRPr="00ED392D">
      <w:rPr>
        <w:b/>
        <w:color w:val="0F6576"/>
        <w:sz w:val="40"/>
        <w:szCs w:val="32"/>
      </w:rPr>
      <w:t>Universal Intervention Design Template</w:t>
    </w:r>
    <w:r>
      <w:rPr>
        <w:b/>
        <w:color w:val="0F6576"/>
        <w:sz w:val="28"/>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1BC3" w14:textId="77777777" w:rsidR="00732E6A" w:rsidRDefault="00732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E3641D"/>
    <w:multiLevelType w:val="multilevel"/>
    <w:tmpl w:val="F1EC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4464C5"/>
    <w:multiLevelType w:val="multilevel"/>
    <w:tmpl w:val="4CA23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2773B8"/>
    <w:multiLevelType w:val="multilevel"/>
    <w:tmpl w:val="3F04E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F81956"/>
    <w:multiLevelType w:val="multilevel"/>
    <w:tmpl w:val="492C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525D1"/>
    <w:multiLevelType w:val="multilevel"/>
    <w:tmpl w:val="D7546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810A3E"/>
    <w:multiLevelType w:val="hybridMultilevel"/>
    <w:tmpl w:val="4C3AD0F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34DD2EAB"/>
    <w:multiLevelType w:val="multilevel"/>
    <w:tmpl w:val="3BC20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891CA2"/>
    <w:multiLevelType w:val="multilevel"/>
    <w:tmpl w:val="70980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A059EA"/>
    <w:multiLevelType w:val="multilevel"/>
    <w:tmpl w:val="6F50F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7A7340"/>
    <w:multiLevelType w:val="hybridMultilevel"/>
    <w:tmpl w:val="49383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116498"/>
    <w:multiLevelType w:val="multilevel"/>
    <w:tmpl w:val="DA08E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B32618"/>
    <w:multiLevelType w:val="multilevel"/>
    <w:tmpl w:val="644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083468B"/>
    <w:multiLevelType w:val="multilevel"/>
    <w:tmpl w:val="E8EA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CD5BC0"/>
    <w:multiLevelType w:val="multilevel"/>
    <w:tmpl w:val="2D4C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CF7D79"/>
    <w:multiLevelType w:val="multilevel"/>
    <w:tmpl w:val="C3DC7B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F54FA"/>
    <w:multiLevelType w:val="multilevel"/>
    <w:tmpl w:val="696E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1F4E57"/>
    <w:multiLevelType w:val="multilevel"/>
    <w:tmpl w:val="4FC0D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2143E25"/>
    <w:multiLevelType w:val="hybridMultilevel"/>
    <w:tmpl w:val="BF34B4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6976018">
    <w:abstractNumId w:val="8"/>
  </w:num>
  <w:num w:numId="2" w16cid:durableId="1035421766">
    <w:abstractNumId w:val="6"/>
  </w:num>
  <w:num w:numId="3" w16cid:durableId="17435021">
    <w:abstractNumId w:val="5"/>
  </w:num>
  <w:num w:numId="4" w16cid:durableId="1510439939">
    <w:abstractNumId w:val="4"/>
  </w:num>
  <w:num w:numId="5" w16cid:durableId="1365327847">
    <w:abstractNumId w:val="7"/>
  </w:num>
  <w:num w:numId="6" w16cid:durableId="275061777">
    <w:abstractNumId w:val="3"/>
  </w:num>
  <w:num w:numId="7" w16cid:durableId="935866172">
    <w:abstractNumId w:val="2"/>
  </w:num>
  <w:num w:numId="8" w16cid:durableId="828667128">
    <w:abstractNumId w:val="1"/>
  </w:num>
  <w:num w:numId="9" w16cid:durableId="1110200353">
    <w:abstractNumId w:val="0"/>
  </w:num>
  <w:num w:numId="10" w16cid:durableId="1957516962">
    <w:abstractNumId w:val="21"/>
  </w:num>
  <w:num w:numId="11" w16cid:durableId="1526362397">
    <w:abstractNumId w:val="20"/>
  </w:num>
  <w:num w:numId="12" w16cid:durableId="1146123835">
    <w:abstractNumId w:val="13"/>
  </w:num>
  <w:num w:numId="13" w16cid:durableId="1050374691">
    <w:abstractNumId w:val="15"/>
  </w:num>
  <w:num w:numId="14" w16cid:durableId="1067142085">
    <w:abstractNumId w:val="25"/>
  </w:num>
  <w:num w:numId="15" w16cid:durableId="706611043">
    <w:abstractNumId w:val="10"/>
  </w:num>
  <w:num w:numId="16" w16cid:durableId="1160190867">
    <w:abstractNumId w:val="23"/>
  </w:num>
  <w:num w:numId="17" w16cid:durableId="985401359">
    <w:abstractNumId w:val="19"/>
  </w:num>
  <w:num w:numId="18" w16cid:durableId="168184615">
    <w:abstractNumId w:val="18"/>
  </w:num>
  <w:num w:numId="19" w16cid:durableId="594442849">
    <w:abstractNumId w:val="14"/>
  </w:num>
  <w:num w:numId="20" w16cid:durableId="1055591106">
    <w:abstractNumId w:val="26"/>
  </w:num>
  <w:num w:numId="21" w16cid:durableId="1804691317">
    <w:abstractNumId w:val="16"/>
  </w:num>
  <w:num w:numId="22" w16cid:durableId="285739058">
    <w:abstractNumId w:val="17"/>
  </w:num>
  <w:num w:numId="23" w16cid:durableId="1235699125">
    <w:abstractNumId w:val="11"/>
  </w:num>
  <w:num w:numId="24" w16cid:durableId="1117144783">
    <w:abstractNumId w:val="22"/>
  </w:num>
  <w:num w:numId="25" w16cid:durableId="1589776327">
    <w:abstractNumId w:val="9"/>
  </w:num>
  <w:num w:numId="26" w16cid:durableId="1631858274">
    <w:abstractNumId w:val="24"/>
  </w:num>
  <w:num w:numId="27" w16cid:durableId="7817300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0EC2"/>
    <w:rsid w:val="00083682"/>
    <w:rsid w:val="000A3910"/>
    <w:rsid w:val="000A4688"/>
    <w:rsid w:val="000E716D"/>
    <w:rsid w:val="00104E08"/>
    <w:rsid w:val="00144F37"/>
    <w:rsid w:val="0015074B"/>
    <w:rsid w:val="00166AFF"/>
    <w:rsid w:val="001B4399"/>
    <w:rsid w:val="002202CB"/>
    <w:rsid w:val="002335D4"/>
    <w:rsid w:val="0029639D"/>
    <w:rsid w:val="00300FED"/>
    <w:rsid w:val="00326F90"/>
    <w:rsid w:val="00390282"/>
    <w:rsid w:val="003A6011"/>
    <w:rsid w:val="003D384F"/>
    <w:rsid w:val="003E4EE2"/>
    <w:rsid w:val="00416005"/>
    <w:rsid w:val="00435785"/>
    <w:rsid w:val="004462A9"/>
    <w:rsid w:val="00456A0B"/>
    <w:rsid w:val="00472B63"/>
    <w:rsid w:val="00486BCE"/>
    <w:rsid w:val="00497B8F"/>
    <w:rsid w:val="004E0BFC"/>
    <w:rsid w:val="005414CD"/>
    <w:rsid w:val="00562C99"/>
    <w:rsid w:val="00571F7D"/>
    <w:rsid w:val="00590643"/>
    <w:rsid w:val="005A1993"/>
    <w:rsid w:val="0062506B"/>
    <w:rsid w:val="006324CC"/>
    <w:rsid w:val="00632F35"/>
    <w:rsid w:val="00657F52"/>
    <w:rsid w:val="0067654A"/>
    <w:rsid w:val="00732E6A"/>
    <w:rsid w:val="007F6237"/>
    <w:rsid w:val="0085435F"/>
    <w:rsid w:val="0086050C"/>
    <w:rsid w:val="00871BF1"/>
    <w:rsid w:val="00896312"/>
    <w:rsid w:val="008A74A8"/>
    <w:rsid w:val="008E5E92"/>
    <w:rsid w:val="00980D34"/>
    <w:rsid w:val="009B6D17"/>
    <w:rsid w:val="00A36357"/>
    <w:rsid w:val="00A53F55"/>
    <w:rsid w:val="00A72973"/>
    <w:rsid w:val="00AA1D8D"/>
    <w:rsid w:val="00AA6682"/>
    <w:rsid w:val="00AD37CD"/>
    <w:rsid w:val="00AF6E44"/>
    <w:rsid w:val="00B20B89"/>
    <w:rsid w:val="00B3219D"/>
    <w:rsid w:val="00B33831"/>
    <w:rsid w:val="00B349B2"/>
    <w:rsid w:val="00B4184B"/>
    <w:rsid w:val="00B4222B"/>
    <w:rsid w:val="00B43D14"/>
    <w:rsid w:val="00B47730"/>
    <w:rsid w:val="00BA645E"/>
    <w:rsid w:val="00BE59D8"/>
    <w:rsid w:val="00C05C8B"/>
    <w:rsid w:val="00C55B1C"/>
    <w:rsid w:val="00C928C2"/>
    <w:rsid w:val="00CB0664"/>
    <w:rsid w:val="00CC376A"/>
    <w:rsid w:val="00CD644C"/>
    <w:rsid w:val="00CD7C73"/>
    <w:rsid w:val="00D43A73"/>
    <w:rsid w:val="00D545E9"/>
    <w:rsid w:val="00DD2264"/>
    <w:rsid w:val="00E03AFB"/>
    <w:rsid w:val="00E43699"/>
    <w:rsid w:val="00E54CE1"/>
    <w:rsid w:val="00E55E07"/>
    <w:rsid w:val="00E65FE8"/>
    <w:rsid w:val="00EC5691"/>
    <w:rsid w:val="00ED392D"/>
    <w:rsid w:val="00F16179"/>
    <w:rsid w:val="00F370E7"/>
    <w:rsid w:val="00F40F37"/>
    <w:rsid w:val="00F82504"/>
    <w:rsid w:val="00FC693F"/>
    <w:rsid w:val="04FF0B25"/>
    <w:rsid w:val="0995762F"/>
    <w:rsid w:val="0E268D75"/>
    <w:rsid w:val="0EBEE6DD"/>
    <w:rsid w:val="108BFCCD"/>
    <w:rsid w:val="11939C16"/>
    <w:rsid w:val="11A64929"/>
    <w:rsid w:val="124C7894"/>
    <w:rsid w:val="1692EA6E"/>
    <w:rsid w:val="18590F20"/>
    <w:rsid w:val="1EAAAAD6"/>
    <w:rsid w:val="28748EB1"/>
    <w:rsid w:val="2ADB2C16"/>
    <w:rsid w:val="2CC46551"/>
    <w:rsid w:val="33D867F6"/>
    <w:rsid w:val="381612D9"/>
    <w:rsid w:val="388651C2"/>
    <w:rsid w:val="38FD1300"/>
    <w:rsid w:val="39AF69AD"/>
    <w:rsid w:val="3A395362"/>
    <w:rsid w:val="3C04100F"/>
    <w:rsid w:val="41E1B06E"/>
    <w:rsid w:val="432CB9EB"/>
    <w:rsid w:val="44D1369E"/>
    <w:rsid w:val="4BD6AA28"/>
    <w:rsid w:val="5009FB47"/>
    <w:rsid w:val="50CFB4D1"/>
    <w:rsid w:val="578BCC71"/>
    <w:rsid w:val="5DC8FB06"/>
    <w:rsid w:val="5DE3F11A"/>
    <w:rsid w:val="5ED244E1"/>
    <w:rsid w:val="644AAD47"/>
    <w:rsid w:val="6606D01A"/>
    <w:rsid w:val="68806B7A"/>
    <w:rsid w:val="68E03FF7"/>
    <w:rsid w:val="69249785"/>
    <w:rsid w:val="6A7C1BE7"/>
    <w:rsid w:val="6B05B6E6"/>
    <w:rsid w:val="7B4EEBE3"/>
    <w:rsid w:val="7C45A189"/>
    <w:rsid w:val="7FA437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FB14BF"/>
  <w14:defaultImageDpi w14:val="300"/>
  <w15:docId w15:val="{8671F30C-69AD-3540-8AE5-C81D7C76C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5435F"/>
    <w:rPr>
      <w:b/>
      <w:bCs/>
    </w:rPr>
  </w:style>
  <w:style w:type="character" w:customStyle="1" w:styleId="CommentSubjectChar">
    <w:name w:val="Comment Subject Char"/>
    <w:basedOn w:val="CommentTextChar"/>
    <w:link w:val="CommentSubject"/>
    <w:uiPriority w:val="99"/>
    <w:semiHidden/>
    <w:rsid w:val="0085435F"/>
    <w:rPr>
      <w:rFonts w:ascii="Calibri" w:hAnsi="Calibri"/>
      <w:b/>
      <w:bCs/>
      <w:sz w:val="20"/>
      <w:szCs w:val="20"/>
    </w:rPr>
  </w:style>
  <w:style w:type="character" w:styleId="Hyperlink">
    <w:name w:val="Hyperlink"/>
    <w:basedOn w:val="DefaultParagraphFont"/>
    <w:uiPriority w:val="99"/>
    <w:unhideWhenUsed/>
    <w:rsid w:val="00871BF1"/>
    <w:rPr>
      <w:color w:val="0000FF" w:themeColor="hyperlink"/>
      <w:u w:val="single"/>
    </w:rPr>
  </w:style>
  <w:style w:type="paragraph" w:styleId="Revision">
    <w:name w:val="Revision"/>
    <w:hidden/>
    <w:uiPriority w:val="99"/>
    <w:semiHidden/>
    <w:rsid w:val="00C55B1C"/>
    <w:pPr>
      <w:spacing w:after="0" w:line="240" w:lineRule="auto"/>
    </w:pPr>
    <w:rPr>
      <w:rFonts w:ascii="Calibri" w:hAnsi="Calibri"/>
    </w:rPr>
  </w:style>
  <w:style w:type="character" w:styleId="UnresolvedMention">
    <w:name w:val="Unresolved Mention"/>
    <w:basedOn w:val="DefaultParagraphFont"/>
    <w:uiPriority w:val="99"/>
    <w:semiHidden/>
    <w:unhideWhenUsed/>
    <w:rsid w:val="00732E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304350">
      <w:bodyDiv w:val="1"/>
      <w:marLeft w:val="0"/>
      <w:marRight w:val="0"/>
      <w:marTop w:val="0"/>
      <w:marBottom w:val="0"/>
      <w:divBdr>
        <w:top w:val="none" w:sz="0" w:space="0" w:color="auto"/>
        <w:left w:val="none" w:sz="0" w:space="0" w:color="auto"/>
        <w:bottom w:val="none" w:sz="0" w:space="0" w:color="auto"/>
        <w:right w:val="none" w:sz="0" w:space="0" w:color="auto"/>
      </w:divBdr>
    </w:div>
    <w:div w:id="438188427">
      <w:bodyDiv w:val="1"/>
      <w:marLeft w:val="0"/>
      <w:marRight w:val="0"/>
      <w:marTop w:val="0"/>
      <w:marBottom w:val="0"/>
      <w:divBdr>
        <w:top w:val="none" w:sz="0" w:space="0" w:color="auto"/>
        <w:left w:val="none" w:sz="0" w:space="0" w:color="auto"/>
        <w:bottom w:val="none" w:sz="0" w:space="0" w:color="auto"/>
        <w:right w:val="none" w:sz="0" w:space="0" w:color="auto"/>
      </w:divBdr>
      <w:divsChild>
        <w:div w:id="1830902628">
          <w:marLeft w:val="0"/>
          <w:marRight w:val="0"/>
          <w:marTop w:val="240"/>
          <w:marBottom w:val="240"/>
          <w:divBdr>
            <w:top w:val="none" w:sz="0" w:space="0" w:color="auto"/>
            <w:left w:val="none" w:sz="0" w:space="0" w:color="auto"/>
            <w:bottom w:val="none" w:sz="0" w:space="0" w:color="auto"/>
            <w:right w:val="none" w:sz="0" w:space="0" w:color="auto"/>
          </w:divBdr>
        </w:div>
        <w:div w:id="876351211">
          <w:marLeft w:val="0"/>
          <w:marRight w:val="0"/>
          <w:marTop w:val="240"/>
          <w:marBottom w:val="240"/>
          <w:divBdr>
            <w:top w:val="none" w:sz="0" w:space="0" w:color="auto"/>
            <w:left w:val="none" w:sz="0" w:space="0" w:color="auto"/>
            <w:bottom w:val="none" w:sz="0" w:space="0" w:color="auto"/>
            <w:right w:val="none" w:sz="0" w:space="0" w:color="auto"/>
          </w:divBdr>
        </w:div>
        <w:div w:id="1555237981">
          <w:marLeft w:val="0"/>
          <w:marRight w:val="0"/>
          <w:marTop w:val="240"/>
          <w:marBottom w:val="240"/>
          <w:divBdr>
            <w:top w:val="none" w:sz="0" w:space="0" w:color="auto"/>
            <w:left w:val="none" w:sz="0" w:space="0" w:color="auto"/>
            <w:bottom w:val="none" w:sz="0" w:space="0" w:color="auto"/>
            <w:right w:val="none" w:sz="0" w:space="0" w:color="auto"/>
          </w:divBdr>
        </w:div>
        <w:div w:id="1604536228">
          <w:marLeft w:val="0"/>
          <w:marRight w:val="0"/>
          <w:marTop w:val="240"/>
          <w:marBottom w:val="240"/>
          <w:divBdr>
            <w:top w:val="none" w:sz="0" w:space="0" w:color="auto"/>
            <w:left w:val="none" w:sz="0" w:space="0" w:color="auto"/>
            <w:bottom w:val="none" w:sz="0" w:space="0" w:color="auto"/>
            <w:right w:val="none" w:sz="0" w:space="0" w:color="auto"/>
          </w:divBdr>
        </w:div>
        <w:div w:id="154273444">
          <w:marLeft w:val="0"/>
          <w:marRight w:val="0"/>
          <w:marTop w:val="240"/>
          <w:marBottom w:val="240"/>
          <w:divBdr>
            <w:top w:val="none" w:sz="0" w:space="0" w:color="auto"/>
            <w:left w:val="none" w:sz="0" w:space="0" w:color="auto"/>
            <w:bottom w:val="none" w:sz="0" w:space="0" w:color="auto"/>
            <w:right w:val="none" w:sz="0" w:space="0" w:color="auto"/>
          </w:divBdr>
        </w:div>
        <w:div w:id="1523591253">
          <w:marLeft w:val="0"/>
          <w:marRight w:val="0"/>
          <w:marTop w:val="240"/>
          <w:marBottom w:val="240"/>
          <w:divBdr>
            <w:top w:val="none" w:sz="0" w:space="0" w:color="auto"/>
            <w:left w:val="none" w:sz="0" w:space="0" w:color="auto"/>
            <w:bottom w:val="none" w:sz="0" w:space="0" w:color="auto"/>
            <w:right w:val="none" w:sz="0" w:space="0" w:color="auto"/>
          </w:divBdr>
        </w:div>
        <w:div w:id="1644001060">
          <w:marLeft w:val="0"/>
          <w:marRight w:val="0"/>
          <w:marTop w:val="240"/>
          <w:marBottom w:val="240"/>
          <w:divBdr>
            <w:top w:val="none" w:sz="0" w:space="0" w:color="auto"/>
            <w:left w:val="none" w:sz="0" w:space="0" w:color="auto"/>
            <w:bottom w:val="none" w:sz="0" w:space="0" w:color="auto"/>
            <w:right w:val="none" w:sz="0" w:space="0" w:color="auto"/>
          </w:divBdr>
        </w:div>
        <w:div w:id="1230573373">
          <w:marLeft w:val="0"/>
          <w:marRight w:val="0"/>
          <w:marTop w:val="240"/>
          <w:marBottom w:val="240"/>
          <w:divBdr>
            <w:top w:val="none" w:sz="0" w:space="0" w:color="auto"/>
            <w:left w:val="none" w:sz="0" w:space="0" w:color="auto"/>
            <w:bottom w:val="none" w:sz="0" w:space="0" w:color="auto"/>
            <w:right w:val="none" w:sz="0" w:space="0" w:color="auto"/>
          </w:divBdr>
        </w:div>
      </w:divsChild>
    </w:div>
    <w:div w:id="1014309391">
      <w:bodyDiv w:val="1"/>
      <w:marLeft w:val="0"/>
      <w:marRight w:val="0"/>
      <w:marTop w:val="0"/>
      <w:marBottom w:val="0"/>
      <w:divBdr>
        <w:top w:val="none" w:sz="0" w:space="0" w:color="auto"/>
        <w:left w:val="none" w:sz="0" w:space="0" w:color="auto"/>
        <w:bottom w:val="none" w:sz="0" w:space="0" w:color="auto"/>
        <w:right w:val="none" w:sz="0" w:space="0" w:color="auto"/>
      </w:divBdr>
    </w:div>
    <w:div w:id="1158038227">
      <w:bodyDiv w:val="1"/>
      <w:marLeft w:val="0"/>
      <w:marRight w:val="0"/>
      <w:marTop w:val="0"/>
      <w:marBottom w:val="0"/>
      <w:divBdr>
        <w:top w:val="none" w:sz="0" w:space="0" w:color="auto"/>
        <w:left w:val="none" w:sz="0" w:space="0" w:color="auto"/>
        <w:bottom w:val="none" w:sz="0" w:space="0" w:color="auto"/>
        <w:right w:val="none" w:sz="0" w:space="0" w:color="auto"/>
      </w:divBdr>
      <w:divsChild>
        <w:div w:id="1267807094">
          <w:marLeft w:val="0"/>
          <w:marRight w:val="0"/>
          <w:marTop w:val="0"/>
          <w:marBottom w:val="0"/>
          <w:divBdr>
            <w:top w:val="none" w:sz="0" w:space="0" w:color="auto"/>
            <w:left w:val="none" w:sz="0" w:space="0" w:color="auto"/>
            <w:bottom w:val="none" w:sz="0" w:space="0" w:color="auto"/>
            <w:right w:val="none" w:sz="0" w:space="0" w:color="auto"/>
          </w:divBdr>
        </w:div>
      </w:divsChild>
    </w:div>
    <w:div w:id="1354455074">
      <w:bodyDiv w:val="1"/>
      <w:marLeft w:val="0"/>
      <w:marRight w:val="0"/>
      <w:marTop w:val="0"/>
      <w:marBottom w:val="0"/>
      <w:divBdr>
        <w:top w:val="none" w:sz="0" w:space="0" w:color="auto"/>
        <w:left w:val="none" w:sz="0" w:space="0" w:color="auto"/>
        <w:bottom w:val="none" w:sz="0" w:space="0" w:color="auto"/>
        <w:right w:val="none" w:sz="0" w:space="0" w:color="auto"/>
      </w:divBdr>
    </w:div>
    <w:div w:id="1413040465">
      <w:bodyDiv w:val="1"/>
      <w:marLeft w:val="0"/>
      <w:marRight w:val="0"/>
      <w:marTop w:val="0"/>
      <w:marBottom w:val="0"/>
      <w:divBdr>
        <w:top w:val="none" w:sz="0" w:space="0" w:color="auto"/>
        <w:left w:val="none" w:sz="0" w:space="0" w:color="auto"/>
        <w:bottom w:val="none" w:sz="0" w:space="0" w:color="auto"/>
        <w:right w:val="none" w:sz="0" w:space="0" w:color="auto"/>
      </w:divBdr>
      <w:divsChild>
        <w:div w:id="1843662631">
          <w:marLeft w:val="0"/>
          <w:marRight w:val="0"/>
          <w:marTop w:val="0"/>
          <w:marBottom w:val="0"/>
          <w:divBdr>
            <w:top w:val="none" w:sz="0" w:space="0" w:color="auto"/>
            <w:left w:val="none" w:sz="0" w:space="0" w:color="auto"/>
            <w:bottom w:val="none" w:sz="0" w:space="0" w:color="auto"/>
            <w:right w:val="none" w:sz="0" w:space="0" w:color="auto"/>
          </w:divBdr>
        </w:div>
      </w:divsChild>
    </w:div>
    <w:div w:id="1616523277">
      <w:bodyDiv w:val="1"/>
      <w:marLeft w:val="0"/>
      <w:marRight w:val="0"/>
      <w:marTop w:val="0"/>
      <w:marBottom w:val="0"/>
      <w:divBdr>
        <w:top w:val="none" w:sz="0" w:space="0" w:color="auto"/>
        <w:left w:val="none" w:sz="0" w:space="0" w:color="auto"/>
        <w:bottom w:val="none" w:sz="0" w:space="0" w:color="auto"/>
        <w:right w:val="none" w:sz="0" w:space="0" w:color="auto"/>
      </w:divBdr>
      <w:divsChild>
        <w:div w:id="2080667302">
          <w:marLeft w:val="0"/>
          <w:marRight w:val="0"/>
          <w:marTop w:val="240"/>
          <w:marBottom w:val="240"/>
          <w:divBdr>
            <w:top w:val="none" w:sz="0" w:space="0" w:color="auto"/>
            <w:left w:val="none" w:sz="0" w:space="0" w:color="auto"/>
            <w:bottom w:val="none" w:sz="0" w:space="0" w:color="auto"/>
            <w:right w:val="none" w:sz="0" w:space="0" w:color="auto"/>
          </w:divBdr>
        </w:div>
        <w:div w:id="1956324396">
          <w:marLeft w:val="0"/>
          <w:marRight w:val="0"/>
          <w:marTop w:val="240"/>
          <w:marBottom w:val="240"/>
          <w:divBdr>
            <w:top w:val="none" w:sz="0" w:space="0" w:color="auto"/>
            <w:left w:val="none" w:sz="0" w:space="0" w:color="auto"/>
            <w:bottom w:val="none" w:sz="0" w:space="0" w:color="auto"/>
            <w:right w:val="none" w:sz="0" w:space="0" w:color="auto"/>
          </w:divBdr>
        </w:div>
        <w:div w:id="801575823">
          <w:marLeft w:val="0"/>
          <w:marRight w:val="0"/>
          <w:marTop w:val="240"/>
          <w:marBottom w:val="240"/>
          <w:divBdr>
            <w:top w:val="none" w:sz="0" w:space="0" w:color="auto"/>
            <w:left w:val="none" w:sz="0" w:space="0" w:color="auto"/>
            <w:bottom w:val="none" w:sz="0" w:space="0" w:color="auto"/>
            <w:right w:val="none" w:sz="0" w:space="0" w:color="auto"/>
          </w:divBdr>
        </w:div>
        <w:div w:id="1605186362">
          <w:marLeft w:val="0"/>
          <w:marRight w:val="0"/>
          <w:marTop w:val="240"/>
          <w:marBottom w:val="240"/>
          <w:divBdr>
            <w:top w:val="none" w:sz="0" w:space="0" w:color="auto"/>
            <w:left w:val="none" w:sz="0" w:space="0" w:color="auto"/>
            <w:bottom w:val="none" w:sz="0" w:space="0" w:color="auto"/>
            <w:right w:val="none" w:sz="0" w:space="0" w:color="auto"/>
          </w:divBdr>
        </w:div>
        <w:div w:id="1222600830">
          <w:marLeft w:val="0"/>
          <w:marRight w:val="0"/>
          <w:marTop w:val="240"/>
          <w:marBottom w:val="240"/>
          <w:divBdr>
            <w:top w:val="none" w:sz="0" w:space="0" w:color="auto"/>
            <w:left w:val="none" w:sz="0" w:space="0" w:color="auto"/>
            <w:bottom w:val="none" w:sz="0" w:space="0" w:color="auto"/>
            <w:right w:val="none" w:sz="0" w:space="0" w:color="auto"/>
          </w:divBdr>
        </w:div>
        <w:div w:id="1634557465">
          <w:marLeft w:val="0"/>
          <w:marRight w:val="0"/>
          <w:marTop w:val="240"/>
          <w:marBottom w:val="240"/>
          <w:divBdr>
            <w:top w:val="none" w:sz="0" w:space="0" w:color="auto"/>
            <w:left w:val="none" w:sz="0" w:space="0" w:color="auto"/>
            <w:bottom w:val="none" w:sz="0" w:space="0" w:color="auto"/>
            <w:right w:val="none" w:sz="0" w:space="0" w:color="auto"/>
          </w:divBdr>
        </w:div>
        <w:div w:id="127943159">
          <w:marLeft w:val="0"/>
          <w:marRight w:val="0"/>
          <w:marTop w:val="240"/>
          <w:marBottom w:val="240"/>
          <w:divBdr>
            <w:top w:val="none" w:sz="0" w:space="0" w:color="auto"/>
            <w:left w:val="none" w:sz="0" w:space="0" w:color="auto"/>
            <w:bottom w:val="none" w:sz="0" w:space="0" w:color="auto"/>
            <w:right w:val="none" w:sz="0" w:space="0" w:color="auto"/>
          </w:divBdr>
        </w:div>
        <w:div w:id="928078153">
          <w:marLeft w:val="0"/>
          <w:marRight w:val="0"/>
          <w:marTop w:val="240"/>
          <w:marBottom w:val="240"/>
          <w:divBdr>
            <w:top w:val="none" w:sz="0" w:space="0" w:color="auto"/>
            <w:left w:val="none" w:sz="0" w:space="0" w:color="auto"/>
            <w:bottom w:val="none" w:sz="0" w:space="0" w:color="auto"/>
            <w:right w:val="none" w:sz="0" w:space="0" w:color="auto"/>
          </w:divBdr>
        </w:div>
      </w:divsChild>
    </w:div>
    <w:div w:id="1742828947">
      <w:bodyDiv w:val="1"/>
      <w:marLeft w:val="0"/>
      <w:marRight w:val="0"/>
      <w:marTop w:val="0"/>
      <w:marBottom w:val="0"/>
      <w:divBdr>
        <w:top w:val="none" w:sz="0" w:space="0" w:color="auto"/>
        <w:left w:val="none" w:sz="0" w:space="0" w:color="auto"/>
        <w:bottom w:val="none" w:sz="0" w:space="0" w:color="auto"/>
        <w:right w:val="none" w:sz="0" w:space="0" w:color="auto"/>
      </w:divBdr>
      <w:divsChild>
        <w:div w:id="37705433">
          <w:marLeft w:val="0"/>
          <w:marRight w:val="0"/>
          <w:marTop w:val="0"/>
          <w:marBottom w:val="0"/>
          <w:divBdr>
            <w:top w:val="none" w:sz="0" w:space="0" w:color="auto"/>
            <w:left w:val="none" w:sz="0" w:space="0" w:color="auto"/>
            <w:bottom w:val="none" w:sz="0" w:space="0" w:color="auto"/>
            <w:right w:val="none" w:sz="0" w:space="0" w:color="auto"/>
          </w:divBdr>
        </w:div>
      </w:divsChild>
    </w:div>
    <w:div w:id="1765567743">
      <w:bodyDiv w:val="1"/>
      <w:marLeft w:val="0"/>
      <w:marRight w:val="0"/>
      <w:marTop w:val="0"/>
      <w:marBottom w:val="0"/>
      <w:divBdr>
        <w:top w:val="none" w:sz="0" w:space="0" w:color="auto"/>
        <w:left w:val="none" w:sz="0" w:space="0" w:color="auto"/>
        <w:bottom w:val="none" w:sz="0" w:space="0" w:color="auto"/>
        <w:right w:val="none" w:sz="0" w:space="0" w:color="auto"/>
      </w:divBdr>
    </w:div>
    <w:div w:id="1835608442">
      <w:bodyDiv w:val="1"/>
      <w:marLeft w:val="0"/>
      <w:marRight w:val="0"/>
      <w:marTop w:val="0"/>
      <w:marBottom w:val="0"/>
      <w:divBdr>
        <w:top w:val="none" w:sz="0" w:space="0" w:color="auto"/>
        <w:left w:val="none" w:sz="0" w:space="0" w:color="auto"/>
        <w:bottom w:val="none" w:sz="0" w:space="0" w:color="auto"/>
        <w:right w:val="none" w:sz="0" w:space="0" w:color="auto"/>
      </w:divBdr>
      <w:divsChild>
        <w:div w:id="145648830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ark-learn.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1af3c0-e95f-4e6f-904d-2fc2c00e9c95">
      <Terms xmlns="http://schemas.microsoft.com/office/infopath/2007/PartnerControls"/>
    </lcf76f155ced4ddcb4097134ff3c332f>
    <TaxCatchAll xmlns="fd49e15b-f634-49a3-bcda-8178c74fc01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B47B9305936734596E7A22AFD701D2B" ma:contentTypeVersion="12" ma:contentTypeDescription="Create a new document." ma:contentTypeScope="" ma:versionID="635d6659088a29354e9e491f02c6bd86">
  <xsd:schema xmlns:xsd="http://www.w3.org/2001/XMLSchema" xmlns:xs="http://www.w3.org/2001/XMLSchema" xmlns:p="http://schemas.microsoft.com/office/2006/metadata/properties" xmlns:ns2="9f1af3c0-e95f-4e6f-904d-2fc2c00e9c95" xmlns:ns3="fd49e15b-f634-49a3-bcda-8178c74fc018" targetNamespace="http://schemas.microsoft.com/office/2006/metadata/properties" ma:root="true" ma:fieldsID="3739ea963a4c12fcd66a0815cac478a8" ns2:_="" ns3:_="">
    <xsd:import namespace="9f1af3c0-e95f-4e6f-904d-2fc2c00e9c95"/>
    <xsd:import namespace="fd49e15b-f634-49a3-bcda-8178c74fc0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af3c0-e95f-4e6f-904d-2fc2c00e9c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8b6fc0cd-01fe-45a4-a6f7-42bcc5426b5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d49e15b-f634-49a3-bcda-8178c74fc0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a750b75-d889-4d7f-98b8-35f33cad547b}" ma:internalName="TaxCatchAll" ma:showField="CatchAllData" ma:web="fd49e15b-f634-49a3-bcda-8178c74fc0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F52DC357-8106-492F-B37C-C3B439DA9317}">
  <ds:schemaRefs>
    <ds:schemaRef ds:uri="http://schemas.microsoft.com/sharepoint/v3/contenttype/forms"/>
  </ds:schemaRefs>
</ds:datastoreItem>
</file>

<file path=customXml/itemProps3.xml><?xml version="1.0" encoding="utf-8"?>
<ds:datastoreItem xmlns:ds="http://schemas.openxmlformats.org/officeDocument/2006/customXml" ds:itemID="{BE97B72F-F973-4E59-9C62-D8D1318180B9}">
  <ds:schemaRefs>
    <ds:schemaRef ds:uri="http://schemas.microsoft.com/office/2006/metadata/properties"/>
    <ds:schemaRef ds:uri="http://schemas.microsoft.com/office/infopath/2007/PartnerControls"/>
    <ds:schemaRef ds:uri="9f1af3c0-e95f-4e6f-904d-2fc2c00e9c95"/>
    <ds:schemaRef ds:uri="fd49e15b-f634-49a3-bcda-8178c74fc018"/>
  </ds:schemaRefs>
</ds:datastoreItem>
</file>

<file path=customXml/itemProps4.xml><?xml version="1.0" encoding="utf-8"?>
<ds:datastoreItem xmlns:ds="http://schemas.openxmlformats.org/officeDocument/2006/customXml" ds:itemID="{29D4DBC6-9765-4F7E-B08F-97EC5BE58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af3c0-e95f-4e6f-904d-2fc2c00e9c95"/>
    <ds:schemaRef ds:uri="fd49e15b-f634-49a3-bcda-8178c74fc0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2792</Words>
  <Characters>15917</Characters>
  <Application>Microsoft Office Word</Application>
  <DocSecurity>0</DocSecurity>
  <Lines>132</Lines>
  <Paragraphs>37</Paragraphs>
  <ScaleCrop>false</ScaleCrop>
  <Manager/>
  <Company/>
  <LinksUpToDate>false</LinksUpToDate>
  <CharactersWithSpaces>18672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Ventura-Medina, Esther</cp:lastModifiedBy>
  <cp:revision>4</cp:revision>
  <dcterms:created xsi:type="dcterms:W3CDTF">2026-10-09T09:40:00Z</dcterms:created>
  <dcterms:modified xsi:type="dcterms:W3CDTF">2026-10-10T15:43:00Z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0x0101003B47B9305936734596E7A22AFD701D2B</vt:lpwstr>
  </property>
  <property fmtid="{D5CDD505-2E9C-101B-9397-08002B2CF9AE}" pid="3" name="MediaServiceImageTags">
    <vt:lpwstr/>
  </property>
</Properties>
</file>