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366BA" w14:textId="6FC2EC20" w:rsidR="0086050C" w:rsidRDefault="00A53F55">
      <w:r>
        <w:rPr>
          <w:b/>
          <w:color w:val="0F6576"/>
          <w:sz w:val="28"/>
        </w:rPr>
        <w:t>General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4E0BFC" w14:paraId="56730AF0" w14:textId="77777777" w:rsidTr="1A37CAE2">
        <w:tc>
          <w:tcPr>
            <w:tcW w:w="4316" w:type="dxa"/>
          </w:tcPr>
          <w:p w14:paraId="7878CBD4" w14:textId="0A6F3C62" w:rsidR="004E0BFC" w:rsidRPr="000A3910" w:rsidRDefault="004E0BFC" w:rsidP="004E0BFC">
            <w:pPr>
              <w:rPr>
                <w:rFonts w:ascii="Calibri Light" w:hAnsi="Calibri Light" w:cs="Calibri Light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Name or title of activity:</w:t>
            </w:r>
          </w:p>
        </w:tc>
        <w:tc>
          <w:tcPr>
            <w:tcW w:w="4314" w:type="dxa"/>
          </w:tcPr>
          <w:p w14:paraId="155CF442" w14:textId="3FB724BC" w:rsidR="00060EC2" w:rsidRDefault="00420B45" w:rsidP="1A37CAE2">
            <w:pPr>
              <w:rPr>
                <w:rFonts w:ascii="Calibri Light" w:hAnsi="Calibri Light" w:cs="Calibri Light"/>
              </w:rPr>
            </w:pPr>
            <w:r>
              <w:rPr>
                <w:b/>
                <w:bCs/>
                <w:color w:val="0F6576"/>
                <w:sz w:val="28"/>
                <w:szCs w:val="28"/>
              </w:rPr>
              <w:t xml:space="preserve">Passing </w:t>
            </w:r>
            <w:r w:rsidR="001D6EF1">
              <w:rPr>
                <w:b/>
                <w:bCs/>
                <w:color w:val="0F6576"/>
                <w:sz w:val="28"/>
                <w:szCs w:val="28"/>
              </w:rPr>
              <w:t>F</w:t>
            </w:r>
            <w:r>
              <w:rPr>
                <w:b/>
                <w:bCs/>
                <w:color w:val="0F6576"/>
                <w:sz w:val="28"/>
                <w:szCs w:val="28"/>
              </w:rPr>
              <w:t xml:space="preserve">irst </w:t>
            </w:r>
            <w:r w:rsidR="001D6EF1">
              <w:rPr>
                <w:b/>
                <w:bCs/>
                <w:color w:val="0F6576"/>
                <w:sz w:val="28"/>
                <w:szCs w:val="28"/>
              </w:rPr>
              <w:t>Y</w:t>
            </w:r>
            <w:r>
              <w:rPr>
                <w:b/>
                <w:bCs/>
                <w:color w:val="0F6576"/>
                <w:sz w:val="28"/>
                <w:szCs w:val="28"/>
              </w:rPr>
              <w:t xml:space="preserve">ear: </w:t>
            </w:r>
            <w:r w:rsidR="001D6EF1">
              <w:rPr>
                <w:b/>
                <w:bCs/>
                <w:color w:val="0F6576"/>
                <w:sz w:val="28"/>
                <w:szCs w:val="28"/>
              </w:rPr>
              <w:t>T</w:t>
            </w:r>
            <w:r>
              <w:rPr>
                <w:b/>
                <w:bCs/>
                <w:color w:val="0F6576"/>
                <w:sz w:val="28"/>
                <w:szCs w:val="28"/>
              </w:rPr>
              <w:t>he Game</w:t>
            </w:r>
          </w:p>
          <w:p w14:paraId="0AFAFAFC" w14:textId="371660DE" w:rsidR="6DCAC203" w:rsidRDefault="6DCAC203" w:rsidP="1A37CAE2">
            <w:pPr>
              <w:rPr>
                <w:rFonts w:ascii="Calibri Light" w:hAnsi="Calibri Light" w:cs="Calibri Light"/>
              </w:rPr>
            </w:pPr>
            <w:r w:rsidRPr="1A37CAE2">
              <w:rPr>
                <w:rFonts w:ascii="Calibri Light" w:hAnsi="Calibri Light" w:cs="Calibri Light"/>
              </w:rPr>
              <w:t>The Game of College Life</w:t>
            </w:r>
          </w:p>
          <w:p w14:paraId="4D307130" w14:textId="77777777" w:rsidR="00060EC2" w:rsidRPr="000A3910" w:rsidRDefault="00060EC2" w:rsidP="004E0BFC">
            <w:pPr>
              <w:rPr>
                <w:rFonts w:ascii="Calibri Light" w:hAnsi="Calibri Light" w:cs="Calibri Light"/>
              </w:rPr>
            </w:pPr>
          </w:p>
        </w:tc>
      </w:tr>
      <w:tr w:rsidR="004E0BFC" w14:paraId="7CD968E4" w14:textId="77777777" w:rsidTr="1A37CAE2">
        <w:tc>
          <w:tcPr>
            <w:tcW w:w="4316" w:type="dxa"/>
          </w:tcPr>
          <w:p w14:paraId="1677847D" w14:textId="176D1C96" w:rsidR="004E0BFC" w:rsidRPr="000A3910" w:rsidRDefault="004E0BFC" w:rsidP="004E0BFC">
            <w:pPr>
              <w:rPr>
                <w:rFonts w:ascii="Calibri Light" w:hAnsi="Calibri Light" w:cs="Calibri Light"/>
              </w:rPr>
            </w:pPr>
            <w:r w:rsidRPr="11A64929">
              <w:rPr>
                <w:rFonts w:ascii="Calibri Light" w:hAnsi="Calibri Light" w:cs="Calibri Light"/>
                <w:lang w:val="en-GB"/>
              </w:rPr>
              <w:t xml:space="preserve">Brief </w:t>
            </w:r>
            <w:r w:rsidR="000A3910" w:rsidRPr="11A64929">
              <w:rPr>
                <w:rFonts w:ascii="Calibri Light" w:hAnsi="Calibri Light" w:cs="Calibri Light"/>
                <w:lang w:val="en-GB"/>
              </w:rPr>
              <w:t>d</w:t>
            </w:r>
            <w:r w:rsidRPr="11A64929">
              <w:rPr>
                <w:rFonts w:ascii="Calibri Light" w:hAnsi="Calibri Light" w:cs="Calibri Light"/>
                <w:lang w:val="en-GB"/>
              </w:rPr>
              <w:t>escription</w:t>
            </w:r>
            <w:r w:rsidR="00CD7C73">
              <w:rPr>
                <w:rFonts w:ascii="Calibri Light" w:hAnsi="Calibri Light" w:cs="Calibri Light"/>
                <w:lang w:val="en-GB"/>
              </w:rPr>
              <w:t xml:space="preserve"> (20 words)</w:t>
            </w:r>
            <w:r w:rsidRPr="11A64929">
              <w:rPr>
                <w:rFonts w:ascii="Calibri Light" w:hAnsi="Calibri Light" w:cs="Calibri Light"/>
                <w:lang w:val="en-GB"/>
              </w:rPr>
              <w:t>:</w:t>
            </w:r>
          </w:p>
        </w:tc>
        <w:tc>
          <w:tcPr>
            <w:tcW w:w="4314" w:type="dxa"/>
          </w:tcPr>
          <w:p w14:paraId="14EDCE2A" w14:textId="7B252A30" w:rsidR="004E0BFC" w:rsidRDefault="00D0598B" w:rsidP="004E0BFC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A simple board game designed to introduce students </w:t>
            </w:r>
            <w:r w:rsidR="00420B45">
              <w:rPr>
                <w:rFonts w:ascii="Calibri Light" w:hAnsi="Calibri Light" w:cs="Calibri Light"/>
              </w:rPr>
              <w:t xml:space="preserve">to </w:t>
            </w:r>
            <w:r>
              <w:rPr>
                <w:rFonts w:ascii="Calibri Light" w:hAnsi="Calibri Light" w:cs="Calibri Light"/>
              </w:rPr>
              <w:t xml:space="preserve">how they can balance their time and academic </w:t>
            </w:r>
            <w:proofErr w:type="spellStart"/>
            <w:r>
              <w:rPr>
                <w:rFonts w:ascii="Calibri Light" w:hAnsi="Calibri Light" w:cs="Calibri Light"/>
              </w:rPr>
              <w:t>endeavours</w:t>
            </w:r>
            <w:proofErr w:type="spellEnd"/>
            <w:r>
              <w:rPr>
                <w:rFonts w:ascii="Calibri Light" w:hAnsi="Calibri Light" w:cs="Calibri Light"/>
              </w:rPr>
              <w:t xml:space="preserve"> to best effect.</w:t>
            </w:r>
          </w:p>
          <w:p w14:paraId="02226716" w14:textId="77777777" w:rsidR="009B6D17" w:rsidRPr="000A3910" w:rsidRDefault="009B6D17" w:rsidP="004E0BFC">
            <w:pPr>
              <w:rPr>
                <w:rFonts w:ascii="Calibri Light" w:hAnsi="Calibri Light" w:cs="Calibri Light"/>
              </w:rPr>
            </w:pPr>
          </w:p>
        </w:tc>
      </w:tr>
      <w:tr w:rsidR="004E0BFC" w14:paraId="40B1F3FC" w14:textId="77777777" w:rsidTr="1A37CAE2">
        <w:tc>
          <w:tcPr>
            <w:tcW w:w="4316" w:type="dxa"/>
          </w:tcPr>
          <w:p w14:paraId="3B99F1FC" w14:textId="57BA1203" w:rsidR="004E0BFC" w:rsidRPr="000A3910" w:rsidRDefault="004E0BFC" w:rsidP="004E0BFC">
            <w:pPr>
              <w:rPr>
                <w:rFonts w:ascii="Calibri Light" w:hAnsi="Calibri Light" w:cs="Calibri Light"/>
              </w:rPr>
            </w:pPr>
            <w:r w:rsidRPr="5ED244E1">
              <w:rPr>
                <w:rFonts w:ascii="Calibri Light" w:hAnsi="Calibri Light" w:cs="Calibri Light"/>
              </w:rPr>
              <w:t>Which discipline(s), field(s), or programme(s) does the activity relate to?</w:t>
            </w:r>
          </w:p>
        </w:tc>
        <w:tc>
          <w:tcPr>
            <w:tcW w:w="4314" w:type="dxa"/>
          </w:tcPr>
          <w:p w14:paraId="1A54D88B" w14:textId="55A9C8E8" w:rsidR="004E0BFC" w:rsidRDefault="00DD2264" w:rsidP="004E0BFC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Discipline:</w:t>
            </w:r>
            <w:r w:rsidR="00D0598B">
              <w:rPr>
                <w:rFonts w:ascii="Calibri Light" w:hAnsi="Calibri Light" w:cs="Calibri Light"/>
              </w:rPr>
              <w:t xml:space="preserve"> Any</w:t>
            </w:r>
          </w:p>
          <w:p w14:paraId="56CC8AB1" w14:textId="5769850B" w:rsidR="00DD2264" w:rsidRDefault="00DD2264" w:rsidP="004E0BFC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Field:</w:t>
            </w:r>
            <w:r w:rsidR="00D0598B">
              <w:rPr>
                <w:rFonts w:ascii="Calibri Light" w:hAnsi="Calibri Light" w:cs="Calibri Light"/>
              </w:rPr>
              <w:t xml:space="preserve"> Any</w:t>
            </w:r>
          </w:p>
          <w:p w14:paraId="00E2A5FC" w14:textId="69E53D62" w:rsidR="00DD2264" w:rsidRDefault="00DD2264" w:rsidP="004E0BFC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Programme:</w:t>
            </w:r>
            <w:r w:rsidR="00D0598B">
              <w:rPr>
                <w:rFonts w:ascii="Calibri Light" w:hAnsi="Calibri Light" w:cs="Calibri Light"/>
              </w:rPr>
              <w:t xml:space="preserve"> Any</w:t>
            </w:r>
          </w:p>
          <w:p w14:paraId="1BE52465" w14:textId="25EA5402" w:rsidR="009B6D17" w:rsidRPr="000A3910" w:rsidRDefault="009B6D17" w:rsidP="004E0BFC">
            <w:pPr>
              <w:rPr>
                <w:rFonts w:ascii="Calibri Light" w:hAnsi="Calibri Light" w:cs="Calibri Light"/>
              </w:rPr>
            </w:pPr>
          </w:p>
        </w:tc>
      </w:tr>
      <w:tr w:rsidR="00420B45" w14:paraId="4D550703" w14:textId="77777777" w:rsidTr="1A37CAE2">
        <w:tc>
          <w:tcPr>
            <w:tcW w:w="4316" w:type="dxa"/>
          </w:tcPr>
          <w:p w14:paraId="721357F5" w14:textId="77777777" w:rsidR="00420B45" w:rsidRDefault="00420B45" w:rsidP="00420B45">
            <w:pPr>
              <w:rPr>
                <w:rFonts w:ascii="Calibri Light" w:hAnsi="Calibri Light" w:cs="Calibri Light"/>
                <w:lang w:val="en-GB"/>
              </w:rPr>
            </w:pPr>
            <w:r w:rsidRPr="388651C2">
              <w:rPr>
                <w:rFonts w:ascii="Calibri Light" w:hAnsi="Calibri Light" w:cs="Calibri Light"/>
                <w:lang w:val="en-GB"/>
              </w:rPr>
              <w:t>What type of integration does the activity aim to support:</w:t>
            </w:r>
          </w:p>
          <w:p w14:paraId="39093BD5" w14:textId="77777777" w:rsidR="00420B45" w:rsidRDefault="00420B45" w:rsidP="00420B45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>(Titles from Codebook)</w:t>
            </w:r>
          </w:p>
          <w:p w14:paraId="6A4399B0" w14:textId="42F746C1" w:rsidR="00420B45" w:rsidRPr="000A3910" w:rsidRDefault="00420B45" w:rsidP="00420B45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>Establishing first connection</w:t>
            </w:r>
          </w:p>
        </w:tc>
        <w:tc>
          <w:tcPr>
            <w:tcW w:w="4314" w:type="dxa"/>
          </w:tcPr>
          <w:p w14:paraId="617D2220" w14:textId="77777777" w:rsidR="00420B45" w:rsidRDefault="00420B45" w:rsidP="00420B45">
            <w:pPr>
              <w:rPr>
                <w:rFonts w:ascii="Calibri Light" w:hAnsi="Calibri Light" w:cs="Calibri Light"/>
                <w:b/>
                <w:bCs/>
              </w:rPr>
            </w:pPr>
            <w:r w:rsidRPr="004B1670">
              <w:rPr>
                <w:rFonts w:ascii="Segoe UI Symbol" w:hAnsi="Segoe UI Symbol" w:cs="Segoe UI Symbol"/>
                <w:b/>
                <w:bCs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Selectievakje1"/>
            <w:r w:rsidRPr="004B1670">
              <w:rPr>
                <w:rFonts w:ascii="Segoe UI Symbol" w:hAnsi="Segoe UI Symbol" w:cs="Segoe UI Symbol"/>
                <w:b/>
                <w:bCs/>
              </w:rPr>
              <w:instrText xml:space="preserve"> FORMCHECKBOX </w:instrText>
            </w:r>
            <w:r w:rsidRPr="004B1670">
              <w:rPr>
                <w:rFonts w:ascii="Segoe UI Symbol" w:hAnsi="Segoe UI Symbol" w:cs="Segoe UI Symbol"/>
                <w:b/>
                <w:bCs/>
              </w:rPr>
            </w:r>
            <w:r w:rsidRPr="004B1670">
              <w:rPr>
                <w:rFonts w:ascii="Segoe UI Symbol" w:hAnsi="Segoe UI Symbol" w:cs="Segoe UI Symbol"/>
                <w:b/>
                <w:bCs/>
              </w:rPr>
              <w:fldChar w:fldCharType="separate"/>
            </w:r>
            <w:r w:rsidRPr="004B1670">
              <w:rPr>
                <w:rFonts w:ascii="Segoe UI Symbol" w:hAnsi="Segoe UI Symbol" w:cs="Segoe UI Symbol"/>
                <w:b/>
                <w:bCs/>
              </w:rPr>
              <w:fldChar w:fldCharType="end"/>
            </w:r>
            <w:bookmarkEnd w:id="0"/>
            <w:r w:rsidRPr="004B1670">
              <w:rPr>
                <w:rFonts w:ascii="Calibri Light" w:hAnsi="Calibri Light" w:cs="Calibri Light"/>
                <w:b/>
                <w:bCs/>
              </w:rPr>
              <w:t xml:space="preserve">Academic Integration </w:t>
            </w:r>
          </w:p>
          <w:p w14:paraId="18931C77" w14:textId="4D1813A7" w:rsidR="00420B45" w:rsidRDefault="00420B45" w:rsidP="00420B4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Self-regulation</w:t>
            </w:r>
          </w:p>
          <w:p w14:paraId="5EB7B7DA" w14:textId="77777777" w:rsidR="00420B45" w:rsidRDefault="00420B45" w:rsidP="00420B4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General structure of the semester</w:t>
            </w:r>
          </w:p>
          <w:p w14:paraId="49150FFE" w14:textId="77777777" w:rsidR="00420B45" w:rsidRDefault="00420B45" w:rsidP="00420B4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Quantity of work</w:t>
            </w:r>
          </w:p>
          <w:p w14:paraId="48136F65" w14:textId="3AC785BA" w:rsidR="00420B45" w:rsidRDefault="00085522" w:rsidP="00420B4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00420B45" w:rsidRPr="004B1670">
              <w:rPr>
                <w:rFonts w:ascii="Calibri Light" w:hAnsi="Calibri Light" w:cs="Calibri Light"/>
              </w:rPr>
              <w:t>Managing workloads/ different learning approaches.</w:t>
            </w:r>
          </w:p>
          <w:p w14:paraId="2CA553A7" w14:textId="77777777" w:rsidR="00420B45" w:rsidRDefault="00420B45" w:rsidP="00420B45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Committing to the study</w:t>
            </w:r>
          </w:p>
          <w:p w14:paraId="5D86FEF7" w14:textId="56C40809" w:rsidR="00420B45" w:rsidRDefault="00085522" w:rsidP="00420B4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00420B45" w:rsidRPr="004B1670">
              <w:rPr>
                <w:rFonts w:ascii="Calibri Light" w:hAnsi="Calibri Light" w:cs="Calibri Light"/>
              </w:rPr>
              <w:t>Processing learning content</w:t>
            </w:r>
          </w:p>
          <w:p w14:paraId="1EF026A5" w14:textId="3EB84880" w:rsidR="00420B45" w:rsidRDefault="00085522" w:rsidP="00420B4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00420B45" w:rsidRPr="004B1670">
              <w:rPr>
                <w:rFonts w:ascii="Calibri Light" w:hAnsi="Calibri Light" w:cs="Calibri Light"/>
              </w:rPr>
              <w:t>Feeling prepared</w:t>
            </w:r>
          </w:p>
          <w:p w14:paraId="7E074468" w14:textId="77777777" w:rsidR="00420B45" w:rsidRDefault="00420B45" w:rsidP="00420B4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 xml:space="preserve">Feeling </w:t>
            </w:r>
            <w:r>
              <w:rPr>
                <w:rFonts w:ascii="Calibri Light" w:hAnsi="Calibri Light" w:cs="Calibri Light"/>
              </w:rPr>
              <w:t>competent</w:t>
            </w:r>
          </w:p>
          <w:p w14:paraId="77D83A05" w14:textId="77777777" w:rsidR="00420B45" w:rsidRPr="004B1670" w:rsidRDefault="00420B45" w:rsidP="00420B45">
            <w:pPr>
              <w:rPr>
                <w:rFonts w:ascii="Calibri Light" w:hAnsi="Calibri Light" w:cs="Calibri Light"/>
                <w:b/>
                <w:bCs/>
              </w:rPr>
            </w:pPr>
          </w:p>
          <w:p w14:paraId="3D36D5EA" w14:textId="77777777" w:rsidR="00420B45" w:rsidRDefault="00420B45" w:rsidP="00420B45">
            <w:pPr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Selectievakje2"/>
            <w:r>
              <w:rPr>
                <w:rFonts w:ascii="Calibri Light" w:hAnsi="Calibri Light" w:cs="Calibri Light"/>
                <w:b/>
                <w:bCs/>
              </w:rPr>
              <w:instrText xml:space="preserve"> FORMCHECKBOX </w:instrText>
            </w:r>
            <w:r>
              <w:rPr>
                <w:rFonts w:ascii="Calibri Light" w:hAnsi="Calibri Light" w:cs="Calibri Light"/>
                <w:b/>
                <w:bCs/>
              </w:rPr>
            </w:r>
            <w:r>
              <w:rPr>
                <w:rFonts w:ascii="Calibri Light" w:hAnsi="Calibri Light" w:cs="Calibri Light"/>
                <w:b/>
                <w:bCs/>
              </w:rPr>
              <w:fldChar w:fldCharType="separate"/>
            </w:r>
            <w:r>
              <w:rPr>
                <w:rFonts w:ascii="Calibri Light" w:hAnsi="Calibri Light" w:cs="Calibri Light"/>
                <w:b/>
                <w:bCs/>
              </w:rPr>
              <w:fldChar w:fldCharType="end"/>
            </w:r>
            <w:bookmarkEnd w:id="1"/>
            <w:r w:rsidRPr="004B1670">
              <w:rPr>
                <w:rFonts w:ascii="Calibri Light" w:hAnsi="Calibri Light" w:cs="Calibri Light"/>
                <w:b/>
                <w:bCs/>
              </w:rPr>
              <w:t xml:space="preserve">Social Integration </w:t>
            </w:r>
          </w:p>
          <w:p w14:paraId="7BB954D6" w14:textId="4758668D" w:rsidR="00420B45" w:rsidRDefault="00420B45" w:rsidP="00420B4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Establishing a first connection</w:t>
            </w:r>
          </w:p>
          <w:p w14:paraId="0FF885FD" w14:textId="77777777" w:rsidR="00420B45" w:rsidRPr="004B1670" w:rsidRDefault="00420B45" w:rsidP="00420B45">
            <w:pPr>
              <w:rPr>
                <w:rFonts w:ascii="Calibri Light" w:hAnsi="Calibri Light" w:cs="Calibri Light"/>
                <w:b/>
                <w:bCs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Establishing a deeper connection</w:t>
            </w:r>
          </w:p>
          <w:p w14:paraId="4C38F248" w14:textId="77777777" w:rsidR="00420B45" w:rsidRPr="00B33831" w:rsidRDefault="00420B45" w:rsidP="00420B4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B33831">
              <w:rPr>
                <w:rFonts w:ascii="Calibri Light" w:hAnsi="Calibri Light" w:cs="Calibri Light"/>
              </w:rPr>
              <w:t xml:space="preserve">Practical Aspects of Student Life </w:t>
            </w:r>
          </w:p>
          <w:p w14:paraId="3FB396E9" w14:textId="77777777" w:rsidR="00420B45" w:rsidRDefault="00420B45" w:rsidP="00420B4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B33831">
              <w:rPr>
                <w:rFonts w:ascii="Calibri Light" w:hAnsi="Calibri Light" w:cs="Calibri Light"/>
              </w:rPr>
              <w:t>Managing Institutional</w:t>
            </w:r>
            <w:r>
              <w:rPr>
                <w:rFonts w:ascii="Calibri Light" w:hAnsi="Calibri Light" w:cs="Calibri Light"/>
              </w:rPr>
              <w:t xml:space="preserve"> Communication</w:t>
            </w:r>
          </w:p>
          <w:p w14:paraId="67B151EB" w14:textId="77777777" w:rsidR="00420B45" w:rsidRPr="00472B63" w:rsidRDefault="00420B45" w:rsidP="00420B4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Campus Facilities</w:t>
            </w:r>
            <w:r w:rsidRPr="00472B63">
              <w:rPr>
                <w:rFonts w:ascii="Calibri Light" w:hAnsi="Calibri Light" w:cs="Calibri Light"/>
              </w:rPr>
              <w:t xml:space="preserve"> </w:t>
            </w:r>
          </w:p>
          <w:p w14:paraId="18A08615" w14:textId="32B11581" w:rsidR="00420B45" w:rsidRDefault="00420B45" w:rsidP="00420B4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Managing Life</w:t>
            </w:r>
          </w:p>
          <w:p w14:paraId="614481B5" w14:textId="534748A2" w:rsidR="00420B45" w:rsidRDefault="00085522" w:rsidP="00420B4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00420B45">
              <w:rPr>
                <w:rFonts w:ascii="Calibri Light" w:hAnsi="Calibri Light" w:cs="Calibri Light"/>
              </w:rPr>
              <w:t>Balancing free time and academic life</w:t>
            </w:r>
          </w:p>
          <w:p w14:paraId="1C30F1CB" w14:textId="1E0B0834" w:rsidR="00420B45" w:rsidRPr="00472B63" w:rsidRDefault="00085522" w:rsidP="00420B4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00420B45">
              <w:rPr>
                <w:rFonts w:ascii="Calibri Light" w:hAnsi="Calibri Light" w:cs="Calibri Light"/>
              </w:rPr>
              <w:t>Environmental Adaptation</w:t>
            </w:r>
            <w:r w:rsidR="00420B45" w:rsidRPr="00472B63">
              <w:rPr>
                <w:rFonts w:ascii="Calibri Light" w:hAnsi="Calibri Light" w:cs="Calibri Light"/>
              </w:rPr>
              <w:t xml:space="preserve"> </w:t>
            </w:r>
          </w:p>
          <w:p w14:paraId="1CB8C7F3" w14:textId="77777777" w:rsidR="00420B45" w:rsidRDefault="00420B45" w:rsidP="00420B45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Academic Freedom</w:t>
            </w:r>
          </w:p>
          <w:p w14:paraId="77DB6886" w14:textId="77777777" w:rsidR="00420B45" w:rsidRPr="00472B63" w:rsidRDefault="00420B45" w:rsidP="00420B4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Perceived Academic Support</w:t>
            </w:r>
            <w:r w:rsidRPr="00472B63">
              <w:rPr>
                <w:rFonts w:ascii="Calibri Light" w:hAnsi="Calibri Light" w:cs="Calibri Light"/>
              </w:rPr>
              <w:t xml:space="preserve"> </w:t>
            </w:r>
          </w:p>
          <w:p w14:paraId="3745E62D" w14:textId="77777777" w:rsidR="00420B45" w:rsidRPr="00472B63" w:rsidRDefault="00420B45" w:rsidP="00420B4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Perceived Social Support</w:t>
            </w:r>
            <w:r w:rsidRPr="00472B63">
              <w:rPr>
                <w:rFonts w:ascii="Calibri Light" w:hAnsi="Calibri Light" w:cs="Calibri Light"/>
              </w:rPr>
              <w:t xml:space="preserve"> </w:t>
            </w:r>
          </w:p>
          <w:p w14:paraId="0F9C0BD1" w14:textId="64FE1E19" w:rsidR="00420B45" w:rsidRDefault="00085522" w:rsidP="00420B4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00420B45">
              <w:rPr>
                <w:rFonts w:ascii="Calibri Light" w:hAnsi="Calibri Light" w:cs="Calibri Light"/>
              </w:rPr>
              <w:t>Sense of Belonging</w:t>
            </w:r>
            <w:r w:rsidR="00420B45" w:rsidRPr="00472B63">
              <w:rPr>
                <w:rFonts w:ascii="Calibri Light" w:hAnsi="Calibri Light" w:cs="Calibri Light"/>
              </w:rPr>
              <w:t xml:space="preserve"> </w:t>
            </w:r>
          </w:p>
          <w:p w14:paraId="707DFEA1" w14:textId="77777777" w:rsidR="00420B45" w:rsidRPr="00472B63" w:rsidRDefault="00420B45" w:rsidP="00420B4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Mental w</w:t>
            </w:r>
            <w:r w:rsidRPr="00472B63">
              <w:rPr>
                <w:rFonts w:ascii="Calibri Light" w:hAnsi="Calibri Light" w:cs="Calibri Light"/>
              </w:rPr>
              <w:t xml:space="preserve">ell-being </w:t>
            </w:r>
          </w:p>
          <w:p w14:paraId="2C9E5F0D" w14:textId="77777777" w:rsidR="00420B45" w:rsidRDefault="00420B45" w:rsidP="00420B45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Disability</w:t>
            </w:r>
          </w:p>
          <w:p w14:paraId="3E6BEC4C" w14:textId="69117AC4" w:rsidR="00420B45" w:rsidRPr="000A3910" w:rsidRDefault="00420B45" w:rsidP="00420B45">
            <w:pPr>
              <w:rPr>
                <w:rFonts w:ascii="Calibri Light" w:hAnsi="Calibri Light" w:cs="Calibri Light"/>
              </w:rPr>
            </w:pPr>
          </w:p>
        </w:tc>
      </w:tr>
      <w:tr w:rsidR="00420B45" w14:paraId="227157E4" w14:textId="77777777" w:rsidTr="1A37CAE2">
        <w:tc>
          <w:tcPr>
            <w:tcW w:w="4316" w:type="dxa"/>
          </w:tcPr>
          <w:p w14:paraId="12FF0BCB" w14:textId="77777777" w:rsidR="00420B45" w:rsidRDefault="00420B45" w:rsidP="00420B45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>What type of intervention is it:</w:t>
            </w:r>
          </w:p>
          <w:p w14:paraId="1165872B" w14:textId="7A71EEE5" w:rsidR="00420B45" w:rsidRPr="5ED244E1" w:rsidRDefault="00420B45" w:rsidP="00420B45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 xml:space="preserve">(From Literature Review) </w:t>
            </w:r>
          </w:p>
        </w:tc>
        <w:tc>
          <w:tcPr>
            <w:tcW w:w="4314" w:type="dxa"/>
          </w:tcPr>
          <w:p w14:paraId="6DC7EF5B" w14:textId="5F39192E" w:rsidR="00420B45" w:rsidRPr="00B33831" w:rsidRDefault="00420B45" w:rsidP="00420B4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456A0B">
              <w:rPr>
                <w:rFonts w:ascii="Calibri Light" w:hAnsi="Calibri Light" w:cs="Calibri Light"/>
              </w:rPr>
              <w:t>Micro intervention</w:t>
            </w:r>
            <w:r w:rsidRPr="00B33831">
              <w:rPr>
                <w:rFonts w:ascii="Calibri Light" w:hAnsi="Calibri Light" w:cs="Calibri Light"/>
              </w:rPr>
              <w:t xml:space="preserve"> </w:t>
            </w:r>
          </w:p>
          <w:p w14:paraId="2A36767D" w14:textId="709A3207" w:rsidR="00420B45" w:rsidRPr="00B33831" w:rsidRDefault="00420B45" w:rsidP="00420B45">
            <w:pPr>
              <w:rPr>
                <w:rFonts w:ascii="Calibri Light" w:hAnsi="Calibri Light" w:cs="Calibri Light"/>
              </w:rPr>
            </w:pPr>
            <w:r w:rsidRPr="00B33831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3831">
              <w:rPr>
                <w:rFonts w:ascii="Calibri Light" w:hAnsi="Calibri Light" w:cs="Calibri Light"/>
              </w:rPr>
              <w:instrText xml:space="preserve"> FORMCHECKBOX </w:instrText>
            </w:r>
            <w:r w:rsidRPr="00B33831">
              <w:rPr>
                <w:rFonts w:ascii="Calibri Light" w:hAnsi="Calibri Light" w:cs="Calibri Light"/>
              </w:rPr>
            </w:r>
            <w:r w:rsidRPr="00B33831">
              <w:rPr>
                <w:rFonts w:ascii="Calibri Light" w:hAnsi="Calibri Light" w:cs="Calibri Light"/>
              </w:rPr>
              <w:fldChar w:fldCharType="separate"/>
            </w:r>
            <w:r w:rsidRPr="00B33831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Course and Teaching Strategies</w:t>
            </w:r>
            <w:r w:rsidRPr="00B33831">
              <w:rPr>
                <w:rFonts w:ascii="Calibri Light" w:hAnsi="Calibri Light" w:cs="Calibri Light"/>
              </w:rPr>
              <w:t xml:space="preserve"> </w:t>
            </w:r>
          </w:p>
          <w:p w14:paraId="05BCDBE6" w14:textId="4A613109" w:rsidR="00420B45" w:rsidRDefault="00420B45" w:rsidP="00420B45">
            <w:pPr>
              <w:rPr>
                <w:rFonts w:ascii="Calibri Light" w:hAnsi="Calibri Light" w:cs="Calibri Light"/>
              </w:rPr>
            </w:pPr>
            <w:r w:rsidRPr="00B33831"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3831">
              <w:rPr>
                <w:rFonts w:ascii="Calibri Light" w:hAnsi="Calibri Light" w:cs="Calibri Light"/>
              </w:rPr>
              <w:instrText xml:space="preserve"> FORMCHECKBOX </w:instrText>
            </w:r>
            <w:r w:rsidRPr="00B33831">
              <w:rPr>
                <w:rFonts w:ascii="Calibri Light" w:hAnsi="Calibri Light" w:cs="Calibri Light"/>
              </w:rPr>
            </w:r>
            <w:r w:rsidRPr="00B33831">
              <w:rPr>
                <w:rFonts w:ascii="Calibri Light" w:hAnsi="Calibri Light" w:cs="Calibri Light"/>
              </w:rPr>
              <w:fldChar w:fldCharType="separate"/>
            </w:r>
            <w:r w:rsidRPr="00B33831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 xml:space="preserve">Gamification and Technology </w:t>
            </w:r>
          </w:p>
          <w:p w14:paraId="394CA74D" w14:textId="3E026699" w:rsidR="00420B45" w:rsidRPr="00472B63" w:rsidRDefault="00420B45" w:rsidP="00420B45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Installing Learning Communities</w:t>
            </w:r>
          </w:p>
          <w:p w14:paraId="4CBAF6E9" w14:textId="767CADB4" w:rsidR="00420B45" w:rsidRDefault="00420B45" w:rsidP="00420B45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Social Support and Mentoring</w:t>
            </w:r>
          </w:p>
          <w:p w14:paraId="3B9F1C7D" w14:textId="13A2D86E" w:rsidR="00420B45" w:rsidRPr="00472B63" w:rsidRDefault="00420B45" w:rsidP="00420B45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lastRenderedPageBreak/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Summer School</w:t>
            </w:r>
          </w:p>
          <w:p w14:paraId="6214CB10" w14:textId="0FC91157" w:rsidR="00420B45" w:rsidRDefault="00420B45" w:rsidP="00420B45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Mindset</w:t>
            </w:r>
          </w:p>
          <w:p w14:paraId="52BF14FB" w14:textId="52D3FC0E" w:rsidR="00420B45" w:rsidRPr="00472B63" w:rsidRDefault="00420B45" w:rsidP="00420B45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Orientation Program</w:t>
            </w:r>
            <w:r w:rsidRPr="00472B63">
              <w:rPr>
                <w:rFonts w:ascii="Calibri Light" w:hAnsi="Calibri Light" w:cs="Calibri Light"/>
              </w:rPr>
              <w:t xml:space="preserve"> </w:t>
            </w:r>
          </w:p>
          <w:p w14:paraId="7EFF47C5" w14:textId="3779BF94" w:rsidR="00420B45" w:rsidRPr="000A3910" w:rsidRDefault="00420B45" w:rsidP="00420B45">
            <w:pPr>
              <w:rPr>
                <w:rFonts w:ascii="Calibri Light" w:hAnsi="Calibri Light" w:cs="Calibri Light"/>
              </w:rPr>
            </w:pPr>
          </w:p>
        </w:tc>
      </w:tr>
      <w:tr w:rsidR="00420B45" w14:paraId="61B19491" w14:textId="77777777" w:rsidTr="1A37CAE2">
        <w:tc>
          <w:tcPr>
            <w:tcW w:w="4316" w:type="dxa"/>
          </w:tcPr>
          <w:p w14:paraId="4DF9FE37" w14:textId="54CA13BE" w:rsidR="00420B45" w:rsidRPr="000A3910" w:rsidRDefault="00420B45" w:rsidP="00420B45">
            <w:pPr>
              <w:rPr>
                <w:rFonts w:ascii="Calibri Light" w:hAnsi="Calibri Light" w:cs="Calibri Light"/>
              </w:rPr>
            </w:pPr>
            <w:r w:rsidRPr="5ED244E1">
              <w:rPr>
                <w:rFonts w:ascii="Calibri Light" w:hAnsi="Calibri Light" w:cs="Calibri Light"/>
                <w:lang w:val="en-GB"/>
              </w:rPr>
              <w:lastRenderedPageBreak/>
              <w:t>Target audience:</w:t>
            </w:r>
          </w:p>
        </w:tc>
        <w:tc>
          <w:tcPr>
            <w:tcW w:w="4314" w:type="dxa"/>
          </w:tcPr>
          <w:p w14:paraId="449FC377" w14:textId="05594FD5" w:rsidR="00420B45" w:rsidRDefault="00420B45" w:rsidP="00420B4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Any first year students </w:t>
            </w:r>
          </w:p>
          <w:p w14:paraId="5A4B37BB" w14:textId="77777777" w:rsidR="00420B45" w:rsidRDefault="00420B45" w:rsidP="00420B45">
            <w:pPr>
              <w:rPr>
                <w:rFonts w:ascii="Calibri Light" w:hAnsi="Calibri Light" w:cs="Calibri Light"/>
              </w:rPr>
            </w:pPr>
          </w:p>
          <w:p w14:paraId="0A9A6F6E" w14:textId="77777777" w:rsidR="00420B45" w:rsidRPr="000A3910" w:rsidRDefault="00420B45" w:rsidP="00420B45">
            <w:pPr>
              <w:rPr>
                <w:rFonts w:ascii="Calibri Light" w:hAnsi="Calibri Light" w:cs="Calibri Light"/>
              </w:rPr>
            </w:pPr>
          </w:p>
        </w:tc>
      </w:tr>
      <w:tr w:rsidR="00420B45" w14:paraId="4D0018EE" w14:textId="77777777" w:rsidTr="1A37CAE2">
        <w:tc>
          <w:tcPr>
            <w:tcW w:w="4316" w:type="dxa"/>
          </w:tcPr>
          <w:p w14:paraId="749D750F" w14:textId="0DA2FE28" w:rsidR="00420B45" w:rsidRPr="000A3910" w:rsidRDefault="00420B45" w:rsidP="00420B45">
            <w:pPr>
              <w:rPr>
                <w:rFonts w:ascii="Calibri Light" w:hAnsi="Calibri Light" w:cs="Calibri Light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Number of students:</w:t>
            </w:r>
          </w:p>
        </w:tc>
        <w:tc>
          <w:tcPr>
            <w:tcW w:w="4314" w:type="dxa"/>
          </w:tcPr>
          <w:p w14:paraId="52C76708" w14:textId="44983164" w:rsidR="00420B45" w:rsidRDefault="00420B45" w:rsidP="00420B4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It can be used with a minimum of 2 students and no maximum</w:t>
            </w:r>
          </w:p>
          <w:p w14:paraId="57A0C05A" w14:textId="77777777" w:rsidR="00420B45" w:rsidRPr="000A3910" w:rsidRDefault="00420B45" w:rsidP="00420B45">
            <w:pPr>
              <w:rPr>
                <w:rFonts w:ascii="Calibri Light" w:hAnsi="Calibri Light" w:cs="Calibri Light"/>
              </w:rPr>
            </w:pPr>
          </w:p>
        </w:tc>
      </w:tr>
    </w:tbl>
    <w:p w14:paraId="06E99092" w14:textId="7C5FE61E" w:rsidR="0086050C" w:rsidRDefault="004E0BFC">
      <w:r>
        <w:rPr>
          <w:b/>
          <w:color w:val="0F6576"/>
          <w:sz w:val="28"/>
        </w:rPr>
        <w:t>Objectives &amp; Focus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E0BFC" w14:paraId="2FA73CC9" w14:textId="77777777" w:rsidTr="009B6D17">
        <w:tc>
          <w:tcPr>
            <w:tcW w:w="4315" w:type="dxa"/>
          </w:tcPr>
          <w:p w14:paraId="495BEB2F" w14:textId="589B6DAF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What type of activity is it?</w:t>
            </w:r>
          </w:p>
        </w:tc>
        <w:tc>
          <w:tcPr>
            <w:tcW w:w="4315" w:type="dxa"/>
          </w:tcPr>
          <w:p w14:paraId="665A421D" w14:textId="7EFA7A92" w:rsidR="004E0BFC" w:rsidRPr="000A3910" w:rsidRDefault="00AE56D6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>Game</w:t>
            </w:r>
          </w:p>
        </w:tc>
      </w:tr>
      <w:tr w:rsidR="004E0BFC" w14:paraId="4484B5E2" w14:textId="77777777" w:rsidTr="009B6D17">
        <w:tc>
          <w:tcPr>
            <w:tcW w:w="4315" w:type="dxa"/>
          </w:tcPr>
          <w:p w14:paraId="3DD3B43A" w14:textId="6C0F143E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When does the activity take place?</w:t>
            </w:r>
          </w:p>
        </w:tc>
        <w:tc>
          <w:tcPr>
            <w:tcW w:w="4315" w:type="dxa"/>
          </w:tcPr>
          <w:p w14:paraId="7DB5DA4D" w14:textId="4DD18CAB" w:rsidR="004E0BFC" w:rsidRPr="000A3910" w:rsidRDefault="00AE56D6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>At induction</w:t>
            </w:r>
          </w:p>
        </w:tc>
      </w:tr>
      <w:tr w:rsidR="004E0BFC" w14:paraId="6E1B2956" w14:textId="77777777" w:rsidTr="009B6D17">
        <w:tc>
          <w:tcPr>
            <w:tcW w:w="4315" w:type="dxa"/>
          </w:tcPr>
          <w:p w14:paraId="324266F5" w14:textId="259C158B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How long does the activity last?</w:t>
            </w:r>
          </w:p>
        </w:tc>
        <w:tc>
          <w:tcPr>
            <w:tcW w:w="4315" w:type="dxa"/>
          </w:tcPr>
          <w:p w14:paraId="3874A643" w14:textId="32D67726" w:rsidR="004E0BFC" w:rsidRPr="000A3910" w:rsidRDefault="00AE56D6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>Under an hour</w:t>
            </w:r>
          </w:p>
        </w:tc>
      </w:tr>
    </w:tbl>
    <w:p w14:paraId="77E7D96A" w14:textId="77777777" w:rsidR="000A3910" w:rsidRDefault="000A3910">
      <w:pPr>
        <w:rPr>
          <w:b/>
          <w:color w:val="0F6576"/>
          <w:sz w:val="28"/>
        </w:rPr>
      </w:pPr>
    </w:p>
    <w:p w14:paraId="2F845AA2" w14:textId="7E46A9AA" w:rsidR="0086050C" w:rsidRDefault="00A53F55">
      <w:r>
        <w:rPr>
          <w:b/>
          <w:color w:val="0F6576"/>
          <w:sz w:val="28"/>
        </w:rPr>
        <w:t>Participants &amp; Implementation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3823"/>
        <w:gridCol w:w="4961"/>
      </w:tblGrid>
      <w:tr w:rsidR="004E0BFC" w14:paraId="68A83735" w14:textId="77777777" w:rsidTr="1A37CAE2">
        <w:tc>
          <w:tcPr>
            <w:tcW w:w="3823" w:type="dxa"/>
          </w:tcPr>
          <w:p w14:paraId="0395BC84" w14:textId="2A0410C4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5DC8FB06">
              <w:rPr>
                <w:rFonts w:ascii="Calibri Light" w:hAnsi="Calibri Light" w:cs="Calibri Light"/>
                <w:lang w:val="en-GB"/>
              </w:rPr>
              <w:t xml:space="preserve">Level of </w:t>
            </w:r>
            <w:r w:rsidR="000A3910" w:rsidRPr="5DC8FB06">
              <w:rPr>
                <w:rFonts w:ascii="Calibri Light" w:hAnsi="Calibri Light" w:cs="Calibri Light"/>
                <w:lang w:val="en-GB"/>
              </w:rPr>
              <w:t>c</w:t>
            </w:r>
            <w:r w:rsidRPr="5DC8FB06">
              <w:rPr>
                <w:rFonts w:ascii="Calibri Light" w:hAnsi="Calibri Light" w:cs="Calibri Light"/>
                <w:lang w:val="en-GB"/>
              </w:rPr>
              <w:t xml:space="preserve">ommitment of </w:t>
            </w:r>
            <w:r w:rsidR="000A3910" w:rsidRPr="5DC8FB06">
              <w:rPr>
                <w:rFonts w:ascii="Calibri Light" w:hAnsi="Calibri Light" w:cs="Calibri Light"/>
                <w:lang w:val="en-GB"/>
              </w:rPr>
              <w:t>i</w:t>
            </w:r>
            <w:r w:rsidRPr="5DC8FB06">
              <w:rPr>
                <w:rFonts w:ascii="Calibri Light" w:hAnsi="Calibri Light" w:cs="Calibri Light"/>
                <w:lang w:val="en-GB"/>
              </w:rPr>
              <w:t>nstructors</w:t>
            </w:r>
            <w:r w:rsidR="00CC376A">
              <w:rPr>
                <w:rFonts w:ascii="Calibri Light" w:hAnsi="Calibri Light" w:cs="Calibri Light"/>
                <w:lang w:val="en-GB"/>
              </w:rPr>
              <w:t xml:space="preserve"> to design and develop the intervention</w:t>
            </w:r>
            <w:r w:rsidRPr="5DC8FB06">
              <w:rPr>
                <w:rFonts w:ascii="Calibri Light" w:hAnsi="Calibri Light" w:cs="Calibri Light"/>
                <w:lang w:val="en-GB"/>
              </w:rPr>
              <w:t>:</w:t>
            </w:r>
          </w:p>
        </w:tc>
        <w:tc>
          <w:tcPr>
            <w:tcW w:w="4961" w:type="dxa"/>
          </w:tcPr>
          <w:p w14:paraId="7D1CBC42" w14:textId="422D8BB9" w:rsidR="00CC376A" w:rsidRDefault="0075390B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004E0BFC" w:rsidRPr="000A3910">
              <w:rPr>
                <w:rFonts w:ascii="Calibri Light" w:hAnsi="Calibri Light" w:cs="Calibri Light"/>
                <w:lang w:val="en-GB"/>
              </w:rPr>
              <w:t>Low</w:t>
            </w:r>
            <w:r w:rsidR="00AD37CD">
              <w:rPr>
                <w:rFonts w:ascii="Calibri Light" w:hAnsi="Calibri Light" w:cs="Calibri Light"/>
                <w:lang w:val="en-GB"/>
              </w:rPr>
              <w:t xml:space="preserve"> (1 day) </w:t>
            </w:r>
          </w:p>
          <w:p w14:paraId="19A1989D" w14:textId="77777777" w:rsidR="00CC376A" w:rsidRDefault="00390282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10"/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bookmarkEnd w:id="2"/>
            <w:r w:rsidR="004E0BFC" w:rsidRPr="000A3910">
              <w:rPr>
                <w:rFonts w:ascii="Calibri Light" w:hAnsi="Calibri Light" w:cs="Calibri Light"/>
                <w:lang w:val="en-GB"/>
              </w:rPr>
              <w:t xml:space="preserve">Medium </w:t>
            </w:r>
            <w:r w:rsidR="00AD37CD">
              <w:rPr>
                <w:rFonts w:ascii="Calibri Light" w:hAnsi="Calibri Light" w:cs="Calibri Light"/>
                <w:lang w:val="en-GB"/>
              </w:rPr>
              <w:t xml:space="preserve">(1 week) </w:t>
            </w:r>
          </w:p>
          <w:p w14:paraId="226DC841" w14:textId="4E822B82" w:rsidR="004E0BFC" w:rsidRPr="000A3910" w:rsidRDefault="00390282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Selectievakje11"/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bookmarkEnd w:id="3"/>
            <w:r w:rsidR="004E0BFC" w:rsidRPr="000A3910">
              <w:rPr>
                <w:rFonts w:ascii="Calibri Light" w:hAnsi="Calibri Light" w:cs="Calibri Light"/>
                <w:lang w:val="en-GB"/>
              </w:rPr>
              <w:t>High</w:t>
            </w:r>
            <w:r w:rsidR="00AD37CD">
              <w:rPr>
                <w:rFonts w:ascii="Calibri Light" w:hAnsi="Calibri Light" w:cs="Calibri Light"/>
                <w:lang w:val="en-GB"/>
              </w:rPr>
              <w:t xml:space="preserve"> (</w:t>
            </w:r>
            <w:r w:rsidR="00CC376A">
              <w:rPr>
                <w:rFonts w:ascii="Calibri Light" w:hAnsi="Calibri Light" w:cs="Calibri Light"/>
                <w:lang w:val="en-GB"/>
              </w:rPr>
              <w:t xml:space="preserve">1 </w:t>
            </w:r>
            <w:r w:rsidR="00AD37CD">
              <w:rPr>
                <w:rFonts w:ascii="Calibri Light" w:hAnsi="Calibri Light" w:cs="Calibri Light"/>
                <w:lang w:val="en-GB"/>
              </w:rPr>
              <w:t>month</w:t>
            </w:r>
            <w:r w:rsidR="00CC376A">
              <w:rPr>
                <w:rFonts w:ascii="Calibri Light" w:hAnsi="Calibri Light" w:cs="Calibri Light"/>
                <w:lang w:val="en-GB"/>
              </w:rPr>
              <w:t xml:space="preserve"> or greater</w:t>
            </w:r>
            <w:r w:rsidR="00AD37CD">
              <w:rPr>
                <w:rFonts w:ascii="Calibri Light" w:hAnsi="Calibri Light" w:cs="Calibri Light"/>
                <w:lang w:val="en-GB"/>
              </w:rPr>
              <w:t>)</w:t>
            </w:r>
          </w:p>
        </w:tc>
      </w:tr>
      <w:tr w:rsidR="004E0BFC" w14:paraId="24DAA290" w14:textId="77777777" w:rsidTr="1A37CAE2">
        <w:tc>
          <w:tcPr>
            <w:tcW w:w="3823" w:type="dxa"/>
          </w:tcPr>
          <w:p w14:paraId="185AE50B" w14:textId="7E3993DB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Level of commitment of students:</w:t>
            </w:r>
          </w:p>
        </w:tc>
        <w:tc>
          <w:tcPr>
            <w:tcW w:w="4961" w:type="dxa"/>
          </w:tcPr>
          <w:p w14:paraId="732587E3" w14:textId="1E5F83A7" w:rsidR="00CC376A" w:rsidRDefault="0075390B" w:rsidP="00CC376A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00CC376A" w:rsidRPr="000A3910">
              <w:rPr>
                <w:rFonts w:ascii="Calibri Light" w:hAnsi="Calibri Light" w:cs="Calibri Light"/>
                <w:lang w:val="en-GB"/>
              </w:rPr>
              <w:t>Low</w:t>
            </w:r>
            <w:r w:rsidR="00CC376A">
              <w:rPr>
                <w:rFonts w:ascii="Calibri Light" w:hAnsi="Calibri Light" w:cs="Calibri Light"/>
                <w:lang w:val="en-GB"/>
              </w:rPr>
              <w:t xml:space="preserve"> (1 day) </w:t>
            </w:r>
          </w:p>
          <w:p w14:paraId="01DB113F" w14:textId="77777777" w:rsidR="00CC376A" w:rsidRDefault="00CC376A" w:rsidP="00CC376A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r w:rsidRPr="000A3910">
              <w:rPr>
                <w:rFonts w:ascii="Calibri Light" w:hAnsi="Calibri Light" w:cs="Calibri Light"/>
                <w:lang w:val="en-GB"/>
              </w:rPr>
              <w:t xml:space="preserve">Medium </w:t>
            </w:r>
            <w:r>
              <w:rPr>
                <w:rFonts w:ascii="Calibri Light" w:hAnsi="Calibri Light" w:cs="Calibri Light"/>
                <w:lang w:val="en-GB"/>
              </w:rPr>
              <w:t xml:space="preserve">(1 week) </w:t>
            </w:r>
          </w:p>
          <w:p w14:paraId="721182FA" w14:textId="4C314214" w:rsidR="004E0BFC" w:rsidRPr="000A3910" w:rsidRDefault="00CC376A" w:rsidP="00CC376A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r w:rsidRPr="000A3910">
              <w:rPr>
                <w:rFonts w:ascii="Calibri Light" w:hAnsi="Calibri Light" w:cs="Calibri Light"/>
                <w:lang w:val="en-GB"/>
              </w:rPr>
              <w:t>High</w:t>
            </w:r>
            <w:r>
              <w:rPr>
                <w:rFonts w:ascii="Calibri Light" w:hAnsi="Calibri Light" w:cs="Calibri Light"/>
                <w:lang w:val="en-GB"/>
              </w:rPr>
              <w:t xml:space="preserve"> (1 month or greater)</w:t>
            </w:r>
          </w:p>
        </w:tc>
      </w:tr>
      <w:tr w:rsidR="004E0BFC" w14:paraId="78B5BD83" w14:textId="77777777" w:rsidTr="1A37CAE2">
        <w:tc>
          <w:tcPr>
            <w:tcW w:w="3823" w:type="dxa"/>
          </w:tcPr>
          <w:p w14:paraId="729B3DF5" w14:textId="1FE978FE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124C7894">
              <w:rPr>
                <w:rFonts w:ascii="Calibri Light" w:hAnsi="Calibri Light" w:cs="Calibri Light"/>
                <w:lang w:val="en-GB"/>
              </w:rPr>
              <w:t>Timescale to complete intervention</w:t>
            </w:r>
            <w:r w:rsidR="00CC376A">
              <w:rPr>
                <w:rFonts w:ascii="Calibri Light" w:hAnsi="Calibri Light" w:cs="Calibri Light"/>
                <w:lang w:val="en-GB"/>
              </w:rPr>
              <w:t xml:space="preserve"> (how long the activity lasts)</w:t>
            </w:r>
            <w:r w:rsidRPr="124C7894">
              <w:rPr>
                <w:rFonts w:ascii="Calibri Light" w:hAnsi="Calibri Light" w:cs="Calibri Light"/>
                <w:lang w:val="en-GB"/>
              </w:rPr>
              <w:t>:</w:t>
            </w:r>
          </w:p>
        </w:tc>
        <w:tc>
          <w:tcPr>
            <w:tcW w:w="4961" w:type="dxa"/>
          </w:tcPr>
          <w:p w14:paraId="28A57626" w14:textId="66A2E034" w:rsidR="004E0BFC" w:rsidRDefault="003D1575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>Under an hour</w:t>
            </w:r>
          </w:p>
          <w:p w14:paraId="48AC28BE" w14:textId="77777777" w:rsidR="00CC376A" w:rsidRDefault="00CC376A" w:rsidP="004E0BFC">
            <w:pPr>
              <w:rPr>
                <w:rFonts w:ascii="Calibri Light" w:hAnsi="Calibri Light" w:cs="Calibri Light"/>
                <w:lang w:val="en-GB"/>
              </w:rPr>
            </w:pPr>
          </w:p>
          <w:p w14:paraId="48A4E36E" w14:textId="77777777" w:rsidR="00CC376A" w:rsidRPr="000A3910" w:rsidRDefault="00CC376A" w:rsidP="004E0BFC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4E0BFC" w14:paraId="01E73A0F" w14:textId="77777777" w:rsidTr="1A37CAE2">
        <w:tc>
          <w:tcPr>
            <w:tcW w:w="3823" w:type="dxa"/>
          </w:tcPr>
          <w:p w14:paraId="6F344086" w14:textId="765980AB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Who is involved in delivering the activity?</w:t>
            </w:r>
          </w:p>
        </w:tc>
        <w:tc>
          <w:tcPr>
            <w:tcW w:w="4961" w:type="dxa"/>
          </w:tcPr>
          <w:p w14:paraId="27B00112" w14:textId="1D819530" w:rsidR="004E0BFC" w:rsidRPr="00F16179" w:rsidRDefault="00390282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tievakje12"/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bookmarkEnd w:id="4"/>
            <w:r w:rsidR="004E0BFC" w:rsidRPr="00F16179">
              <w:rPr>
                <w:rFonts w:ascii="Calibri Light" w:hAnsi="Calibri Light" w:cs="Calibri Light"/>
                <w:lang w:val="en-GB"/>
              </w:rPr>
              <w:t xml:space="preserve">Teaching staff </w:t>
            </w:r>
            <w:r w:rsidR="004E0BFC" w:rsidRPr="00F16179">
              <w:rPr>
                <w:rFonts w:ascii="Calibri Light" w:hAnsi="Calibri Light" w:cs="Calibri Light"/>
                <w:lang w:val="en-GB"/>
              </w:rPr>
              <w:br/>
            </w:r>
            <w:r w:rsidRPr="00F16179">
              <w:rPr>
                <w:rFonts w:ascii="Calibri Light" w:hAnsi="Calibri Light" w:cs="Calibri Light"/>
                <w:lang w:val="en-GB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Selectievakje13"/>
            <w:r w:rsidRPr="00F16179">
              <w:rPr>
                <w:rFonts w:ascii="Calibri Light" w:hAnsi="Calibri Light" w:cs="Calibri Light"/>
                <w:lang w:val="en-GB"/>
              </w:rPr>
              <w:instrText xml:space="preserve"> FORMCHECKBOX </w:instrText>
            </w:r>
            <w:r w:rsidRPr="00F16179">
              <w:rPr>
                <w:rFonts w:ascii="Calibri Light" w:hAnsi="Calibri Light" w:cs="Calibri Light"/>
                <w:lang w:val="en-GB"/>
              </w:rPr>
            </w:r>
            <w:r w:rsidRPr="00F16179">
              <w:rPr>
                <w:rFonts w:ascii="Calibri Light" w:hAnsi="Calibri Light" w:cs="Calibri Light"/>
                <w:lang w:val="en-GB"/>
              </w:rPr>
              <w:fldChar w:fldCharType="separate"/>
            </w:r>
            <w:r w:rsidRPr="00F16179">
              <w:rPr>
                <w:rFonts w:ascii="Calibri Light" w:hAnsi="Calibri Light" w:cs="Calibri Light"/>
                <w:lang w:val="en-GB"/>
              </w:rPr>
              <w:fldChar w:fldCharType="end"/>
            </w:r>
            <w:bookmarkEnd w:id="5"/>
            <w:r w:rsidR="004E0BFC" w:rsidRPr="00F16179">
              <w:rPr>
                <w:rFonts w:ascii="Calibri Light" w:hAnsi="Calibri Light" w:cs="Calibri Light"/>
                <w:lang w:val="en-GB"/>
              </w:rPr>
              <w:t>S</w:t>
            </w:r>
            <w:r w:rsidR="00896312" w:rsidRPr="00F16179">
              <w:rPr>
                <w:rFonts w:ascii="Calibri Light" w:hAnsi="Calibri Light" w:cs="Calibri Light"/>
                <w:lang w:val="en-GB"/>
              </w:rPr>
              <w:t>tudent S</w:t>
            </w:r>
            <w:r w:rsidR="004E0BFC" w:rsidRPr="00F16179">
              <w:rPr>
                <w:rFonts w:ascii="Calibri Light" w:hAnsi="Calibri Light" w:cs="Calibri Light"/>
                <w:lang w:val="en-GB"/>
              </w:rPr>
              <w:t xml:space="preserve">upport staff </w:t>
            </w:r>
            <w:r w:rsidR="004E0BFC" w:rsidRPr="00F16179">
              <w:rPr>
                <w:rFonts w:ascii="Calibri Light" w:hAnsi="Calibri Light" w:cs="Calibri Light"/>
                <w:lang w:val="en-GB"/>
              </w:rPr>
              <w:br/>
            </w:r>
            <w:r w:rsidRPr="00F16179">
              <w:rPr>
                <w:rFonts w:ascii="Calibri Light" w:hAnsi="Calibri Light" w:cs="Calibri Light"/>
                <w:lang w:val="en-GB"/>
              </w:rPr>
              <w:fldChar w:fldCharType="begin">
                <w:ffData>
                  <w:name w:val="Selectievakje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Selectievakje14"/>
            <w:r w:rsidRPr="00F16179">
              <w:rPr>
                <w:rFonts w:ascii="Calibri Light" w:hAnsi="Calibri Light" w:cs="Calibri Light"/>
                <w:lang w:val="en-GB"/>
              </w:rPr>
              <w:instrText xml:space="preserve"> FORMCHECKBOX </w:instrText>
            </w:r>
            <w:r w:rsidRPr="00F16179">
              <w:rPr>
                <w:rFonts w:ascii="Calibri Light" w:hAnsi="Calibri Light" w:cs="Calibri Light"/>
                <w:lang w:val="en-GB"/>
              </w:rPr>
            </w:r>
            <w:r w:rsidRPr="00F16179">
              <w:rPr>
                <w:rFonts w:ascii="Calibri Light" w:hAnsi="Calibri Light" w:cs="Calibri Light"/>
                <w:lang w:val="en-GB"/>
              </w:rPr>
              <w:fldChar w:fldCharType="separate"/>
            </w:r>
            <w:r w:rsidRPr="00F16179">
              <w:rPr>
                <w:rFonts w:ascii="Calibri Light" w:hAnsi="Calibri Light" w:cs="Calibri Light"/>
                <w:lang w:val="en-GB"/>
              </w:rPr>
              <w:fldChar w:fldCharType="end"/>
            </w:r>
            <w:bookmarkEnd w:id="6"/>
            <w:r w:rsidR="00896312" w:rsidRPr="00F16179">
              <w:rPr>
                <w:rFonts w:ascii="Calibri Light" w:hAnsi="Calibri Light" w:cs="Calibri Light"/>
                <w:lang w:val="en-GB"/>
              </w:rPr>
              <w:t>Researcher</w:t>
            </w:r>
            <w:r w:rsidR="00166AFF" w:rsidRPr="00F16179">
              <w:rPr>
                <w:rFonts w:ascii="Calibri Light" w:hAnsi="Calibri Light" w:cs="Calibri Light"/>
                <w:lang w:val="en-GB"/>
              </w:rPr>
              <w:t>s</w:t>
            </w:r>
            <w:r w:rsidR="004E0BFC" w:rsidRPr="00F16179">
              <w:rPr>
                <w:rFonts w:ascii="Calibri Light" w:hAnsi="Calibri Light" w:cs="Calibri Light"/>
                <w:lang w:val="en-GB"/>
              </w:rPr>
              <w:t xml:space="preserve"> </w:t>
            </w:r>
            <w:r w:rsidR="004E0BFC" w:rsidRPr="00F16179">
              <w:rPr>
                <w:rFonts w:ascii="Calibri Light" w:hAnsi="Calibri Light" w:cs="Calibri Light"/>
                <w:lang w:val="en-GB"/>
              </w:rPr>
              <w:br/>
            </w:r>
            <w:r w:rsidRPr="00F16179">
              <w:rPr>
                <w:rFonts w:ascii="Calibri Light" w:hAnsi="Calibri Light" w:cs="Calibri Light"/>
                <w:lang w:val="en-GB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Selectievakje15"/>
            <w:r w:rsidRPr="00F16179">
              <w:rPr>
                <w:rFonts w:ascii="Calibri Light" w:hAnsi="Calibri Light" w:cs="Calibri Light"/>
                <w:lang w:val="en-GB"/>
              </w:rPr>
              <w:instrText xml:space="preserve"> FORMCHECKBOX </w:instrText>
            </w:r>
            <w:r w:rsidRPr="00F16179">
              <w:rPr>
                <w:rFonts w:ascii="Calibri Light" w:hAnsi="Calibri Light" w:cs="Calibri Light"/>
                <w:lang w:val="en-GB"/>
              </w:rPr>
            </w:r>
            <w:r w:rsidRPr="00F16179">
              <w:rPr>
                <w:rFonts w:ascii="Calibri Light" w:hAnsi="Calibri Light" w:cs="Calibri Light"/>
                <w:lang w:val="en-GB"/>
              </w:rPr>
              <w:fldChar w:fldCharType="separate"/>
            </w:r>
            <w:r w:rsidRPr="00F16179">
              <w:rPr>
                <w:rFonts w:ascii="Calibri Light" w:hAnsi="Calibri Light" w:cs="Calibri Light"/>
                <w:lang w:val="en-GB"/>
              </w:rPr>
              <w:fldChar w:fldCharType="end"/>
            </w:r>
            <w:bookmarkEnd w:id="7"/>
            <w:r w:rsidR="00166AFF" w:rsidRPr="00F16179">
              <w:rPr>
                <w:rFonts w:ascii="Calibri Light" w:hAnsi="Calibri Light" w:cs="Calibri Light"/>
                <w:lang w:val="en-GB"/>
              </w:rPr>
              <w:t>Students</w:t>
            </w:r>
            <w:r w:rsidR="004E0BFC" w:rsidRPr="00F16179">
              <w:rPr>
                <w:rFonts w:ascii="Calibri Light" w:hAnsi="Calibri Light" w:cs="Calibri Light"/>
                <w:lang w:val="en-GB"/>
              </w:rPr>
              <w:t xml:space="preserve"> </w:t>
            </w:r>
            <w:r w:rsidR="004E0BFC" w:rsidRPr="00F16179">
              <w:rPr>
                <w:rFonts w:ascii="Calibri Light" w:hAnsi="Calibri Light" w:cs="Calibri Light"/>
                <w:lang w:val="en-GB"/>
              </w:rPr>
              <w:br/>
            </w:r>
            <w:r w:rsidRPr="00F16179">
              <w:rPr>
                <w:rFonts w:ascii="Calibri Light" w:hAnsi="Calibri Light" w:cs="Calibri Light"/>
                <w:lang w:val="en-GB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tievakje16"/>
            <w:r w:rsidRPr="00F16179">
              <w:rPr>
                <w:rFonts w:ascii="Calibri Light" w:hAnsi="Calibri Light" w:cs="Calibri Light"/>
                <w:lang w:val="en-GB"/>
              </w:rPr>
              <w:instrText xml:space="preserve"> FORMCHECKBOX </w:instrText>
            </w:r>
            <w:r w:rsidRPr="00F16179">
              <w:rPr>
                <w:rFonts w:ascii="Calibri Light" w:hAnsi="Calibri Light" w:cs="Calibri Light"/>
                <w:lang w:val="en-GB"/>
              </w:rPr>
            </w:r>
            <w:r w:rsidRPr="00F16179">
              <w:rPr>
                <w:rFonts w:ascii="Calibri Light" w:hAnsi="Calibri Light" w:cs="Calibri Light"/>
                <w:lang w:val="en-GB"/>
              </w:rPr>
              <w:fldChar w:fldCharType="separate"/>
            </w:r>
            <w:r w:rsidRPr="00F16179">
              <w:rPr>
                <w:rFonts w:ascii="Calibri Light" w:hAnsi="Calibri Light" w:cs="Calibri Light"/>
                <w:lang w:val="en-GB"/>
              </w:rPr>
              <w:fldChar w:fldCharType="end"/>
            </w:r>
            <w:bookmarkEnd w:id="8"/>
            <w:r w:rsidR="00166AFF" w:rsidRPr="00F16179">
              <w:rPr>
                <w:rFonts w:ascii="Calibri Light" w:hAnsi="Calibri Light" w:cs="Calibri Light"/>
                <w:lang w:val="en-GB"/>
              </w:rPr>
              <w:t>Student Societies/organisations/clubs</w:t>
            </w:r>
          </w:p>
          <w:p w14:paraId="5EC31AAD" w14:textId="7DE3401A" w:rsidR="00896312" w:rsidRPr="00F16179" w:rsidRDefault="00896312" w:rsidP="004E0BFC">
            <w:pPr>
              <w:rPr>
                <w:rFonts w:ascii="Calibri Light" w:hAnsi="Calibri Light" w:cs="Calibri Light"/>
                <w:lang w:val="en-GB"/>
              </w:rPr>
            </w:pPr>
            <w:r w:rsidRPr="00F16179">
              <w:rPr>
                <w:rFonts w:ascii="Calibri Light" w:hAnsi="Calibri Light" w:cs="Calibri Light"/>
                <w:lang w:val="en-GB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6179">
              <w:rPr>
                <w:rFonts w:ascii="Calibri Light" w:hAnsi="Calibri Light" w:cs="Calibri Light"/>
                <w:lang w:val="en-GB"/>
              </w:rPr>
              <w:instrText xml:space="preserve"> FORMCHECKBOX </w:instrText>
            </w:r>
            <w:r w:rsidRPr="00F16179">
              <w:rPr>
                <w:rFonts w:ascii="Calibri Light" w:hAnsi="Calibri Light" w:cs="Calibri Light"/>
                <w:lang w:val="en-GB"/>
              </w:rPr>
            </w:r>
            <w:r w:rsidRPr="00F16179">
              <w:rPr>
                <w:rFonts w:ascii="Calibri Light" w:hAnsi="Calibri Light" w:cs="Calibri Light"/>
                <w:lang w:val="en-GB"/>
              </w:rPr>
              <w:fldChar w:fldCharType="separate"/>
            </w:r>
            <w:r w:rsidRPr="00F16179">
              <w:rPr>
                <w:rFonts w:ascii="Calibri Light" w:hAnsi="Calibri Light" w:cs="Calibri Light"/>
                <w:lang w:val="en-GB"/>
              </w:rPr>
              <w:fldChar w:fldCharType="end"/>
            </w:r>
            <w:r w:rsidRPr="00F16179">
              <w:rPr>
                <w:rFonts w:ascii="Calibri Light" w:hAnsi="Calibri Light" w:cs="Calibri Light"/>
                <w:lang w:val="en-GB"/>
              </w:rPr>
              <w:t>External partners</w:t>
            </w:r>
          </w:p>
          <w:p w14:paraId="2C347E92" w14:textId="77777777" w:rsidR="000A3910" w:rsidRDefault="00390282" w:rsidP="004E0BFC">
            <w:pPr>
              <w:rPr>
                <w:rFonts w:ascii="Calibri Light" w:hAnsi="Calibri Light" w:cs="Calibri Light"/>
                <w:lang w:val="en-GB"/>
              </w:rPr>
            </w:pPr>
            <w:r w:rsidRPr="00F16179">
              <w:rPr>
                <w:rFonts w:ascii="Calibri Light" w:hAnsi="Calibri Light" w:cs="Calibri Light"/>
                <w:lang w:val="en-GB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Selectievakje17"/>
            <w:r w:rsidRPr="00F16179">
              <w:rPr>
                <w:rFonts w:ascii="Calibri Light" w:hAnsi="Calibri Light" w:cs="Calibri Light"/>
                <w:lang w:val="en-GB"/>
              </w:rPr>
              <w:instrText xml:space="preserve"> FORMCHECKBOX </w:instrText>
            </w:r>
            <w:r w:rsidRPr="00F16179">
              <w:rPr>
                <w:rFonts w:ascii="Calibri Light" w:hAnsi="Calibri Light" w:cs="Calibri Light"/>
                <w:lang w:val="en-GB"/>
              </w:rPr>
            </w:r>
            <w:r w:rsidRPr="00F16179">
              <w:rPr>
                <w:rFonts w:ascii="Calibri Light" w:hAnsi="Calibri Light" w:cs="Calibri Light"/>
                <w:lang w:val="en-GB"/>
              </w:rPr>
              <w:fldChar w:fldCharType="separate"/>
            </w:r>
            <w:r w:rsidRPr="00F16179">
              <w:rPr>
                <w:rFonts w:ascii="Calibri Light" w:hAnsi="Calibri Light" w:cs="Calibri Light"/>
                <w:lang w:val="en-GB"/>
              </w:rPr>
              <w:fldChar w:fldCharType="end"/>
            </w:r>
            <w:bookmarkEnd w:id="9"/>
            <w:r w:rsidR="000A3910" w:rsidRPr="00F16179">
              <w:rPr>
                <w:rFonts w:ascii="Calibri Light" w:hAnsi="Calibri Light" w:cs="Calibri Light"/>
                <w:lang w:val="en-GB"/>
              </w:rPr>
              <w:t xml:space="preserve">Other namely… </w:t>
            </w:r>
          </w:p>
          <w:p w14:paraId="32C1BE3F" w14:textId="2DB9CBC5" w:rsidR="00117AFE" w:rsidRPr="00F16179" w:rsidRDefault="00085522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  <w:lang w:val="en-GB"/>
              </w:rPr>
              <w:instrText xml:space="preserve"> FORMCHECKBOX </w:instrText>
            </w:r>
            <w:r>
              <w:rPr>
                <w:rFonts w:ascii="Calibri Light" w:hAnsi="Calibri Light" w:cs="Calibri Light"/>
                <w:lang w:val="en-GB"/>
              </w:rPr>
            </w:r>
            <w:r>
              <w:rPr>
                <w:rFonts w:ascii="Calibri Light" w:hAnsi="Calibri Light" w:cs="Calibri Light"/>
                <w:lang w:val="en-GB"/>
              </w:rPr>
              <w:fldChar w:fldCharType="separate"/>
            </w:r>
            <w:r>
              <w:rPr>
                <w:rFonts w:ascii="Calibri Light" w:hAnsi="Calibri Light" w:cs="Calibri Light"/>
                <w:lang w:val="en-GB"/>
              </w:rPr>
              <w:fldChar w:fldCharType="end"/>
            </w:r>
            <w:r w:rsidR="00117AFE">
              <w:rPr>
                <w:rFonts w:ascii="Calibri Light" w:hAnsi="Calibri Light" w:cs="Calibri Light"/>
                <w:lang w:val="en-GB"/>
              </w:rPr>
              <w:t>Any of the above</w:t>
            </w:r>
          </w:p>
          <w:p w14:paraId="429C5149" w14:textId="40C4310B" w:rsidR="00896312" w:rsidRPr="000A3910" w:rsidRDefault="00896312" w:rsidP="004E0BFC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4E0BFC" w14:paraId="6A808EB3" w14:textId="77777777" w:rsidTr="1A37CAE2">
        <w:tc>
          <w:tcPr>
            <w:tcW w:w="3823" w:type="dxa"/>
          </w:tcPr>
          <w:p w14:paraId="1EAB1171" w14:textId="525BD446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Is the activity individual or group-based?</w:t>
            </w:r>
          </w:p>
        </w:tc>
        <w:tc>
          <w:tcPr>
            <w:tcW w:w="4961" w:type="dxa"/>
          </w:tcPr>
          <w:p w14:paraId="441CD5FC" w14:textId="13C1015E" w:rsidR="004E0BFC" w:rsidRDefault="00390282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Selectievakje18"/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bookmarkEnd w:id="10"/>
            <w:r w:rsidR="004E0BFC" w:rsidRPr="000A3910">
              <w:rPr>
                <w:rFonts w:ascii="Calibri Light" w:hAnsi="Calibri Light" w:cs="Calibri Light"/>
                <w:lang w:val="en-GB"/>
              </w:rPr>
              <w:t>Individual</w:t>
            </w:r>
            <w:r w:rsidR="00117AFE">
              <w:rPr>
                <w:rFonts w:ascii="Calibri Light" w:hAnsi="Calibri Light" w:cs="Calibri Light"/>
                <w:lang w:val="en-GB"/>
              </w:rPr>
              <w:t xml:space="preserve">  </w:t>
            </w:r>
            <w:r w:rsidR="0075390B"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5390B">
              <w:rPr>
                <w:rFonts w:ascii="Calibri Light" w:hAnsi="Calibri Light" w:cs="Calibri Light"/>
              </w:rPr>
              <w:instrText xml:space="preserve"> FORMCHECKBOX </w:instrText>
            </w:r>
            <w:r w:rsidR="0075390B">
              <w:rPr>
                <w:rFonts w:ascii="Calibri Light" w:hAnsi="Calibri Light" w:cs="Calibri Light"/>
              </w:rPr>
            </w:r>
            <w:r w:rsidR="0075390B">
              <w:rPr>
                <w:rFonts w:ascii="Calibri Light" w:hAnsi="Calibri Light" w:cs="Calibri Light"/>
              </w:rPr>
              <w:fldChar w:fldCharType="separate"/>
            </w:r>
            <w:r w:rsidR="0075390B">
              <w:rPr>
                <w:rFonts w:ascii="Calibri Light" w:hAnsi="Calibri Light" w:cs="Calibri Light"/>
              </w:rPr>
              <w:fldChar w:fldCharType="end"/>
            </w:r>
            <w:r w:rsidR="004E0BFC" w:rsidRPr="000A3910">
              <w:rPr>
                <w:rFonts w:ascii="Calibri Light" w:hAnsi="Calibri Light" w:cs="Calibri Light"/>
                <w:lang w:val="en-GB"/>
              </w:rPr>
              <w:t>Group</w:t>
            </w:r>
          </w:p>
          <w:p w14:paraId="23C8D42D" w14:textId="7A13BA79" w:rsidR="00F82504" w:rsidRPr="000A3910" w:rsidRDefault="00085522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 xml:space="preserve"> And print</w:t>
            </w:r>
          </w:p>
        </w:tc>
      </w:tr>
      <w:tr w:rsidR="004E0BFC" w14:paraId="0E9D640B" w14:textId="77777777" w:rsidTr="1A37CAE2">
        <w:tc>
          <w:tcPr>
            <w:tcW w:w="3823" w:type="dxa"/>
          </w:tcPr>
          <w:p w14:paraId="60EF4663" w14:textId="5ABCED12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Is participation voluntary or mandatory?</w:t>
            </w:r>
          </w:p>
        </w:tc>
        <w:tc>
          <w:tcPr>
            <w:tcW w:w="4961" w:type="dxa"/>
          </w:tcPr>
          <w:p w14:paraId="2CBCC424" w14:textId="57D36F07" w:rsidR="004E0BFC" w:rsidRDefault="0075390B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004E0BFC" w:rsidRPr="000A3910">
              <w:rPr>
                <w:rFonts w:ascii="Calibri Light" w:hAnsi="Calibri Light" w:cs="Calibri Light"/>
                <w:lang w:val="en-GB"/>
              </w:rPr>
              <w:t xml:space="preserve">Voluntary </w:t>
            </w:r>
            <w:r w:rsidR="00390282"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0282"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 w:rsidR="00390282">
              <w:rPr>
                <w:rFonts w:ascii="Segoe UI Symbol" w:hAnsi="Segoe UI Symbol" w:cs="Segoe UI Symbol"/>
                <w:lang w:val="en-GB"/>
              </w:rPr>
            </w:r>
            <w:r w:rsidR="00390282">
              <w:rPr>
                <w:rFonts w:ascii="Segoe UI Symbol" w:hAnsi="Segoe UI Symbol" w:cs="Segoe UI Symbol"/>
                <w:lang w:val="en-GB"/>
              </w:rPr>
              <w:fldChar w:fldCharType="separate"/>
            </w:r>
            <w:r w:rsidR="00390282">
              <w:rPr>
                <w:rFonts w:ascii="Segoe UI Symbol" w:hAnsi="Segoe UI Symbol" w:cs="Segoe UI Symbol"/>
                <w:lang w:val="en-GB"/>
              </w:rPr>
              <w:fldChar w:fldCharType="end"/>
            </w:r>
            <w:r w:rsidR="004E0BFC" w:rsidRPr="000A3910">
              <w:rPr>
                <w:rFonts w:ascii="Calibri Light" w:hAnsi="Calibri Light" w:cs="Calibri Light"/>
                <w:lang w:val="en-GB"/>
              </w:rPr>
              <w:t>Mandatory</w:t>
            </w:r>
          </w:p>
          <w:p w14:paraId="566C2A3E" w14:textId="11E0091A" w:rsidR="00F82504" w:rsidRPr="000A3910" w:rsidRDefault="00F82504" w:rsidP="004E0BFC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4E0BFC" w14:paraId="6BA22D21" w14:textId="77777777" w:rsidTr="1A37CAE2">
        <w:trPr>
          <w:trHeight w:val="300"/>
        </w:trPr>
        <w:tc>
          <w:tcPr>
            <w:tcW w:w="3823" w:type="dxa"/>
          </w:tcPr>
          <w:p w14:paraId="4713B377" w14:textId="0E6651B8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11939C16">
              <w:rPr>
                <w:rFonts w:ascii="Calibri Light" w:hAnsi="Calibri Light" w:cs="Calibri Light"/>
                <w:lang w:val="en-GB"/>
              </w:rPr>
              <w:t xml:space="preserve">Is the activity </w:t>
            </w:r>
            <w:proofErr w:type="spellStart"/>
            <w:r w:rsidRPr="11939C16">
              <w:rPr>
                <w:rFonts w:ascii="Calibri Light" w:hAnsi="Calibri Light" w:cs="Calibri Light"/>
                <w:lang w:val="en-GB"/>
              </w:rPr>
              <w:t>intracurricular</w:t>
            </w:r>
            <w:proofErr w:type="spellEnd"/>
            <w:r w:rsidRPr="11939C16">
              <w:rPr>
                <w:rFonts w:ascii="Calibri Light" w:hAnsi="Calibri Light" w:cs="Calibri Light"/>
                <w:lang w:val="en-GB"/>
              </w:rPr>
              <w:t xml:space="preserve"> or extracurricular?</w:t>
            </w:r>
          </w:p>
        </w:tc>
        <w:tc>
          <w:tcPr>
            <w:tcW w:w="4961" w:type="dxa"/>
          </w:tcPr>
          <w:p w14:paraId="356CEF65" w14:textId="77777777" w:rsidR="00F82504" w:rsidRDefault="00390282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proofErr w:type="spellStart"/>
            <w:r w:rsidR="004E0BFC" w:rsidRPr="000A3910">
              <w:rPr>
                <w:rFonts w:ascii="Calibri Light" w:hAnsi="Calibri Light" w:cs="Calibri Light"/>
                <w:lang w:val="en-GB"/>
              </w:rPr>
              <w:t>Intracurricular</w:t>
            </w:r>
            <w:proofErr w:type="spellEnd"/>
            <w:r w:rsidR="00F82504">
              <w:rPr>
                <w:rFonts w:ascii="Calibri Light" w:hAnsi="Calibri Light" w:cs="Calibri Light"/>
                <w:lang w:val="en-GB"/>
              </w:rPr>
              <w:t xml:space="preserve"> (with ECTS credits)</w:t>
            </w:r>
          </w:p>
          <w:p w14:paraId="3FA776F7" w14:textId="272287FA" w:rsidR="00F82504" w:rsidRDefault="0075390B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004E0BFC" w:rsidRPr="000A3910">
              <w:rPr>
                <w:rFonts w:ascii="Calibri Light" w:hAnsi="Calibri Light" w:cs="Calibri Light"/>
                <w:lang w:val="en-GB"/>
              </w:rPr>
              <w:t xml:space="preserve">Extracurricular </w:t>
            </w:r>
          </w:p>
          <w:p w14:paraId="096584B0" w14:textId="77777777" w:rsidR="004E0BFC" w:rsidRDefault="00390282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lastRenderedPageBreak/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r w:rsidR="004E0BFC" w:rsidRPr="000A3910">
              <w:rPr>
                <w:rFonts w:ascii="Calibri Light" w:hAnsi="Calibri Light" w:cs="Calibri Light"/>
                <w:lang w:val="en-GB"/>
              </w:rPr>
              <w:t>Both</w:t>
            </w:r>
          </w:p>
          <w:p w14:paraId="59D8C248" w14:textId="4AD3EFE8" w:rsidR="00F82504" w:rsidRPr="000A3910" w:rsidRDefault="00F82504" w:rsidP="004E0BFC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4E0BFC" w14:paraId="5F2B528A" w14:textId="77777777" w:rsidTr="1A37CAE2">
        <w:tc>
          <w:tcPr>
            <w:tcW w:w="3823" w:type="dxa"/>
          </w:tcPr>
          <w:p w14:paraId="47AA372F" w14:textId="14F15CBF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lastRenderedPageBreak/>
              <w:t>In what format is the activity delivered?</w:t>
            </w:r>
          </w:p>
        </w:tc>
        <w:tc>
          <w:tcPr>
            <w:tcW w:w="4961" w:type="dxa"/>
          </w:tcPr>
          <w:p w14:paraId="4A52E302" w14:textId="358DFFD9" w:rsidR="004E0BFC" w:rsidRPr="00F82504" w:rsidRDefault="0075390B" w:rsidP="5ED244E1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578BCC71" w:rsidRPr="00F82504">
              <w:rPr>
                <w:rFonts w:ascii="Calibri Light" w:hAnsi="Calibri Light" w:cs="Calibri Light"/>
                <w:lang w:val="en-GB"/>
              </w:rPr>
              <w:t>On campus (live)</w:t>
            </w:r>
            <w:r w:rsidR="004E0BFC" w:rsidRPr="00F82504">
              <w:rPr>
                <w:rFonts w:ascii="Calibri Light" w:hAnsi="Calibri Light" w:cs="Calibri Light"/>
                <w:lang w:val="en-GB"/>
              </w:rPr>
              <w:t xml:space="preserve"> </w:t>
            </w:r>
            <w:r w:rsidR="000A3910" w:rsidRPr="00F82504">
              <w:rPr>
                <w:rFonts w:ascii="Calibri Light" w:hAnsi="Calibri Light" w:cs="Calibri Light"/>
                <w:lang w:val="en-GB"/>
              </w:rPr>
              <w:br/>
            </w: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004E0BFC" w:rsidRPr="00F82504">
              <w:rPr>
                <w:rFonts w:ascii="Calibri Light" w:hAnsi="Calibri Light" w:cs="Calibri Light"/>
                <w:lang w:val="en-GB"/>
              </w:rPr>
              <w:t xml:space="preserve">Online </w:t>
            </w:r>
            <w:r w:rsidR="000A3910" w:rsidRPr="00F82504">
              <w:rPr>
                <w:rFonts w:ascii="Calibri Light" w:hAnsi="Calibri Light" w:cs="Calibri Light"/>
                <w:lang w:val="en-GB"/>
              </w:rPr>
              <w:br/>
            </w:r>
            <w:r w:rsidR="00390282" w:rsidRPr="00F82504">
              <w:rPr>
                <w:rFonts w:ascii="Calibri Light" w:hAnsi="Calibri Light" w:cs="Calibri Light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0282" w:rsidRPr="00F82504">
              <w:rPr>
                <w:rFonts w:ascii="Calibri Light" w:hAnsi="Calibri Light" w:cs="Calibri Light"/>
                <w:lang w:val="en-GB"/>
              </w:rPr>
              <w:instrText xml:space="preserve"> FORMCHECKBOX </w:instrText>
            </w:r>
            <w:r w:rsidR="00390282" w:rsidRPr="00F82504">
              <w:rPr>
                <w:rFonts w:ascii="Calibri Light" w:hAnsi="Calibri Light" w:cs="Calibri Light"/>
                <w:lang w:val="en-GB"/>
              </w:rPr>
            </w:r>
            <w:r w:rsidR="00390282" w:rsidRPr="00F82504">
              <w:rPr>
                <w:rFonts w:ascii="Calibri Light" w:hAnsi="Calibri Light" w:cs="Calibri Light"/>
                <w:lang w:val="en-GB"/>
              </w:rPr>
              <w:fldChar w:fldCharType="separate"/>
            </w:r>
            <w:r w:rsidR="00390282" w:rsidRPr="00F82504">
              <w:rPr>
                <w:rFonts w:ascii="Calibri Light" w:hAnsi="Calibri Light" w:cs="Calibri Light"/>
                <w:lang w:val="en-GB"/>
              </w:rPr>
              <w:fldChar w:fldCharType="end"/>
            </w:r>
            <w:r w:rsidR="004E0BFC" w:rsidRPr="00F82504">
              <w:rPr>
                <w:rFonts w:ascii="Calibri Light" w:hAnsi="Calibri Light" w:cs="Calibri Light"/>
                <w:lang w:val="en-GB"/>
              </w:rPr>
              <w:t xml:space="preserve">Blended </w:t>
            </w:r>
            <w:r w:rsidR="000A3910" w:rsidRPr="00F82504">
              <w:rPr>
                <w:rFonts w:ascii="Calibri Light" w:hAnsi="Calibri Light" w:cs="Calibri Light"/>
                <w:lang w:val="en-GB"/>
              </w:rPr>
              <w:br/>
            </w:r>
            <w:r w:rsidR="00390282" w:rsidRPr="00F82504">
              <w:rPr>
                <w:rFonts w:ascii="Calibri Light" w:hAnsi="Calibri Light" w:cs="Calibri Light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0282" w:rsidRPr="00F82504">
              <w:rPr>
                <w:rFonts w:ascii="Calibri Light" w:hAnsi="Calibri Light" w:cs="Calibri Light"/>
                <w:lang w:val="en-GB"/>
              </w:rPr>
              <w:instrText xml:space="preserve"> FORMCHECKBOX </w:instrText>
            </w:r>
            <w:r w:rsidR="00390282" w:rsidRPr="00F82504">
              <w:rPr>
                <w:rFonts w:ascii="Calibri Light" w:hAnsi="Calibri Light" w:cs="Calibri Light"/>
                <w:lang w:val="en-GB"/>
              </w:rPr>
            </w:r>
            <w:r w:rsidR="00390282" w:rsidRPr="00F82504">
              <w:rPr>
                <w:rFonts w:ascii="Calibri Light" w:hAnsi="Calibri Light" w:cs="Calibri Light"/>
                <w:lang w:val="en-GB"/>
              </w:rPr>
              <w:fldChar w:fldCharType="separate"/>
            </w:r>
            <w:r w:rsidR="00390282" w:rsidRPr="00F82504">
              <w:rPr>
                <w:rFonts w:ascii="Calibri Light" w:hAnsi="Calibri Light" w:cs="Calibri Light"/>
                <w:lang w:val="en-GB"/>
              </w:rPr>
              <w:fldChar w:fldCharType="end"/>
            </w:r>
            <w:r w:rsidR="004E0BFC" w:rsidRPr="00F82504">
              <w:rPr>
                <w:rFonts w:ascii="Calibri Light" w:hAnsi="Calibri Light" w:cs="Calibri Light"/>
                <w:lang w:val="en-GB"/>
              </w:rPr>
              <w:t>Asynchronous</w:t>
            </w:r>
            <w:r w:rsidR="1EAAAAD6" w:rsidRPr="00F82504">
              <w:rPr>
                <w:rFonts w:ascii="Calibri Light" w:hAnsi="Calibri Light" w:cs="Calibri Light"/>
                <w:lang w:val="en-GB"/>
              </w:rPr>
              <w:t xml:space="preserve"> (e.g. self-paced module)</w:t>
            </w:r>
          </w:p>
          <w:p w14:paraId="6883D052" w14:textId="18245583" w:rsidR="00F82504" w:rsidRPr="00F82504" w:rsidRDefault="00F82504" w:rsidP="5ED244E1">
            <w:pPr>
              <w:rPr>
                <w:rFonts w:ascii="Calibri Light" w:hAnsi="Calibri Light" w:cs="Calibri Light"/>
                <w:lang w:val="en-GB"/>
              </w:rPr>
            </w:pPr>
            <w:r w:rsidRPr="00F82504">
              <w:rPr>
                <w:rFonts w:ascii="Calibri Light" w:hAnsi="Calibri Light" w:cs="Calibri Light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2504">
              <w:rPr>
                <w:rFonts w:ascii="Calibri Light" w:hAnsi="Calibri Light" w:cs="Calibri Light"/>
                <w:lang w:val="en-GB"/>
              </w:rPr>
              <w:instrText xml:space="preserve"> FORMCHECKBOX </w:instrText>
            </w:r>
            <w:r w:rsidRPr="00F82504">
              <w:rPr>
                <w:rFonts w:ascii="Calibri Light" w:hAnsi="Calibri Light" w:cs="Calibri Light"/>
                <w:lang w:val="en-GB"/>
              </w:rPr>
            </w:r>
            <w:r w:rsidRPr="00F82504">
              <w:rPr>
                <w:rFonts w:ascii="Calibri Light" w:hAnsi="Calibri Light" w:cs="Calibri Light"/>
                <w:lang w:val="en-GB"/>
              </w:rPr>
              <w:fldChar w:fldCharType="separate"/>
            </w:r>
            <w:r w:rsidRPr="00F82504">
              <w:rPr>
                <w:rFonts w:ascii="Calibri Light" w:hAnsi="Calibri Light" w:cs="Calibri Light"/>
                <w:lang w:val="en-GB"/>
              </w:rPr>
              <w:fldChar w:fldCharType="end"/>
            </w:r>
            <w:r w:rsidRPr="00F82504">
              <w:rPr>
                <w:rFonts w:ascii="Calibri Light" w:hAnsi="Calibri Light" w:cs="Calibri Light"/>
                <w:lang w:val="en-GB"/>
              </w:rPr>
              <w:t>Other</w:t>
            </w:r>
          </w:p>
          <w:p w14:paraId="6813EB00" w14:textId="610C0E4B" w:rsidR="004E0BFC" w:rsidRPr="000A3910" w:rsidRDefault="004E0BFC" w:rsidP="5ED244E1">
            <w:pPr>
              <w:rPr>
                <w:rFonts w:ascii="Calibri Light" w:hAnsi="Calibri Light" w:cs="Calibri Light"/>
                <w:color w:val="548DD4" w:themeColor="text2" w:themeTint="99"/>
                <w:lang w:val="en-GB"/>
              </w:rPr>
            </w:pPr>
          </w:p>
        </w:tc>
      </w:tr>
      <w:tr w:rsidR="004E0BFC" w14:paraId="57BCA10D" w14:textId="77777777" w:rsidTr="1A37CAE2">
        <w:tc>
          <w:tcPr>
            <w:tcW w:w="3823" w:type="dxa"/>
          </w:tcPr>
          <w:p w14:paraId="4514E64D" w14:textId="7203DBC2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5ED244E1">
              <w:rPr>
                <w:rFonts w:ascii="Calibri Light" w:hAnsi="Calibri Light" w:cs="Calibri Light"/>
                <w:lang w:val="en-GB"/>
              </w:rPr>
              <w:t xml:space="preserve">Physical </w:t>
            </w:r>
            <w:r w:rsidR="000A3910" w:rsidRPr="5ED244E1">
              <w:rPr>
                <w:rFonts w:ascii="Calibri Light" w:hAnsi="Calibri Light" w:cs="Calibri Light"/>
                <w:lang w:val="en-GB"/>
              </w:rPr>
              <w:t>r</w:t>
            </w:r>
            <w:r w:rsidRPr="5ED244E1">
              <w:rPr>
                <w:rFonts w:ascii="Calibri Light" w:hAnsi="Calibri Light" w:cs="Calibri Light"/>
                <w:lang w:val="en-GB"/>
              </w:rPr>
              <w:t xml:space="preserve">esources </w:t>
            </w:r>
            <w:r w:rsidR="000A3910" w:rsidRPr="5ED244E1">
              <w:rPr>
                <w:rFonts w:ascii="Calibri Light" w:hAnsi="Calibri Light" w:cs="Calibri Light"/>
                <w:lang w:val="en-GB"/>
              </w:rPr>
              <w:t>r</w:t>
            </w:r>
            <w:r w:rsidRPr="5ED244E1">
              <w:rPr>
                <w:rFonts w:ascii="Calibri Light" w:hAnsi="Calibri Light" w:cs="Calibri Light"/>
                <w:lang w:val="en-GB"/>
              </w:rPr>
              <w:t>equired</w:t>
            </w:r>
            <w:r w:rsidR="00BA645E">
              <w:rPr>
                <w:rFonts w:ascii="Calibri Light" w:hAnsi="Calibri Light" w:cs="Calibri Light"/>
                <w:lang w:val="en-GB"/>
              </w:rPr>
              <w:t xml:space="preserve"> (rooms, equipment, software, materials, prizes)</w:t>
            </w:r>
            <w:r w:rsidRPr="5ED244E1">
              <w:rPr>
                <w:rFonts w:ascii="Calibri Light" w:hAnsi="Calibri Light" w:cs="Calibri Light"/>
                <w:lang w:val="en-GB"/>
              </w:rPr>
              <w:t>:</w:t>
            </w:r>
          </w:p>
        </w:tc>
        <w:tc>
          <w:tcPr>
            <w:tcW w:w="4961" w:type="dxa"/>
          </w:tcPr>
          <w:p w14:paraId="4DD3F722" w14:textId="08FF73AD" w:rsidR="004E0BFC" w:rsidRPr="00085522" w:rsidRDefault="77E3EC28" w:rsidP="004E0BFC">
            <w:pPr>
              <w:rPr>
                <w:rFonts w:ascii="Calibri Light" w:hAnsi="Calibri Light" w:cs="Calibri Light"/>
              </w:rPr>
            </w:pPr>
            <w:r w:rsidRPr="00085522">
              <w:rPr>
                <w:rFonts w:ascii="Calibri Light" w:hAnsi="Calibri Light" w:cs="Calibri Light"/>
              </w:rPr>
              <w:t>Dice</w:t>
            </w:r>
            <w:r w:rsidR="00085522" w:rsidRPr="00085522">
              <w:rPr>
                <w:rFonts w:ascii="Calibri Light" w:hAnsi="Calibri Light" w:cs="Calibri Light"/>
              </w:rPr>
              <w:t xml:space="preserve"> and printout of boardgame</w:t>
            </w:r>
          </w:p>
        </w:tc>
      </w:tr>
      <w:tr w:rsidR="5ED244E1" w14:paraId="25D19F17" w14:textId="77777777" w:rsidTr="1A37CAE2">
        <w:trPr>
          <w:trHeight w:val="300"/>
        </w:trPr>
        <w:tc>
          <w:tcPr>
            <w:tcW w:w="3823" w:type="dxa"/>
          </w:tcPr>
          <w:p w14:paraId="75659019" w14:textId="1A057ABA" w:rsidR="39AF69AD" w:rsidRDefault="39AF69AD" w:rsidP="5ED244E1">
            <w:pPr>
              <w:rPr>
                <w:rFonts w:ascii="Calibri Light" w:hAnsi="Calibri Light" w:cs="Calibri Light"/>
                <w:color w:val="548DD4" w:themeColor="text2" w:themeTint="99"/>
                <w:lang w:val="en-GB"/>
              </w:rPr>
            </w:pPr>
            <w:r w:rsidRPr="00BA645E">
              <w:rPr>
                <w:rFonts w:ascii="Calibri Light" w:hAnsi="Calibri Light" w:cs="Calibri Light"/>
                <w:lang w:val="en-GB"/>
              </w:rPr>
              <w:t>Human resources required?</w:t>
            </w:r>
          </w:p>
        </w:tc>
        <w:tc>
          <w:tcPr>
            <w:tcW w:w="4961" w:type="dxa"/>
          </w:tcPr>
          <w:p w14:paraId="6D7D168B" w14:textId="4B72CBCA" w:rsidR="5ED244E1" w:rsidRPr="00085522" w:rsidRDefault="006C64F6" w:rsidP="5ED244E1">
            <w:pPr>
              <w:rPr>
                <w:rFonts w:ascii="Calibri Light" w:hAnsi="Calibri Light" w:cs="Calibri Light"/>
              </w:rPr>
            </w:pPr>
            <w:r w:rsidRPr="00085522">
              <w:rPr>
                <w:rFonts w:ascii="Calibri Light" w:hAnsi="Calibri Light" w:cs="Calibri Light"/>
              </w:rPr>
              <w:t>Facilitator</w:t>
            </w:r>
          </w:p>
        </w:tc>
      </w:tr>
      <w:tr w:rsidR="004E0BFC" w14:paraId="6A3C4B9D" w14:textId="77777777" w:rsidTr="1A37CAE2">
        <w:tc>
          <w:tcPr>
            <w:tcW w:w="3823" w:type="dxa"/>
          </w:tcPr>
          <w:p w14:paraId="421BF537" w14:textId="3ECC1992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 xml:space="preserve">Financial </w:t>
            </w:r>
            <w:r w:rsidR="000A3910" w:rsidRPr="000A3910">
              <w:rPr>
                <w:rFonts w:ascii="Calibri Light" w:hAnsi="Calibri Light" w:cs="Calibri Light"/>
                <w:lang w:val="en-GB"/>
              </w:rPr>
              <w:t>r</w:t>
            </w:r>
            <w:r w:rsidRPr="000A3910">
              <w:rPr>
                <w:rFonts w:ascii="Calibri Light" w:hAnsi="Calibri Light" w:cs="Calibri Light"/>
                <w:lang w:val="en-GB"/>
              </w:rPr>
              <w:t xml:space="preserve">esources </w:t>
            </w:r>
            <w:r w:rsidR="000A3910" w:rsidRPr="000A3910">
              <w:rPr>
                <w:rFonts w:ascii="Calibri Light" w:hAnsi="Calibri Light" w:cs="Calibri Light"/>
                <w:lang w:val="en-GB"/>
              </w:rPr>
              <w:t>r</w:t>
            </w:r>
            <w:r w:rsidRPr="000A3910">
              <w:rPr>
                <w:rFonts w:ascii="Calibri Light" w:hAnsi="Calibri Light" w:cs="Calibri Light"/>
                <w:lang w:val="en-GB"/>
              </w:rPr>
              <w:t>equired:</w:t>
            </w:r>
          </w:p>
        </w:tc>
        <w:tc>
          <w:tcPr>
            <w:tcW w:w="4961" w:type="dxa"/>
          </w:tcPr>
          <w:p w14:paraId="2C1FACE2" w14:textId="77777777" w:rsidR="00085522" w:rsidRPr="00085522" w:rsidRDefault="006C64F6" w:rsidP="004E0BFC">
            <w:pPr>
              <w:rPr>
                <w:rFonts w:ascii="Calibri Light" w:hAnsi="Calibri Light" w:cs="Calibri Light"/>
              </w:rPr>
            </w:pPr>
            <w:r w:rsidRPr="00085522">
              <w:rPr>
                <w:rFonts w:ascii="Calibri Light" w:hAnsi="Calibri Light" w:cs="Calibri Light"/>
              </w:rPr>
              <w:t xml:space="preserve">Limited. </w:t>
            </w:r>
          </w:p>
          <w:p w14:paraId="459B19DF" w14:textId="40163BE9" w:rsidR="004E0BFC" w:rsidRPr="00085522" w:rsidRDefault="00085522" w:rsidP="004E0BFC">
            <w:pPr>
              <w:rPr>
                <w:rFonts w:ascii="Calibri Light" w:hAnsi="Calibri Light" w:cs="Calibri Light"/>
              </w:rPr>
            </w:pPr>
            <w:r w:rsidRPr="00085522">
              <w:rPr>
                <w:rFonts w:ascii="Calibri Light" w:hAnsi="Calibri Light" w:cs="Calibri Light"/>
              </w:rPr>
              <w:t>As a further development, a</w:t>
            </w:r>
            <w:r w:rsidR="006C64F6" w:rsidRPr="00085522">
              <w:rPr>
                <w:rFonts w:ascii="Calibri Light" w:hAnsi="Calibri Light" w:cs="Calibri Light"/>
              </w:rPr>
              <w:t xml:space="preserve"> game designer would make this </w:t>
            </w:r>
            <w:r w:rsidR="00DC2F2D" w:rsidRPr="00085522">
              <w:rPr>
                <w:rFonts w:ascii="Calibri Light" w:hAnsi="Calibri Light" w:cs="Calibri Light"/>
              </w:rPr>
              <w:t>attractive to students.</w:t>
            </w:r>
          </w:p>
        </w:tc>
      </w:tr>
      <w:tr w:rsidR="004E0BFC" w14:paraId="21945131" w14:textId="77777777" w:rsidTr="1A37CAE2">
        <w:tc>
          <w:tcPr>
            <w:tcW w:w="3823" w:type="dxa"/>
          </w:tcPr>
          <w:p w14:paraId="50A08791" w14:textId="4198825C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 xml:space="preserve">Online </w:t>
            </w:r>
            <w:r w:rsidR="000A3910" w:rsidRPr="000A3910">
              <w:rPr>
                <w:rFonts w:ascii="Calibri Light" w:hAnsi="Calibri Light" w:cs="Calibri Light"/>
                <w:lang w:val="en-GB"/>
              </w:rPr>
              <w:t>r</w:t>
            </w:r>
            <w:r w:rsidRPr="000A3910">
              <w:rPr>
                <w:rFonts w:ascii="Calibri Light" w:hAnsi="Calibri Light" w:cs="Calibri Light"/>
                <w:lang w:val="en-GB"/>
              </w:rPr>
              <w:t>esources</w:t>
            </w:r>
          </w:p>
        </w:tc>
        <w:tc>
          <w:tcPr>
            <w:tcW w:w="4961" w:type="dxa"/>
          </w:tcPr>
          <w:p w14:paraId="397D939A" w14:textId="32D7DF55" w:rsidR="004E0BFC" w:rsidRPr="00085522" w:rsidRDefault="000E5B2D" w:rsidP="004E0BFC">
            <w:pPr>
              <w:rPr>
                <w:rFonts w:ascii="Calibri Light" w:hAnsi="Calibri Light" w:cs="Calibri Light"/>
              </w:rPr>
            </w:pPr>
            <w:r w:rsidRPr="00085522">
              <w:rPr>
                <w:rFonts w:ascii="Calibri Light" w:hAnsi="Calibri Light" w:cs="Calibri Light"/>
              </w:rPr>
              <w:t>Could possibly developed into an online game.</w:t>
            </w:r>
          </w:p>
        </w:tc>
      </w:tr>
    </w:tbl>
    <w:p w14:paraId="17795457" w14:textId="77777777" w:rsidR="0086050C" w:rsidRDefault="0086050C"/>
    <w:p w14:paraId="24A55D8E" w14:textId="62FFB33A" w:rsidR="0086050C" w:rsidRDefault="00A53F55">
      <w:r>
        <w:rPr>
          <w:b/>
          <w:color w:val="0F6576"/>
          <w:sz w:val="28"/>
        </w:rPr>
        <w:t>Outline of Activity</w:t>
      </w:r>
    </w:p>
    <w:p w14:paraId="02C9AB8A" w14:textId="0EE5C9B7" w:rsidR="0086050C" w:rsidRPr="000A3910" w:rsidRDefault="000E5B2D" w:rsidP="1A37CAE2">
      <w:pPr>
        <w:rPr>
          <w:rFonts w:eastAsia="Calibri" w:cs="Calibri"/>
          <w:lang w:val="en-GB"/>
        </w:rPr>
      </w:pPr>
      <w:r w:rsidRPr="1A37CAE2">
        <w:rPr>
          <w:rFonts w:eastAsia="Calibri" w:cs="Calibri"/>
          <w:lang w:val="en-GB"/>
        </w:rPr>
        <w:t xml:space="preserve">This is a boardgame where the objective is to progress through first year. </w:t>
      </w:r>
      <w:r w:rsidR="004D1A36" w:rsidRPr="1A37CAE2">
        <w:rPr>
          <w:rFonts w:eastAsia="Calibri" w:cs="Calibri"/>
          <w:lang w:val="en-GB"/>
        </w:rPr>
        <w:t>In this iteration the full time first year programme in TU Dublin is used as the model. It can easily be adapted for another situation.</w:t>
      </w:r>
    </w:p>
    <w:p w14:paraId="7702E327" w14:textId="18259055" w:rsidR="0086050C" w:rsidRPr="000A3910" w:rsidRDefault="000E5B2D" w:rsidP="1A37CAE2">
      <w:pPr>
        <w:rPr>
          <w:rFonts w:eastAsia="Calibri" w:cs="Calibri"/>
          <w:lang w:val="en-GB"/>
        </w:rPr>
      </w:pPr>
      <w:r w:rsidRPr="1A37CAE2">
        <w:rPr>
          <w:rFonts w:eastAsia="Calibri" w:cs="Calibri"/>
          <w:lang w:val="en-GB"/>
        </w:rPr>
        <w:t xml:space="preserve">As you </w:t>
      </w:r>
      <w:r w:rsidR="7094F368" w:rsidRPr="1A37CAE2">
        <w:rPr>
          <w:rFonts w:eastAsia="Calibri" w:cs="Calibri"/>
          <w:lang w:val="en-GB"/>
        </w:rPr>
        <w:t>g</w:t>
      </w:r>
      <w:r w:rsidRPr="1A37CAE2">
        <w:rPr>
          <w:rFonts w:eastAsia="Calibri" w:cs="Calibri"/>
          <w:lang w:val="en-GB"/>
        </w:rPr>
        <w:t xml:space="preserve">o you collect ECTS and pass modules. In the process of this you land on random spaces where you have to pick up cards. These cards represent </w:t>
      </w:r>
      <w:r w:rsidR="00AC0378" w:rsidRPr="1A37CAE2">
        <w:rPr>
          <w:rFonts w:eastAsia="Calibri" w:cs="Calibri"/>
          <w:lang w:val="en-GB"/>
        </w:rPr>
        <w:t xml:space="preserve">issues relating to balancing </w:t>
      </w:r>
      <w:r w:rsidR="00840514" w:rsidRPr="1A37CAE2">
        <w:rPr>
          <w:rFonts w:eastAsia="Calibri" w:cs="Calibri"/>
          <w:lang w:val="en-GB"/>
        </w:rPr>
        <w:t xml:space="preserve">your </w:t>
      </w:r>
      <w:r w:rsidR="005179E7" w:rsidRPr="1A37CAE2">
        <w:rPr>
          <w:rFonts w:eastAsia="Calibri" w:cs="Calibri"/>
          <w:lang w:val="en-GB"/>
        </w:rPr>
        <w:t xml:space="preserve">free time and </w:t>
      </w:r>
      <w:r w:rsidR="00840514" w:rsidRPr="1A37CAE2">
        <w:rPr>
          <w:rFonts w:eastAsia="Calibri" w:cs="Calibri"/>
          <w:lang w:val="en-GB"/>
        </w:rPr>
        <w:t xml:space="preserve">academic </w:t>
      </w:r>
      <w:r w:rsidR="005179E7" w:rsidRPr="1A37CAE2">
        <w:rPr>
          <w:rFonts w:eastAsia="Calibri" w:cs="Calibri"/>
          <w:lang w:val="en-GB"/>
        </w:rPr>
        <w:t xml:space="preserve">life. </w:t>
      </w:r>
      <w:r w:rsidR="00AC0378" w:rsidRPr="1A37CAE2">
        <w:rPr>
          <w:rFonts w:eastAsia="Calibri" w:cs="Calibri"/>
          <w:lang w:val="en-GB"/>
        </w:rPr>
        <w:t>The person who wins the game is the first person to pass first year.</w:t>
      </w:r>
    </w:p>
    <w:p w14:paraId="29F586E7" w14:textId="77777777" w:rsidR="000A3910" w:rsidRPr="000A3910" w:rsidRDefault="000A3910" w:rsidP="000A3910">
      <w:pPr>
        <w:spacing w:after="0" w:line="240" w:lineRule="auto"/>
        <w:rPr>
          <w:rFonts w:ascii="Segoe UI Symbol" w:hAnsi="Segoe UI Symbol" w:cs="Segoe UI Symbol"/>
          <w:lang w:val="en-GB"/>
        </w:rPr>
      </w:pPr>
    </w:p>
    <w:p w14:paraId="44D155D0" w14:textId="352F94E2" w:rsidR="0086050C" w:rsidRDefault="00A53F55">
      <w:pPr>
        <w:rPr>
          <w:b/>
          <w:color w:val="0F6576"/>
          <w:sz w:val="28"/>
        </w:rPr>
      </w:pPr>
      <w:r>
        <w:rPr>
          <w:b/>
          <w:color w:val="0F6576"/>
          <w:sz w:val="28"/>
        </w:rPr>
        <w:t>Detailed Plan</w:t>
      </w:r>
    </w:p>
    <w:p w14:paraId="104BD8FA" w14:textId="77777777" w:rsidR="00597C49" w:rsidRPr="00D00924" w:rsidRDefault="00597C49" w:rsidP="00597C49">
      <w:pPr>
        <w:rPr>
          <w:b/>
          <w:bCs/>
        </w:rPr>
      </w:pPr>
      <w:r w:rsidRPr="00D00924">
        <w:rPr>
          <w:b/>
          <w:bCs/>
        </w:rPr>
        <w:t>Passing first year</w:t>
      </w:r>
      <w:r>
        <w:rPr>
          <w:b/>
          <w:bCs/>
        </w:rPr>
        <w:t>: Balancing free time and academic life</w:t>
      </w:r>
    </w:p>
    <w:p w14:paraId="48CFA96A" w14:textId="77777777" w:rsidR="00597C49" w:rsidRDefault="00597C49" w:rsidP="00597C49">
      <w:r>
        <w:t>To start the game you need to register. To register you need to get doubles.</w:t>
      </w:r>
    </w:p>
    <w:p w14:paraId="61A322FE" w14:textId="77777777" w:rsidR="00597C49" w:rsidRDefault="00597C49" w:rsidP="00597C49">
      <w:r>
        <w:t>The person who wins the game is the first person to get to 60 European Credit Transfer System (ECTS)</w:t>
      </w:r>
    </w:p>
    <w:p w14:paraId="4A826229" w14:textId="69C0C983" w:rsidR="00597C49" w:rsidRDefault="00597C49" w:rsidP="00597C49">
      <w:r>
        <w:t>Each module is worth 5 ECTS except Structural Mechanics which is worth 10 ECTS</w:t>
      </w:r>
      <w:r w:rsidR="00085522">
        <w:t xml:space="preserve"> (this is particularly relevant to TU Dublin first year, but can be amended to suit specific modules in each course)</w:t>
      </w:r>
    </w:p>
    <w:p w14:paraId="21544ECD" w14:textId="77777777" w:rsidR="00597C49" w:rsidRDefault="00597C49" w:rsidP="00597C49">
      <w:pPr>
        <w:rPr>
          <w:b/>
          <w:bCs/>
        </w:rPr>
      </w:pPr>
      <w:r w:rsidRPr="1A37CAE2">
        <w:rPr>
          <w:b/>
          <w:bCs/>
        </w:rPr>
        <w:t>Sample Cards:</w:t>
      </w:r>
    </w:p>
    <w:p w14:paraId="0A26F058" w14:textId="77777777" w:rsidR="00597C49" w:rsidRDefault="00597C49" w:rsidP="1A37CAE2">
      <w:pPr>
        <w:pStyle w:val="ListParagraph"/>
        <w:numPr>
          <w:ilvl w:val="0"/>
          <w:numId w:val="1"/>
        </w:numPr>
      </w:pPr>
      <w:r>
        <w:lastRenderedPageBreak/>
        <w:t>You have accessed the library and have spent an hour studying. Advance 3 spaces. Collect any modules that you pass on the way.</w:t>
      </w:r>
    </w:p>
    <w:p w14:paraId="14753D05" w14:textId="77777777" w:rsidR="00597C49" w:rsidRDefault="00597C49" w:rsidP="1A37CAE2">
      <w:pPr>
        <w:pStyle w:val="ListParagraph"/>
        <w:numPr>
          <w:ilvl w:val="0"/>
          <w:numId w:val="1"/>
        </w:numPr>
      </w:pPr>
      <w:r>
        <w:t>You stayed up playing games all night and couldn’t get up in the morning. Go back 4 spaces and return any modules you have passed on the way.</w:t>
      </w:r>
    </w:p>
    <w:p w14:paraId="0E090798" w14:textId="77777777" w:rsidR="00597C49" w:rsidRDefault="00597C49" w:rsidP="1A37CAE2">
      <w:pPr>
        <w:pStyle w:val="ListParagraph"/>
        <w:numPr>
          <w:ilvl w:val="0"/>
          <w:numId w:val="1"/>
        </w:numPr>
      </w:pPr>
      <w:r>
        <w:t>You stopped playing games last night and could get up in the morning and go to college. Advance  4 spaces. Collect any modules that you pass on the way</w:t>
      </w:r>
    </w:p>
    <w:p w14:paraId="265F2D32" w14:textId="7F7317B1" w:rsidR="00597C49" w:rsidRDefault="00597C49" w:rsidP="1A37CAE2">
      <w:pPr>
        <w:pStyle w:val="ListParagraph"/>
        <w:numPr>
          <w:ilvl w:val="0"/>
          <w:numId w:val="1"/>
        </w:numPr>
      </w:pPr>
      <w:r>
        <w:t xml:space="preserve">You missed your bus because you got up too late. You’ve missed your laboratory practical. Go back </w:t>
      </w:r>
      <w:r w:rsidR="338BE7A1">
        <w:t>2</w:t>
      </w:r>
      <w:r>
        <w:t xml:space="preserve"> spaces and return any modules you have passed on the way.</w:t>
      </w:r>
    </w:p>
    <w:p w14:paraId="6C521D9B" w14:textId="77777777" w:rsidR="00597C49" w:rsidRDefault="00597C49" w:rsidP="1A37CAE2">
      <w:pPr>
        <w:pStyle w:val="ListParagraph"/>
        <w:numPr>
          <w:ilvl w:val="0"/>
          <w:numId w:val="1"/>
        </w:numPr>
      </w:pPr>
      <w:r>
        <w:t>You got up early and caught your bus. Advance  4 spaces. Collect any modules that you pass on the way.</w:t>
      </w:r>
    </w:p>
    <w:p w14:paraId="2351F22C" w14:textId="28DB4365" w:rsidR="00597C49" w:rsidRDefault="00597C49" w:rsidP="1A37CAE2">
      <w:pPr>
        <w:pStyle w:val="ListParagraph"/>
        <w:numPr>
          <w:ilvl w:val="0"/>
          <w:numId w:val="1"/>
        </w:numPr>
      </w:pPr>
      <w:r>
        <w:t>You completed your laboratory report immediately after class when it was fresh in your mind. You got top marks! Advance 2 spaces. Collect any modules that you pass on the way.</w:t>
      </w:r>
    </w:p>
    <w:p w14:paraId="19C43F47" w14:textId="77777777" w:rsidR="00597C49" w:rsidRDefault="00597C49" w:rsidP="1A37CAE2">
      <w:pPr>
        <w:pStyle w:val="ListParagraph"/>
        <w:numPr>
          <w:ilvl w:val="0"/>
          <w:numId w:val="1"/>
        </w:numPr>
      </w:pPr>
      <w:r>
        <w:t>You submitted your laboratory report late.  Go back 2 spaces and return any modules you have passed on the way.</w:t>
      </w:r>
    </w:p>
    <w:p w14:paraId="0B6CD434" w14:textId="18A4A8D7" w:rsidR="00597C49" w:rsidRDefault="00597C49" w:rsidP="1A37CAE2">
      <w:pPr>
        <w:pStyle w:val="ListParagraph"/>
        <w:numPr>
          <w:ilvl w:val="0"/>
          <w:numId w:val="1"/>
        </w:numPr>
      </w:pPr>
      <w:r>
        <w:t>You plagiarised a report from your classmate</w:t>
      </w:r>
      <w:r w:rsidR="7832E83F">
        <w:t xml:space="preserve"> who is the player sitting on your right. You both g</w:t>
      </w:r>
      <w:r>
        <w:t>o back to square 1. Return all modules you have passed.</w:t>
      </w:r>
    </w:p>
    <w:p w14:paraId="7914A35E" w14:textId="44715B0C" w:rsidR="00597C49" w:rsidRDefault="00597C49" w:rsidP="1A37CAE2">
      <w:pPr>
        <w:pStyle w:val="ListParagraph"/>
        <w:numPr>
          <w:ilvl w:val="0"/>
          <w:numId w:val="1"/>
        </w:numPr>
      </w:pPr>
      <w:r>
        <w:t>You formed a study group with your classmates</w:t>
      </w:r>
      <w:r w:rsidR="5153FE31">
        <w:t xml:space="preserve"> who are the players on either side of you</w:t>
      </w:r>
      <w:r>
        <w:t xml:space="preserve">. </w:t>
      </w:r>
      <w:r w:rsidR="06594A81">
        <w:t>You all a</w:t>
      </w:r>
      <w:r>
        <w:t>dvance 4 spaces. Collect any modules that you pass on the way.</w:t>
      </w:r>
    </w:p>
    <w:p w14:paraId="1D8CBB03" w14:textId="25D38F0E" w:rsidR="00085522" w:rsidRDefault="2D487D79" w:rsidP="1F8EABA4">
      <w:pPr>
        <w:pStyle w:val="ListParagraph"/>
        <w:numPr>
          <w:ilvl w:val="0"/>
          <w:numId w:val="1"/>
        </w:numPr>
      </w:pPr>
      <w:r>
        <w:t>You have completed a group project with the other players. You did all the work while they did not engage. Go to the space after the player who is currently winning.</w:t>
      </w:r>
    </w:p>
    <w:p w14:paraId="39015651" w14:textId="585B4CED" w:rsidR="00AD5572" w:rsidRDefault="00085522" w:rsidP="00597C49">
      <w:pPr>
        <w:sectPr w:rsidR="00AD5572" w:rsidSect="00034616">
          <w:headerReference w:type="default" r:id="rId11"/>
          <w:footerReference w:type="default" r:id="rId12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>
        <w:t>An example of a sheet you can create is printed below. It can be as simple as printing this out on 2 pages and sticking together or if resources allow, printing on A3 card.</w:t>
      </w:r>
    </w:p>
    <w:tbl>
      <w:tblPr>
        <w:tblStyle w:val="TableGrid"/>
        <w:tblW w:w="15058" w:type="dxa"/>
        <w:jc w:val="center"/>
        <w:tblLayout w:type="fixed"/>
        <w:tblLook w:val="04A0" w:firstRow="1" w:lastRow="0" w:firstColumn="1" w:lastColumn="0" w:noHBand="0" w:noVBand="1"/>
      </w:tblPr>
      <w:tblGrid>
        <w:gridCol w:w="1674"/>
        <w:gridCol w:w="1673"/>
        <w:gridCol w:w="1673"/>
        <w:gridCol w:w="1673"/>
        <w:gridCol w:w="1673"/>
        <w:gridCol w:w="1673"/>
        <w:gridCol w:w="1673"/>
        <w:gridCol w:w="1673"/>
        <w:gridCol w:w="1673"/>
      </w:tblGrid>
      <w:tr w:rsidR="00597C49" w14:paraId="5BF015DD" w14:textId="77777777" w:rsidTr="069967C1">
        <w:trPr>
          <w:trHeight w:val="620"/>
          <w:jc w:val="center"/>
        </w:trPr>
        <w:tc>
          <w:tcPr>
            <w:tcW w:w="1674" w:type="dxa"/>
            <w:vAlign w:val="center"/>
          </w:tcPr>
          <w:p w14:paraId="3AE4CACE" w14:textId="77777777" w:rsidR="00597C49" w:rsidRDefault="00597C49" w:rsidP="00D5154D">
            <w:pPr>
              <w:jc w:val="center"/>
            </w:pPr>
            <w:r>
              <w:lastRenderedPageBreak/>
              <w:t>1</w:t>
            </w:r>
          </w:p>
        </w:tc>
        <w:tc>
          <w:tcPr>
            <w:tcW w:w="1673" w:type="dxa"/>
            <w:vAlign w:val="center"/>
          </w:tcPr>
          <w:p w14:paraId="76451EA5" w14:textId="77777777" w:rsidR="00597C49" w:rsidRDefault="00597C49" w:rsidP="00D5154D">
            <w:pPr>
              <w:jc w:val="center"/>
            </w:pPr>
            <w:r>
              <w:t>2</w:t>
            </w:r>
          </w:p>
        </w:tc>
        <w:tc>
          <w:tcPr>
            <w:tcW w:w="1673" w:type="dxa"/>
            <w:vAlign w:val="center"/>
          </w:tcPr>
          <w:p w14:paraId="54B5A0AB" w14:textId="77777777" w:rsidR="00597C49" w:rsidRDefault="00597C49" w:rsidP="00D5154D">
            <w:pPr>
              <w:jc w:val="center"/>
            </w:pPr>
            <w:r>
              <w:t>3</w:t>
            </w:r>
          </w:p>
        </w:tc>
        <w:tc>
          <w:tcPr>
            <w:tcW w:w="1673" w:type="dxa"/>
            <w:vAlign w:val="center"/>
          </w:tcPr>
          <w:p w14:paraId="56E19C5B" w14:textId="77777777" w:rsidR="00597C49" w:rsidRDefault="00597C49" w:rsidP="00D5154D">
            <w:pPr>
              <w:jc w:val="center"/>
            </w:pPr>
            <w:r>
              <w:t>4</w:t>
            </w:r>
          </w:p>
        </w:tc>
        <w:tc>
          <w:tcPr>
            <w:tcW w:w="1673" w:type="dxa"/>
            <w:shd w:val="clear" w:color="auto" w:fill="DAEEF3" w:themeFill="accent5" w:themeFillTint="33"/>
            <w:vAlign w:val="center"/>
          </w:tcPr>
          <w:p w14:paraId="28383FE7" w14:textId="77777777" w:rsidR="00597C49" w:rsidRDefault="00597C49" w:rsidP="00D5154D">
            <w:pPr>
              <w:jc w:val="center"/>
            </w:pPr>
            <w:r>
              <w:t>Pick up a card</w:t>
            </w:r>
          </w:p>
        </w:tc>
        <w:tc>
          <w:tcPr>
            <w:tcW w:w="1673" w:type="dxa"/>
            <w:shd w:val="clear" w:color="auto" w:fill="FFFF00"/>
            <w:vAlign w:val="center"/>
          </w:tcPr>
          <w:p w14:paraId="10F84987" w14:textId="77777777" w:rsidR="00597C49" w:rsidRDefault="00597C49" w:rsidP="00D5154D">
            <w:pPr>
              <w:jc w:val="center"/>
            </w:pPr>
            <w:r>
              <w:t>5</w:t>
            </w:r>
          </w:p>
          <w:p w14:paraId="202973E5" w14:textId="77777777" w:rsidR="00597C49" w:rsidRDefault="00597C49" w:rsidP="00D5154D">
            <w:pPr>
              <w:jc w:val="center"/>
            </w:pPr>
            <w:r>
              <w:t>You have successfully completed Introduction to Civil Engineering</w:t>
            </w:r>
          </w:p>
        </w:tc>
        <w:tc>
          <w:tcPr>
            <w:tcW w:w="1673" w:type="dxa"/>
            <w:vAlign w:val="center"/>
          </w:tcPr>
          <w:p w14:paraId="714FE657" w14:textId="77777777" w:rsidR="00597C49" w:rsidRDefault="00597C49" w:rsidP="00D5154D">
            <w:pPr>
              <w:jc w:val="center"/>
            </w:pPr>
            <w:r>
              <w:t>6</w:t>
            </w:r>
          </w:p>
        </w:tc>
        <w:tc>
          <w:tcPr>
            <w:tcW w:w="1673" w:type="dxa"/>
            <w:vAlign w:val="center"/>
          </w:tcPr>
          <w:p w14:paraId="214482C1" w14:textId="77777777" w:rsidR="00597C49" w:rsidRDefault="00597C49" w:rsidP="00D5154D">
            <w:pPr>
              <w:jc w:val="center"/>
            </w:pPr>
            <w:r>
              <w:t>7</w:t>
            </w:r>
          </w:p>
        </w:tc>
        <w:tc>
          <w:tcPr>
            <w:tcW w:w="1673" w:type="dxa"/>
            <w:vAlign w:val="center"/>
          </w:tcPr>
          <w:p w14:paraId="5C58F65C" w14:textId="77777777" w:rsidR="00597C49" w:rsidRDefault="00597C49" w:rsidP="00D5154D">
            <w:pPr>
              <w:jc w:val="center"/>
            </w:pPr>
            <w:r>
              <w:t>8</w:t>
            </w:r>
          </w:p>
        </w:tc>
      </w:tr>
      <w:tr w:rsidR="00597C49" w14:paraId="3A869D37" w14:textId="77777777" w:rsidTr="069967C1">
        <w:trPr>
          <w:trHeight w:val="620"/>
          <w:jc w:val="center"/>
        </w:trPr>
        <w:tc>
          <w:tcPr>
            <w:tcW w:w="1674" w:type="dxa"/>
            <w:shd w:val="clear" w:color="auto" w:fill="DAEEF3" w:themeFill="accent5" w:themeFillTint="33"/>
            <w:vAlign w:val="center"/>
          </w:tcPr>
          <w:p w14:paraId="2483B573" w14:textId="77777777" w:rsidR="00597C49" w:rsidRDefault="00597C49" w:rsidP="00D5154D">
            <w:pPr>
              <w:jc w:val="center"/>
            </w:pPr>
            <w:r>
              <w:t>Pick up a card</w:t>
            </w:r>
          </w:p>
        </w:tc>
        <w:tc>
          <w:tcPr>
            <w:tcW w:w="1673" w:type="dxa"/>
            <w:vAlign w:val="center"/>
          </w:tcPr>
          <w:p w14:paraId="6BD4C169" w14:textId="77777777" w:rsidR="00597C49" w:rsidRDefault="00597C49" w:rsidP="00D5154D">
            <w:pPr>
              <w:jc w:val="center"/>
            </w:pPr>
            <w:r>
              <w:t>9</w:t>
            </w:r>
          </w:p>
        </w:tc>
        <w:tc>
          <w:tcPr>
            <w:tcW w:w="1673" w:type="dxa"/>
            <w:shd w:val="clear" w:color="auto" w:fill="FFFF00"/>
            <w:vAlign w:val="center"/>
          </w:tcPr>
          <w:p w14:paraId="5C0CC1AB" w14:textId="77777777" w:rsidR="00597C49" w:rsidRDefault="00597C49" w:rsidP="00D5154D">
            <w:pPr>
              <w:jc w:val="center"/>
            </w:pPr>
            <w:r>
              <w:t>10</w:t>
            </w:r>
          </w:p>
          <w:p w14:paraId="706EA5F1" w14:textId="77777777" w:rsidR="00597C49" w:rsidRDefault="00597C49" w:rsidP="00D5154D">
            <w:pPr>
              <w:jc w:val="center"/>
            </w:pPr>
            <w:r>
              <w:t xml:space="preserve">You have successfully completed Engineering </w:t>
            </w:r>
            <w:proofErr w:type="spellStart"/>
            <w:r>
              <w:t>Maths</w:t>
            </w:r>
            <w:proofErr w:type="spellEnd"/>
            <w:r>
              <w:t xml:space="preserve"> &amp; Computing 1</w:t>
            </w:r>
          </w:p>
        </w:tc>
        <w:tc>
          <w:tcPr>
            <w:tcW w:w="1673" w:type="dxa"/>
            <w:shd w:val="clear" w:color="auto" w:fill="DAEEF3" w:themeFill="accent5" w:themeFillTint="33"/>
            <w:vAlign w:val="center"/>
          </w:tcPr>
          <w:p w14:paraId="5FE1132C" w14:textId="77777777" w:rsidR="00597C49" w:rsidRDefault="00597C49" w:rsidP="00D5154D">
            <w:pPr>
              <w:jc w:val="center"/>
            </w:pPr>
            <w:r>
              <w:t>Pick up a card</w:t>
            </w:r>
          </w:p>
        </w:tc>
        <w:tc>
          <w:tcPr>
            <w:tcW w:w="1673" w:type="dxa"/>
            <w:vAlign w:val="center"/>
          </w:tcPr>
          <w:p w14:paraId="58A96C4E" w14:textId="77777777" w:rsidR="00597C49" w:rsidRDefault="00597C49" w:rsidP="00D5154D">
            <w:pPr>
              <w:jc w:val="center"/>
            </w:pPr>
            <w:r>
              <w:t>11</w:t>
            </w:r>
          </w:p>
        </w:tc>
        <w:tc>
          <w:tcPr>
            <w:tcW w:w="1673" w:type="dxa"/>
            <w:vAlign w:val="center"/>
          </w:tcPr>
          <w:p w14:paraId="76ACC6B2" w14:textId="77777777" w:rsidR="00597C49" w:rsidRDefault="00597C49" w:rsidP="00D5154D">
            <w:pPr>
              <w:jc w:val="center"/>
            </w:pPr>
            <w:r>
              <w:t>12</w:t>
            </w:r>
          </w:p>
        </w:tc>
        <w:tc>
          <w:tcPr>
            <w:tcW w:w="1673" w:type="dxa"/>
            <w:vAlign w:val="center"/>
          </w:tcPr>
          <w:p w14:paraId="5D4F9D1D" w14:textId="77777777" w:rsidR="00597C49" w:rsidRDefault="00597C49" w:rsidP="00D5154D">
            <w:pPr>
              <w:jc w:val="center"/>
            </w:pPr>
            <w:r>
              <w:t>13</w:t>
            </w:r>
          </w:p>
        </w:tc>
        <w:tc>
          <w:tcPr>
            <w:tcW w:w="1673" w:type="dxa"/>
            <w:shd w:val="clear" w:color="auto" w:fill="DAEEF3" w:themeFill="accent5" w:themeFillTint="33"/>
            <w:vAlign w:val="center"/>
          </w:tcPr>
          <w:p w14:paraId="524B4484" w14:textId="77777777" w:rsidR="00597C49" w:rsidRDefault="00597C49" w:rsidP="00D5154D">
            <w:pPr>
              <w:jc w:val="center"/>
            </w:pPr>
            <w:r>
              <w:t>Pick up a card</w:t>
            </w:r>
          </w:p>
        </w:tc>
        <w:tc>
          <w:tcPr>
            <w:tcW w:w="1673" w:type="dxa"/>
            <w:shd w:val="clear" w:color="auto" w:fill="FFFF00"/>
            <w:vAlign w:val="center"/>
          </w:tcPr>
          <w:p w14:paraId="2C9053C5" w14:textId="77777777" w:rsidR="00597C49" w:rsidRDefault="00597C49" w:rsidP="00D5154D">
            <w:pPr>
              <w:jc w:val="center"/>
            </w:pPr>
            <w:r>
              <w:t>15</w:t>
            </w:r>
          </w:p>
          <w:p w14:paraId="37EA81E9" w14:textId="77777777" w:rsidR="00597C49" w:rsidRDefault="00597C49" w:rsidP="00D5154D">
            <w:pPr>
              <w:jc w:val="center"/>
            </w:pPr>
            <w:r>
              <w:t>You have successfully completed Engineering Science 1</w:t>
            </w:r>
          </w:p>
        </w:tc>
      </w:tr>
      <w:tr w:rsidR="00597C49" w14:paraId="0BB74331" w14:textId="77777777" w:rsidTr="069967C1">
        <w:trPr>
          <w:trHeight w:val="620"/>
          <w:jc w:val="center"/>
        </w:trPr>
        <w:tc>
          <w:tcPr>
            <w:tcW w:w="1674" w:type="dxa"/>
            <w:vAlign w:val="center"/>
          </w:tcPr>
          <w:p w14:paraId="594A0B17" w14:textId="77777777" w:rsidR="00597C49" w:rsidRDefault="00597C49" w:rsidP="00D5154D">
            <w:pPr>
              <w:jc w:val="center"/>
            </w:pPr>
            <w:r>
              <w:t>16</w:t>
            </w:r>
          </w:p>
        </w:tc>
        <w:tc>
          <w:tcPr>
            <w:tcW w:w="1673" w:type="dxa"/>
            <w:vAlign w:val="center"/>
          </w:tcPr>
          <w:p w14:paraId="08984F78" w14:textId="77777777" w:rsidR="00597C49" w:rsidRDefault="00597C49" w:rsidP="00D5154D">
            <w:pPr>
              <w:jc w:val="center"/>
            </w:pPr>
            <w:r>
              <w:t>17</w:t>
            </w:r>
          </w:p>
        </w:tc>
        <w:tc>
          <w:tcPr>
            <w:tcW w:w="1673" w:type="dxa"/>
            <w:vAlign w:val="center"/>
          </w:tcPr>
          <w:p w14:paraId="562D6777" w14:textId="77777777" w:rsidR="00597C49" w:rsidRDefault="00597C49" w:rsidP="00D5154D">
            <w:pPr>
              <w:jc w:val="center"/>
            </w:pPr>
            <w:r>
              <w:t>18</w:t>
            </w:r>
          </w:p>
        </w:tc>
        <w:tc>
          <w:tcPr>
            <w:tcW w:w="1673" w:type="dxa"/>
            <w:vAlign w:val="center"/>
          </w:tcPr>
          <w:p w14:paraId="26E714E7" w14:textId="77777777" w:rsidR="00597C49" w:rsidRDefault="00597C49" w:rsidP="00D5154D">
            <w:pPr>
              <w:jc w:val="center"/>
            </w:pPr>
            <w:r>
              <w:t>19</w:t>
            </w:r>
          </w:p>
        </w:tc>
        <w:tc>
          <w:tcPr>
            <w:tcW w:w="1673" w:type="dxa"/>
            <w:shd w:val="clear" w:color="auto" w:fill="FFFF00"/>
            <w:vAlign w:val="center"/>
          </w:tcPr>
          <w:p w14:paraId="0A199F23" w14:textId="77777777" w:rsidR="00597C49" w:rsidRDefault="00597C49" w:rsidP="00D5154D">
            <w:pPr>
              <w:jc w:val="center"/>
            </w:pPr>
            <w:r>
              <w:t>20</w:t>
            </w:r>
          </w:p>
          <w:p w14:paraId="13FAC48E" w14:textId="77777777" w:rsidR="00597C49" w:rsidRDefault="00597C49" w:rsidP="00D5154D">
            <w:pPr>
              <w:jc w:val="center"/>
            </w:pPr>
            <w:r>
              <w:t>You have successfully completed CAD and Engineering Graphics 1</w:t>
            </w:r>
          </w:p>
        </w:tc>
        <w:tc>
          <w:tcPr>
            <w:tcW w:w="1673" w:type="dxa"/>
            <w:shd w:val="clear" w:color="auto" w:fill="F2DBDB" w:themeFill="accent2" w:themeFillTint="33"/>
            <w:vAlign w:val="center"/>
          </w:tcPr>
          <w:p w14:paraId="16532FF7" w14:textId="77777777" w:rsidR="00597C49" w:rsidRDefault="00597C49" w:rsidP="00D5154D">
            <w:pPr>
              <w:jc w:val="center"/>
            </w:pPr>
            <w:r>
              <w:t>You’ve made it through the first semester</w:t>
            </w:r>
          </w:p>
        </w:tc>
        <w:tc>
          <w:tcPr>
            <w:tcW w:w="1673" w:type="dxa"/>
            <w:vAlign w:val="center"/>
          </w:tcPr>
          <w:p w14:paraId="1063C8F0" w14:textId="77777777" w:rsidR="00597C49" w:rsidRDefault="00597C49" w:rsidP="00D5154D">
            <w:pPr>
              <w:jc w:val="center"/>
            </w:pPr>
            <w:r>
              <w:t>21</w:t>
            </w:r>
          </w:p>
        </w:tc>
        <w:tc>
          <w:tcPr>
            <w:tcW w:w="1673" w:type="dxa"/>
            <w:vAlign w:val="center"/>
          </w:tcPr>
          <w:p w14:paraId="5F20471F" w14:textId="77777777" w:rsidR="00597C49" w:rsidRDefault="00597C49" w:rsidP="00D5154D">
            <w:pPr>
              <w:jc w:val="center"/>
            </w:pPr>
            <w:r>
              <w:t>22</w:t>
            </w:r>
          </w:p>
        </w:tc>
        <w:tc>
          <w:tcPr>
            <w:tcW w:w="1673" w:type="dxa"/>
            <w:vAlign w:val="center"/>
          </w:tcPr>
          <w:p w14:paraId="74556958" w14:textId="77777777" w:rsidR="00597C49" w:rsidRDefault="00597C49" w:rsidP="00D5154D">
            <w:pPr>
              <w:jc w:val="center"/>
            </w:pPr>
            <w:r>
              <w:t>23</w:t>
            </w:r>
          </w:p>
        </w:tc>
      </w:tr>
      <w:tr w:rsidR="00597C49" w14:paraId="325913C7" w14:textId="77777777" w:rsidTr="069967C1">
        <w:trPr>
          <w:trHeight w:val="620"/>
          <w:jc w:val="center"/>
        </w:trPr>
        <w:tc>
          <w:tcPr>
            <w:tcW w:w="1674" w:type="dxa"/>
            <w:vAlign w:val="center"/>
          </w:tcPr>
          <w:p w14:paraId="109969C6" w14:textId="77777777" w:rsidR="00597C49" w:rsidRDefault="00597C49" w:rsidP="00D5154D">
            <w:pPr>
              <w:jc w:val="center"/>
            </w:pPr>
            <w:r>
              <w:t>24</w:t>
            </w:r>
          </w:p>
        </w:tc>
        <w:tc>
          <w:tcPr>
            <w:tcW w:w="1673" w:type="dxa"/>
            <w:shd w:val="clear" w:color="auto" w:fill="DAEEF3" w:themeFill="accent5" w:themeFillTint="33"/>
            <w:vAlign w:val="center"/>
          </w:tcPr>
          <w:p w14:paraId="687B8288" w14:textId="77777777" w:rsidR="00597C49" w:rsidRDefault="00597C49" w:rsidP="00D5154D">
            <w:pPr>
              <w:jc w:val="center"/>
            </w:pPr>
            <w:r>
              <w:t>Pick up a card</w:t>
            </w:r>
          </w:p>
        </w:tc>
        <w:tc>
          <w:tcPr>
            <w:tcW w:w="1673" w:type="dxa"/>
            <w:shd w:val="clear" w:color="auto" w:fill="FFFF00"/>
            <w:vAlign w:val="center"/>
          </w:tcPr>
          <w:p w14:paraId="654B7EAF" w14:textId="77777777" w:rsidR="00597C49" w:rsidRDefault="00597C49" w:rsidP="00D5154D">
            <w:pPr>
              <w:jc w:val="center"/>
            </w:pPr>
            <w:r>
              <w:t>25</w:t>
            </w:r>
          </w:p>
          <w:p w14:paraId="1C47F344" w14:textId="42B896D7" w:rsidR="00597C49" w:rsidRDefault="1A62D5BD" w:rsidP="00D5154D">
            <w:pPr>
              <w:jc w:val="center"/>
            </w:pPr>
            <w:r>
              <w:t>You have successfully completed Engineering Comms in Society</w:t>
            </w:r>
          </w:p>
        </w:tc>
        <w:tc>
          <w:tcPr>
            <w:tcW w:w="1673" w:type="dxa"/>
            <w:vAlign w:val="center"/>
          </w:tcPr>
          <w:p w14:paraId="0F4C3C91" w14:textId="77777777" w:rsidR="00597C49" w:rsidRDefault="00597C49" w:rsidP="00D5154D">
            <w:pPr>
              <w:jc w:val="center"/>
            </w:pPr>
            <w:r>
              <w:t>26</w:t>
            </w:r>
          </w:p>
        </w:tc>
        <w:tc>
          <w:tcPr>
            <w:tcW w:w="1673" w:type="dxa"/>
            <w:vAlign w:val="center"/>
          </w:tcPr>
          <w:p w14:paraId="7ABC3760" w14:textId="77777777" w:rsidR="00597C49" w:rsidRDefault="00597C49" w:rsidP="00D5154D">
            <w:pPr>
              <w:jc w:val="center"/>
            </w:pPr>
            <w:r>
              <w:t>27</w:t>
            </w:r>
          </w:p>
        </w:tc>
        <w:tc>
          <w:tcPr>
            <w:tcW w:w="1673" w:type="dxa"/>
            <w:vAlign w:val="center"/>
          </w:tcPr>
          <w:p w14:paraId="21A560A1" w14:textId="77777777" w:rsidR="00597C49" w:rsidRDefault="00597C49" w:rsidP="00D5154D">
            <w:pPr>
              <w:jc w:val="center"/>
            </w:pPr>
            <w:r>
              <w:t>28</w:t>
            </w:r>
          </w:p>
        </w:tc>
        <w:tc>
          <w:tcPr>
            <w:tcW w:w="1673" w:type="dxa"/>
            <w:shd w:val="clear" w:color="auto" w:fill="DAEEF3" w:themeFill="accent5" w:themeFillTint="33"/>
            <w:vAlign w:val="center"/>
          </w:tcPr>
          <w:p w14:paraId="6078B29D" w14:textId="77777777" w:rsidR="00597C49" w:rsidRDefault="00597C49" w:rsidP="00D5154D">
            <w:pPr>
              <w:jc w:val="center"/>
            </w:pPr>
            <w:r>
              <w:t>Pick up a card</w:t>
            </w:r>
          </w:p>
        </w:tc>
        <w:tc>
          <w:tcPr>
            <w:tcW w:w="1673" w:type="dxa"/>
            <w:vAlign w:val="center"/>
          </w:tcPr>
          <w:p w14:paraId="11691EBC" w14:textId="77777777" w:rsidR="00597C49" w:rsidRDefault="00597C49" w:rsidP="00D5154D">
            <w:pPr>
              <w:jc w:val="center"/>
            </w:pPr>
            <w:r>
              <w:t>29</w:t>
            </w:r>
          </w:p>
        </w:tc>
        <w:tc>
          <w:tcPr>
            <w:tcW w:w="1673" w:type="dxa"/>
            <w:shd w:val="clear" w:color="auto" w:fill="DAEEF3" w:themeFill="accent5" w:themeFillTint="33"/>
            <w:vAlign w:val="center"/>
          </w:tcPr>
          <w:p w14:paraId="08CCC2C7" w14:textId="77777777" w:rsidR="00597C49" w:rsidRDefault="00597C49" w:rsidP="00D5154D">
            <w:pPr>
              <w:jc w:val="center"/>
            </w:pPr>
            <w:r>
              <w:t>Pick up a card</w:t>
            </w:r>
          </w:p>
        </w:tc>
      </w:tr>
      <w:tr w:rsidR="00597C49" w14:paraId="00DFBB26" w14:textId="77777777" w:rsidTr="069967C1">
        <w:trPr>
          <w:trHeight w:val="620"/>
          <w:jc w:val="center"/>
        </w:trPr>
        <w:tc>
          <w:tcPr>
            <w:tcW w:w="1674" w:type="dxa"/>
            <w:shd w:val="clear" w:color="auto" w:fill="FFFF00"/>
            <w:vAlign w:val="center"/>
          </w:tcPr>
          <w:p w14:paraId="1E5877B6" w14:textId="77777777" w:rsidR="00597C49" w:rsidRDefault="00597C49" w:rsidP="00D5154D">
            <w:pPr>
              <w:jc w:val="center"/>
            </w:pPr>
            <w:r>
              <w:t>30</w:t>
            </w:r>
          </w:p>
          <w:p w14:paraId="42F5405B" w14:textId="77777777" w:rsidR="00597C49" w:rsidRDefault="00597C49" w:rsidP="00D5154D">
            <w:pPr>
              <w:jc w:val="center"/>
            </w:pPr>
            <w:r>
              <w:t>You have successfully completed Engineering Science 2</w:t>
            </w:r>
          </w:p>
        </w:tc>
        <w:tc>
          <w:tcPr>
            <w:tcW w:w="1673" w:type="dxa"/>
            <w:vAlign w:val="center"/>
          </w:tcPr>
          <w:p w14:paraId="55B2C896" w14:textId="77777777" w:rsidR="00597C49" w:rsidRDefault="00597C49" w:rsidP="00D5154D">
            <w:pPr>
              <w:jc w:val="center"/>
            </w:pPr>
            <w:r>
              <w:t>31</w:t>
            </w:r>
          </w:p>
        </w:tc>
        <w:tc>
          <w:tcPr>
            <w:tcW w:w="1673" w:type="dxa"/>
            <w:vAlign w:val="center"/>
          </w:tcPr>
          <w:p w14:paraId="46C6010D" w14:textId="77777777" w:rsidR="00597C49" w:rsidRDefault="00597C49" w:rsidP="00D5154D">
            <w:pPr>
              <w:jc w:val="center"/>
            </w:pPr>
            <w:r>
              <w:t>32</w:t>
            </w:r>
          </w:p>
        </w:tc>
        <w:tc>
          <w:tcPr>
            <w:tcW w:w="1673" w:type="dxa"/>
            <w:shd w:val="clear" w:color="auto" w:fill="DAEEF3" w:themeFill="accent5" w:themeFillTint="33"/>
            <w:vAlign w:val="center"/>
          </w:tcPr>
          <w:p w14:paraId="35233267" w14:textId="77777777" w:rsidR="00597C49" w:rsidRDefault="00597C49" w:rsidP="00D5154D">
            <w:pPr>
              <w:jc w:val="center"/>
            </w:pPr>
            <w:r>
              <w:t>Pick up a card</w:t>
            </w:r>
          </w:p>
        </w:tc>
        <w:tc>
          <w:tcPr>
            <w:tcW w:w="1673" w:type="dxa"/>
            <w:vAlign w:val="center"/>
          </w:tcPr>
          <w:p w14:paraId="22517BBA" w14:textId="77777777" w:rsidR="00597C49" w:rsidRDefault="00597C49" w:rsidP="00D5154D">
            <w:pPr>
              <w:jc w:val="center"/>
            </w:pPr>
            <w:r>
              <w:t>33</w:t>
            </w:r>
          </w:p>
        </w:tc>
        <w:tc>
          <w:tcPr>
            <w:tcW w:w="1673" w:type="dxa"/>
            <w:vAlign w:val="center"/>
          </w:tcPr>
          <w:p w14:paraId="2B044E09" w14:textId="77777777" w:rsidR="00597C49" w:rsidRDefault="00597C49" w:rsidP="00D5154D">
            <w:pPr>
              <w:jc w:val="center"/>
            </w:pPr>
            <w:r>
              <w:t>34</w:t>
            </w:r>
          </w:p>
        </w:tc>
        <w:tc>
          <w:tcPr>
            <w:tcW w:w="1673" w:type="dxa"/>
            <w:shd w:val="clear" w:color="auto" w:fill="FFFF00"/>
            <w:vAlign w:val="center"/>
          </w:tcPr>
          <w:p w14:paraId="5F328356" w14:textId="77777777" w:rsidR="00597C49" w:rsidRDefault="00597C49" w:rsidP="00D5154D">
            <w:pPr>
              <w:jc w:val="center"/>
            </w:pPr>
            <w:r>
              <w:t>35</w:t>
            </w:r>
          </w:p>
          <w:p w14:paraId="2FE572CE" w14:textId="77777777" w:rsidR="00597C49" w:rsidRDefault="00597C49" w:rsidP="00D5154D">
            <w:pPr>
              <w:jc w:val="center"/>
            </w:pPr>
            <w:r>
              <w:t>You have successfully completed CAD and Engineering graphics 2</w:t>
            </w:r>
          </w:p>
        </w:tc>
        <w:tc>
          <w:tcPr>
            <w:tcW w:w="1673" w:type="dxa"/>
            <w:vAlign w:val="center"/>
          </w:tcPr>
          <w:p w14:paraId="10720648" w14:textId="77777777" w:rsidR="00597C49" w:rsidRDefault="00597C49" w:rsidP="00D5154D">
            <w:pPr>
              <w:jc w:val="center"/>
            </w:pPr>
            <w:r>
              <w:t>36</w:t>
            </w:r>
          </w:p>
        </w:tc>
        <w:tc>
          <w:tcPr>
            <w:tcW w:w="1673" w:type="dxa"/>
            <w:vAlign w:val="center"/>
          </w:tcPr>
          <w:p w14:paraId="0167A98A" w14:textId="77777777" w:rsidR="00597C49" w:rsidRDefault="00597C49" w:rsidP="00D5154D">
            <w:pPr>
              <w:jc w:val="center"/>
            </w:pPr>
            <w:r>
              <w:t>37</w:t>
            </w:r>
          </w:p>
        </w:tc>
      </w:tr>
      <w:tr w:rsidR="00597C49" w14:paraId="45A0698D" w14:textId="77777777" w:rsidTr="069967C1">
        <w:trPr>
          <w:trHeight w:val="1978"/>
          <w:jc w:val="center"/>
        </w:trPr>
        <w:tc>
          <w:tcPr>
            <w:tcW w:w="1674" w:type="dxa"/>
            <w:shd w:val="clear" w:color="auto" w:fill="DAEEF3" w:themeFill="accent5" w:themeFillTint="33"/>
            <w:vAlign w:val="center"/>
          </w:tcPr>
          <w:p w14:paraId="221B5422" w14:textId="77777777" w:rsidR="00597C49" w:rsidRDefault="00597C49" w:rsidP="00D5154D">
            <w:pPr>
              <w:jc w:val="center"/>
            </w:pPr>
            <w:r>
              <w:lastRenderedPageBreak/>
              <w:t>Pick up a card</w:t>
            </w:r>
          </w:p>
        </w:tc>
        <w:tc>
          <w:tcPr>
            <w:tcW w:w="1673" w:type="dxa"/>
            <w:vAlign w:val="center"/>
          </w:tcPr>
          <w:p w14:paraId="0D776B97" w14:textId="77777777" w:rsidR="00597C49" w:rsidRDefault="00597C49" w:rsidP="00D5154D">
            <w:pPr>
              <w:jc w:val="center"/>
            </w:pPr>
            <w:r>
              <w:t>38</w:t>
            </w:r>
          </w:p>
        </w:tc>
        <w:tc>
          <w:tcPr>
            <w:tcW w:w="1673" w:type="dxa"/>
            <w:vAlign w:val="center"/>
          </w:tcPr>
          <w:p w14:paraId="396732C5" w14:textId="77777777" w:rsidR="00597C49" w:rsidRDefault="00597C49" w:rsidP="00D5154D">
            <w:pPr>
              <w:jc w:val="center"/>
            </w:pPr>
            <w:r>
              <w:t>39</w:t>
            </w:r>
          </w:p>
        </w:tc>
        <w:tc>
          <w:tcPr>
            <w:tcW w:w="1673" w:type="dxa"/>
            <w:shd w:val="clear" w:color="auto" w:fill="FFFF00"/>
            <w:vAlign w:val="center"/>
          </w:tcPr>
          <w:p w14:paraId="47138685" w14:textId="77777777" w:rsidR="00597C49" w:rsidRDefault="00597C49" w:rsidP="00D5154D">
            <w:pPr>
              <w:jc w:val="center"/>
            </w:pPr>
            <w:r>
              <w:t>40</w:t>
            </w:r>
          </w:p>
          <w:p w14:paraId="531C8178" w14:textId="77777777" w:rsidR="00597C49" w:rsidRDefault="00597C49" w:rsidP="00D5154D">
            <w:pPr>
              <w:jc w:val="center"/>
            </w:pPr>
            <w:r>
              <w:t>You have successfully completed Earth Science</w:t>
            </w:r>
          </w:p>
        </w:tc>
        <w:tc>
          <w:tcPr>
            <w:tcW w:w="1673" w:type="dxa"/>
            <w:shd w:val="clear" w:color="auto" w:fill="DAEEF3" w:themeFill="accent5" w:themeFillTint="33"/>
            <w:vAlign w:val="center"/>
          </w:tcPr>
          <w:p w14:paraId="079FBAAE" w14:textId="77777777" w:rsidR="00597C49" w:rsidRDefault="00597C49" w:rsidP="00D5154D">
            <w:pPr>
              <w:jc w:val="center"/>
            </w:pPr>
            <w:r>
              <w:t>Pick up a card</w:t>
            </w:r>
          </w:p>
        </w:tc>
        <w:tc>
          <w:tcPr>
            <w:tcW w:w="1673" w:type="dxa"/>
            <w:vAlign w:val="center"/>
          </w:tcPr>
          <w:p w14:paraId="15C94FC6" w14:textId="77777777" w:rsidR="00597C49" w:rsidRDefault="00597C49" w:rsidP="00D5154D">
            <w:pPr>
              <w:jc w:val="center"/>
            </w:pPr>
            <w:r>
              <w:t>41</w:t>
            </w:r>
          </w:p>
        </w:tc>
        <w:tc>
          <w:tcPr>
            <w:tcW w:w="1673" w:type="dxa"/>
            <w:vAlign w:val="center"/>
          </w:tcPr>
          <w:p w14:paraId="670618FF" w14:textId="77777777" w:rsidR="00597C49" w:rsidRDefault="00597C49" w:rsidP="00D5154D">
            <w:pPr>
              <w:jc w:val="center"/>
            </w:pPr>
            <w:r>
              <w:t>42</w:t>
            </w:r>
          </w:p>
        </w:tc>
        <w:tc>
          <w:tcPr>
            <w:tcW w:w="1673" w:type="dxa"/>
            <w:vAlign w:val="center"/>
          </w:tcPr>
          <w:p w14:paraId="6FF9E612" w14:textId="77777777" w:rsidR="00597C49" w:rsidRDefault="00597C49" w:rsidP="00D5154D">
            <w:pPr>
              <w:jc w:val="center"/>
            </w:pPr>
            <w:r>
              <w:t>43</w:t>
            </w:r>
          </w:p>
        </w:tc>
        <w:tc>
          <w:tcPr>
            <w:tcW w:w="1673" w:type="dxa"/>
            <w:vAlign w:val="center"/>
          </w:tcPr>
          <w:p w14:paraId="60FC2EE8" w14:textId="77777777" w:rsidR="00597C49" w:rsidRDefault="00597C49" w:rsidP="00D5154D">
            <w:pPr>
              <w:jc w:val="center"/>
            </w:pPr>
            <w:r>
              <w:t>44</w:t>
            </w:r>
          </w:p>
        </w:tc>
      </w:tr>
      <w:tr w:rsidR="00597C49" w14:paraId="7AFB1048" w14:textId="77777777" w:rsidTr="069967C1">
        <w:trPr>
          <w:trHeight w:val="620"/>
          <w:jc w:val="center"/>
        </w:trPr>
        <w:tc>
          <w:tcPr>
            <w:tcW w:w="1674" w:type="dxa"/>
            <w:shd w:val="clear" w:color="auto" w:fill="FFFF00"/>
            <w:vAlign w:val="center"/>
          </w:tcPr>
          <w:p w14:paraId="35FE15F3" w14:textId="77777777" w:rsidR="00597C49" w:rsidRDefault="00597C49" w:rsidP="00D5154D">
            <w:pPr>
              <w:jc w:val="center"/>
            </w:pPr>
            <w:r>
              <w:t>45</w:t>
            </w:r>
          </w:p>
          <w:p w14:paraId="6F9CC8F1" w14:textId="77777777" w:rsidR="00597C49" w:rsidRDefault="00597C49" w:rsidP="00D5154D">
            <w:pPr>
              <w:jc w:val="center"/>
            </w:pPr>
            <w:r>
              <w:t>You have successfully completed Building Technology</w:t>
            </w:r>
          </w:p>
        </w:tc>
        <w:tc>
          <w:tcPr>
            <w:tcW w:w="1673" w:type="dxa"/>
            <w:shd w:val="clear" w:color="auto" w:fill="DAEEF3" w:themeFill="accent5" w:themeFillTint="33"/>
            <w:vAlign w:val="center"/>
          </w:tcPr>
          <w:p w14:paraId="6CD5B232" w14:textId="77777777" w:rsidR="00597C49" w:rsidRDefault="00597C49" w:rsidP="00D5154D">
            <w:pPr>
              <w:jc w:val="center"/>
            </w:pPr>
            <w:r>
              <w:t>Pick up a card</w:t>
            </w:r>
          </w:p>
        </w:tc>
        <w:tc>
          <w:tcPr>
            <w:tcW w:w="1673" w:type="dxa"/>
            <w:vAlign w:val="center"/>
          </w:tcPr>
          <w:p w14:paraId="5D2210B0" w14:textId="77777777" w:rsidR="00597C49" w:rsidRDefault="00597C49" w:rsidP="00D5154D">
            <w:pPr>
              <w:jc w:val="center"/>
            </w:pPr>
            <w:r>
              <w:t>46</w:t>
            </w:r>
          </w:p>
        </w:tc>
        <w:tc>
          <w:tcPr>
            <w:tcW w:w="1673" w:type="dxa"/>
            <w:vAlign w:val="center"/>
          </w:tcPr>
          <w:p w14:paraId="7EE718C2" w14:textId="77777777" w:rsidR="00597C49" w:rsidRDefault="00597C49" w:rsidP="00D5154D">
            <w:pPr>
              <w:jc w:val="center"/>
            </w:pPr>
            <w:r>
              <w:t>47</w:t>
            </w:r>
          </w:p>
        </w:tc>
        <w:tc>
          <w:tcPr>
            <w:tcW w:w="1673" w:type="dxa"/>
            <w:vAlign w:val="center"/>
          </w:tcPr>
          <w:p w14:paraId="02ADCF1B" w14:textId="77777777" w:rsidR="00597C49" w:rsidRDefault="00597C49" w:rsidP="00D5154D">
            <w:pPr>
              <w:jc w:val="center"/>
            </w:pPr>
            <w:r>
              <w:t>48</w:t>
            </w:r>
          </w:p>
        </w:tc>
        <w:tc>
          <w:tcPr>
            <w:tcW w:w="1673" w:type="dxa"/>
            <w:shd w:val="clear" w:color="auto" w:fill="DAEEF3" w:themeFill="accent5" w:themeFillTint="33"/>
            <w:vAlign w:val="center"/>
          </w:tcPr>
          <w:p w14:paraId="60EEDF67" w14:textId="77777777" w:rsidR="00597C49" w:rsidRDefault="00597C49" w:rsidP="00D5154D">
            <w:pPr>
              <w:jc w:val="center"/>
            </w:pPr>
            <w:r>
              <w:t>Pick up a card</w:t>
            </w:r>
          </w:p>
        </w:tc>
        <w:tc>
          <w:tcPr>
            <w:tcW w:w="1673" w:type="dxa"/>
            <w:vAlign w:val="center"/>
          </w:tcPr>
          <w:p w14:paraId="46FD4CC9" w14:textId="77777777" w:rsidR="00597C49" w:rsidRDefault="00597C49" w:rsidP="00D5154D">
            <w:pPr>
              <w:jc w:val="center"/>
            </w:pPr>
            <w:r>
              <w:t>49</w:t>
            </w:r>
          </w:p>
        </w:tc>
        <w:tc>
          <w:tcPr>
            <w:tcW w:w="1673" w:type="dxa"/>
            <w:shd w:val="clear" w:color="auto" w:fill="DAEEF3" w:themeFill="accent5" w:themeFillTint="33"/>
            <w:vAlign w:val="center"/>
          </w:tcPr>
          <w:p w14:paraId="7E7787BE" w14:textId="77777777" w:rsidR="00597C49" w:rsidRDefault="00597C49" w:rsidP="00D5154D">
            <w:pPr>
              <w:jc w:val="center"/>
            </w:pPr>
            <w:r>
              <w:t>Pick up a card</w:t>
            </w:r>
          </w:p>
        </w:tc>
        <w:tc>
          <w:tcPr>
            <w:tcW w:w="1673" w:type="dxa"/>
            <w:shd w:val="clear" w:color="auto" w:fill="FFFF00"/>
            <w:vAlign w:val="center"/>
          </w:tcPr>
          <w:p w14:paraId="6F0111C0" w14:textId="0C979A7A" w:rsidR="00597C49" w:rsidRDefault="00597C49" w:rsidP="00D5154D">
            <w:pPr>
              <w:jc w:val="center"/>
            </w:pPr>
            <w:r>
              <w:t>50</w:t>
            </w:r>
          </w:p>
          <w:p w14:paraId="64A076D1" w14:textId="2DA2B17A" w:rsidR="00597C49" w:rsidRDefault="423D0185" w:rsidP="00D5154D">
            <w:pPr>
              <w:jc w:val="center"/>
            </w:pPr>
            <w:r>
              <w:t>You have successfully completed Engineering Maths &amp; Computing 2</w:t>
            </w:r>
          </w:p>
        </w:tc>
      </w:tr>
      <w:tr w:rsidR="00597C49" w14:paraId="6B125D81" w14:textId="77777777" w:rsidTr="069967C1">
        <w:trPr>
          <w:trHeight w:val="1995"/>
          <w:jc w:val="center"/>
        </w:trPr>
        <w:tc>
          <w:tcPr>
            <w:tcW w:w="1674" w:type="dxa"/>
            <w:vAlign w:val="center"/>
          </w:tcPr>
          <w:p w14:paraId="0CAC8AA1" w14:textId="77777777" w:rsidR="00597C49" w:rsidRDefault="00597C49" w:rsidP="00D5154D">
            <w:pPr>
              <w:jc w:val="center"/>
            </w:pPr>
            <w:r>
              <w:t>51</w:t>
            </w:r>
          </w:p>
        </w:tc>
        <w:tc>
          <w:tcPr>
            <w:tcW w:w="1673" w:type="dxa"/>
            <w:vAlign w:val="center"/>
          </w:tcPr>
          <w:p w14:paraId="524EE854" w14:textId="77777777" w:rsidR="00597C49" w:rsidRDefault="00597C49" w:rsidP="00D5154D">
            <w:pPr>
              <w:jc w:val="center"/>
            </w:pPr>
            <w:r>
              <w:t>52</w:t>
            </w:r>
          </w:p>
        </w:tc>
        <w:tc>
          <w:tcPr>
            <w:tcW w:w="1673" w:type="dxa"/>
            <w:shd w:val="clear" w:color="auto" w:fill="DAEEF3" w:themeFill="accent5" w:themeFillTint="33"/>
            <w:vAlign w:val="center"/>
          </w:tcPr>
          <w:p w14:paraId="3833ADF1" w14:textId="77777777" w:rsidR="00597C49" w:rsidRDefault="00597C49" w:rsidP="00D5154D">
            <w:pPr>
              <w:jc w:val="center"/>
            </w:pPr>
            <w:r>
              <w:t>Pick up a card</w:t>
            </w:r>
          </w:p>
        </w:tc>
        <w:tc>
          <w:tcPr>
            <w:tcW w:w="1673" w:type="dxa"/>
            <w:vAlign w:val="center"/>
          </w:tcPr>
          <w:p w14:paraId="31A4BEB5" w14:textId="77777777" w:rsidR="00597C49" w:rsidRDefault="00597C49" w:rsidP="00D5154D">
            <w:pPr>
              <w:jc w:val="center"/>
            </w:pPr>
            <w:r>
              <w:t>53</w:t>
            </w:r>
          </w:p>
        </w:tc>
        <w:tc>
          <w:tcPr>
            <w:tcW w:w="1673" w:type="dxa"/>
            <w:shd w:val="clear" w:color="auto" w:fill="DAEEF3" w:themeFill="accent5" w:themeFillTint="33"/>
            <w:vAlign w:val="center"/>
          </w:tcPr>
          <w:p w14:paraId="1834FC86" w14:textId="77777777" w:rsidR="00597C49" w:rsidRDefault="00597C49" w:rsidP="00D5154D">
            <w:pPr>
              <w:jc w:val="center"/>
            </w:pPr>
            <w:r>
              <w:t>Pick up a card</w:t>
            </w:r>
          </w:p>
        </w:tc>
        <w:tc>
          <w:tcPr>
            <w:tcW w:w="1673" w:type="dxa"/>
            <w:vAlign w:val="center"/>
          </w:tcPr>
          <w:p w14:paraId="43C86131" w14:textId="77777777" w:rsidR="00597C49" w:rsidRDefault="00597C49" w:rsidP="00D5154D">
            <w:pPr>
              <w:jc w:val="center"/>
            </w:pPr>
            <w:r>
              <w:t>54</w:t>
            </w:r>
          </w:p>
        </w:tc>
        <w:tc>
          <w:tcPr>
            <w:tcW w:w="1673" w:type="dxa"/>
            <w:shd w:val="clear" w:color="auto" w:fill="DAEEF3" w:themeFill="accent5" w:themeFillTint="33"/>
            <w:vAlign w:val="center"/>
          </w:tcPr>
          <w:p w14:paraId="79457DB2" w14:textId="77777777" w:rsidR="00597C49" w:rsidRDefault="00597C49" w:rsidP="00D5154D">
            <w:pPr>
              <w:jc w:val="center"/>
            </w:pPr>
            <w:r>
              <w:t>Pick up a card</w:t>
            </w:r>
          </w:p>
        </w:tc>
        <w:tc>
          <w:tcPr>
            <w:tcW w:w="1673" w:type="dxa"/>
            <w:vAlign w:val="center"/>
          </w:tcPr>
          <w:p w14:paraId="79F42141" w14:textId="77777777" w:rsidR="00597C49" w:rsidRDefault="00597C49" w:rsidP="00D5154D">
            <w:pPr>
              <w:jc w:val="center"/>
            </w:pPr>
            <w:r>
              <w:t>55</w:t>
            </w:r>
          </w:p>
        </w:tc>
        <w:tc>
          <w:tcPr>
            <w:tcW w:w="1673" w:type="dxa"/>
            <w:shd w:val="clear" w:color="auto" w:fill="DAEEF3" w:themeFill="accent5" w:themeFillTint="33"/>
            <w:vAlign w:val="center"/>
          </w:tcPr>
          <w:p w14:paraId="25ACA3BD" w14:textId="77777777" w:rsidR="00597C49" w:rsidRDefault="00597C49" w:rsidP="00D5154D">
            <w:pPr>
              <w:jc w:val="center"/>
            </w:pPr>
            <w:r>
              <w:t>Pick up a card</w:t>
            </w:r>
          </w:p>
        </w:tc>
      </w:tr>
      <w:tr w:rsidR="00597C49" w14:paraId="21C7E46C" w14:textId="77777777" w:rsidTr="069967C1">
        <w:trPr>
          <w:trHeight w:val="1968"/>
          <w:jc w:val="center"/>
        </w:trPr>
        <w:tc>
          <w:tcPr>
            <w:tcW w:w="1674" w:type="dxa"/>
            <w:vAlign w:val="center"/>
          </w:tcPr>
          <w:p w14:paraId="3A9A0185" w14:textId="77777777" w:rsidR="00597C49" w:rsidRDefault="00597C49" w:rsidP="00D5154D">
            <w:pPr>
              <w:jc w:val="center"/>
            </w:pPr>
            <w:r>
              <w:t>56</w:t>
            </w:r>
          </w:p>
        </w:tc>
        <w:tc>
          <w:tcPr>
            <w:tcW w:w="1673" w:type="dxa"/>
            <w:shd w:val="clear" w:color="auto" w:fill="DAEEF3" w:themeFill="accent5" w:themeFillTint="33"/>
            <w:vAlign w:val="center"/>
          </w:tcPr>
          <w:p w14:paraId="41391545" w14:textId="77777777" w:rsidR="00597C49" w:rsidRDefault="00597C49" w:rsidP="00D5154D">
            <w:pPr>
              <w:jc w:val="center"/>
            </w:pPr>
            <w:r>
              <w:t>Pick up a card</w:t>
            </w:r>
          </w:p>
        </w:tc>
        <w:tc>
          <w:tcPr>
            <w:tcW w:w="1673" w:type="dxa"/>
            <w:vAlign w:val="center"/>
          </w:tcPr>
          <w:p w14:paraId="45F1DC9F" w14:textId="77777777" w:rsidR="00597C49" w:rsidRDefault="00597C49" w:rsidP="00D5154D">
            <w:pPr>
              <w:jc w:val="center"/>
            </w:pPr>
            <w:r>
              <w:t>57</w:t>
            </w:r>
          </w:p>
        </w:tc>
        <w:tc>
          <w:tcPr>
            <w:tcW w:w="1673" w:type="dxa"/>
            <w:shd w:val="clear" w:color="auto" w:fill="DAEEF3" w:themeFill="accent5" w:themeFillTint="33"/>
            <w:vAlign w:val="center"/>
          </w:tcPr>
          <w:p w14:paraId="6AA99075" w14:textId="77777777" w:rsidR="00597C49" w:rsidRDefault="00597C49" w:rsidP="00D5154D">
            <w:pPr>
              <w:jc w:val="center"/>
            </w:pPr>
            <w:r>
              <w:t>Pick up a card</w:t>
            </w:r>
          </w:p>
        </w:tc>
        <w:tc>
          <w:tcPr>
            <w:tcW w:w="1673" w:type="dxa"/>
            <w:vAlign w:val="center"/>
          </w:tcPr>
          <w:p w14:paraId="0617CA66" w14:textId="77777777" w:rsidR="00597C49" w:rsidRDefault="00597C49" w:rsidP="00D5154D">
            <w:pPr>
              <w:jc w:val="center"/>
            </w:pPr>
            <w:r>
              <w:t>58</w:t>
            </w:r>
          </w:p>
        </w:tc>
        <w:tc>
          <w:tcPr>
            <w:tcW w:w="1673" w:type="dxa"/>
            <w:shd w:val="clear" w:color="auto" w:fill="DAEEF3" w:themeFill="accent5" w:themeFillTint="33"/>
            <w:vAlign w:val="center"/>
          </w:tcPr>
          <w:p w14:paraId="59BC6220" w14:textId="77777777" w:rsidR="00597C49" w:rsidRDefault="00597C49" w:rsidP="00D5154D">
            <w:pPr>
              <w:jc w:val="center"/>
            </w:pPr>
            <w:r>
              <w:t>Pick up a card</w:t>
            </w:r>
          </w:p>
        </w:tc>
        <w:tc>
          <w:tcPr>
            <w:tcW w:w="1673" w:type="dxa"/>
            <w:vAlign w:val="center"/>
          </w:tcPr>
          <w:p w14:paraId="2B0D52DF" w14:textId="77777777" w:rsidR="00597C49" w:rsidRDefault="00597C49" w:rsidP="00D5154D">
            <w:pPr>
              <w:jc w:val="center"/>
            </w:pPr>
            <w:r>
              <w:t>59</w:t>
            </w:r>
          </w:p>
        </w:tc>
        <w:tc>
          <w:tcPr>
            <w:tcW w:w="1673" w:type="dxa"/>
            <w:shd w:val="clear" w:color="auto" w:fill="FFFF00"/>
            <w:vAlign w:val="center"/>
          </w:tcPr>
          <w:p w14:paraId="39310868" w14:textId="77777777" w:rsidR="00597C49" w:rsidRDefault="00597C49" w:rsidP="00D5154D">
            <w:pPr>
              <w:jc w:val="center"/>
            </w:pPr>
            <w:r>
              <w:t>60</w:t>
            </w:r>
          </w:p>
          <w:p w14:paraId="291C5DFE" w14:textId="77777777" w:rsidR="00597C49" w:rsidRDefault="00597C49" w:rsidP="00D5154D">
            <w:pPr>
              <w:jc w:val="center"/>
            </w:pPr>
            <w:r>
              <w:t xml:space="preserve">You have successfully completed Structural Mechanics </w:t>
            </w:r>
          </w:p>
        </w:tc>
        <w:tc>
          <w:tcPr>
            <w:tcW w:w="1673" w:type="dxa"/>
            <w:shd w:val="clear" w:color="auto" w:fill="FFC000"/>
            <w:vAlign w:val="center"/>
          </w:tcPr>
          <w:p w14:paraId="404E9571" w14:textId="77777777" w:rsidR="00597C49" w:rsidRDefault="00597C49" w:rsidP="00D5154D">
            <w:r>
              <w:t>Congratulations! You’re in 2</w:t>
            </w:r>
            <w:r w:rsidRPr="008112C9">
              <w:rPr>
                <w:vertAlign w:val="superscript"/>
              </w:rPr>
              <w:t>nd</w:t>
            </w:r>
            <w:r>
              <w:t xml:space="preserve"> year               </w:t>
            </w:r>
            <w:r>
              <w:rPr>
                <w:noProof/>
              </w:rPr>
              <w:drawing>
                <wp:inline distT="0" distB="0" distL="0" distR="0" wp14:anchorId="768052DE" wp14:editId="33F80E41">
                  <wp:extent cx="413359" cy="342900"/>
                  <wp:effectExtent l="0" t="0" r="6350" b="0"/>
                  <wp:docPr id="1210721413" name="Picture 1" descr="Cheers Du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0721413" name="Picture 1210721413" descr="Cheers Dude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914" cy="346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92CAF2" w14:textId="77777777" w:rsidR="00597C49" w:rsidRDefault="00597C49" w:rsidP="00597C49"/>
    <w:p w14:paraId="558298CC" w14:textId="77777777" w:rsidR="00045EAD" w:rsidRDefault="00045EAD">
      <w:pPr>
        <w:sectPr w:rsidR="00045EAD" w:rsidSect="00085522">
          <w:pgSz w:w="15840" w:h="12240" w:orient="landscape"/>
          <w:pgMar w:top="1800" w:right="1440" w:bottom="1418" w:left="1440" w:header="720" w:footer="720" w:gutter="0"/>
          <w:cols w:space="720"/>
          <w:docGrid w:linePitch="360"/>
        </w:sectPr>
      </w:pPr>
    </w:p>
    <w:p w14:paraId="045073EF" w14:textId="74650E43" w:rsidR="0086050C" w:rsidRDefault="00A53F55">
      <w:r>
        <w:rPr>
          <w:b/>
          <w:color w:val="0F6576"/>
          <w:sz w:val="28"/>
        </w:rPr>
        <w:lastRenderedPageBreak/>
        <w:t>Evaluation &amp; Impact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3"/>
        <w:gridCol w:w="4307"/>
      </w:tblGrid>
      <w:tr w:rsidR="004E0BFC" w:rsidRPr="000A3910" w14:paraId="54B3A32C" w14:textId="77777777" w:rsidTr="1A37CAE2">
        <w:tc>
          <w:tcPr>
            <w:tcW w:w="4508" w:type="dxa"/>
          </w:tcPr>
          <w:p w14:paraId="11D80CA0" w14:textId="77777777" w:rsidR="004E0BFC" w:rsidRDefault="004E0BFC" w:rsidP="00484942">
            <w:pPr>
              <w:rPr>
                <w:rFonts w:ascii="Calibri Light" w:hAnsi="Calibri Light" w:cs="Calibri Light"/>
                <w:lang w:val="en-GB"/>
              </w:rPr>
            </w:pPr>
            <w:r w:rsidRPr="11939C16">
              <w:rPr>
                <w:rFonts w:ascii="Calibri Light" w:hAnsi="Calibri Light" w:cs="Calibri Light"/>
                <w:lang w:val="en-GB"/>
              </w:rPr>
              <w:t>(How) is this activity evaluated?</w:t>
            </w:r>
          </w:p>
          <w:p w14:paraId="636B0A8B" w14:textId="77777777" w:rsidR="00632F35" w:rsidRDefault="00632F35" w:rsidP="00484942">
            <w:pPr>
              <w:rPr>
                <w:rFonts w:ascii="Calibri Light" w:hAnsi="Calibri Light" w:cs="Calibri Light"/>
                <w:lang w:val="en-GB"/>
              </w:rPr>
            </w:pPr>
          </w:p>
          <w:p w14:paraId="1C805DAD" w14:textId="77777777" w:rsidR="00632F35" w:rsidRPr="000A3910" w:rsidRDefault="68806B7A" w:rsidP="00632F35">
            <w:pPr>
              <w:numPr>
                <w:ilvl w:val="0"/>
                <w:numId w:val="11"/>
              </w:numPr>
              <w:rPr>
                <w:rFonts w:ascii="Calibri Light" w:hAnsi="Calibri Light" w:cs="Calibri Light"/>
                <w:lang w:val="en-GB"/>
              </w:rPr>
            </w:pPr>
            <w:r w:rsidRPr="5ED244E1">
              <w:rPr>
                <w:rFonts w:ascii="Calibri Light" w:hAnsi="Calibri Light" w:cs="Calibri Light"/>
                <w:lang w:val="en-GB"/>
              </w:rPr>
              <w:t>How (forms, questions, follow data…), with who (participants, organizers…), about what (reaching of goals, content, organizational aspect…)?</w:t>
            </w:r>
          </w:p>
          <w:p w14:paraId="03966DE6" w14:textId="77777777" w:rsidR="00632F35" w:rsidRPr="000A3910" w:rsidRDefault="00632F35" w:rsidP="00632F35">
            <w:pPr>
              <w:numPr>
                <w:ilvl w:val="0"/>
                <w:numId w:val="12"/>
              </w:num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What are the results? </w:t>
            </w:r>
          </w:p>
          <w:p w14:paraId="3D02BEF0" w14:textId="71BBC33D" w:rsidR="00632F35" w:rsidRPr="000A3910" w:rsidRDefault="68806B7A" w:rsidP="00632F35">
            <w:pPr>
              <w:numPr>
                <w:ilvl w:val="0"/>
                <w:numId w:val="13"/>
              </w:numPr>
              <w:rPr>
                <w:rFonts w:ascii="Calibri Light" w:hAnsi="Calibri Light" w:cs="Calibri Light"/>
                <w:lang w:val="en-GB"/>
              </w:rPr>
            </w:pPr>
            <w:r w:rsidRPr="5ED244E1">
              <w:rPr>
                <w:rFonts w:ascii="Calibri Light" w:hAnsi="Calibri Light" w:cs="Calibri Light"/>
                <w:lang w:val="en-GB"/>
              </w:rPr>
              <w:t>What do you do with the results? </w:t>
            </w:r>
            <w:r w:rsidR="00A72973">
              <w:rPr>
                <w:rFonts w:ascii="Calibri Light" w:hAnsi="Calibri Light" w:cs="Calibri Light"/>
                <w:lang w:val="en-GB"/>
              </w:rPr>
              <w:t xml:space="preserve">(Inform the next iteration, feedback for students, </w:t>
            </w:r>
            <w:r w:rsidR="00060EC2">
              <w:rPr>
                <w:rFonts w:ascii="Calibri Light" w:hAnsi="Calibri Light" w:cs="Calibri Light"/>
                <w:lang w:val="en-GB"/>
              </w:rPr>
              <w:t>policy changes at University?)</w:t>
            </w:r>
            <w:r w:rsidRPr="5ED244E1">
              <w:rPr>
                <w:rFonts w:ascii="Calibri Light" w:hAnsi="Calibri Light" w:cs="Calibri Light"/>
                <w:lang w:val="en-GB"/>
              </w:rPr>
              <w:t> </w:t>
            </w:r>
          </w:p>
          <w:p w14:paraId="120B8BBE" w14:textId="77777777" w:rsidR="00632F35" w:rsidRPr="000A3910" w:rsidRDefault="00632F35" w:rsidP="00484942">
            <w:pPr>
              <w:rPr>
                <w:rFonts w:ascii="Calibri Light" w:hAnsi="Calibri Light" w:cs="Calibri Light"/>
                <w:lang w:val="en-GB"/>
              </w:rPr>
            </w:pPr>
          </w:p>
        </w:tc>
        <w:tc>
          <w:tcPr>
            <w:tcW w:w="4508" w:type="dxa"/>
          </w:tcPr>
          <w:p w14:paraId="61111636" w14:textId="0C3E3296" w:rsidR="00FE3DFD" w:rsidRPr="00FE3DFD" w:rsidRDefault="00FE3DFD" w:rsidP="00FE3DFD">
            <w:pPr>
              <w:rPr>
                <w:rFonts w:ascii="Calibri Light" w:hAnsi="Calibri Light" w:cs="Calibri Light"/>
                <w:lang w:val="en-IE"/>
              </w:rPr>
            </w:pPr>
            <w:r>
              <w:rPr>
                <w:rFonts w:ascii="Calibri Light" w:hAnsi="Calibri Light" w:cs="Calibri Light"/>
                <w:lang w:val="en-GB"/>
              </w:rPr>
              <w:t xml:space="preserve">At the end of first year students are asked to complete </w:t>
            </w:r>
            <w:r w:rsidR="00EE53EB">
              <w:rPr>
                <w:rFonts w:ascii="Calibri Light" w:hAnsi="Calibri Light" w:cs="Calibri Light"/>
                <w:lang w:val="en-GB"/>
              </w:rPr>
              <w:t>a survey to evaluate how well they have balanced their free time and academic life</w:t>
            </w:r>
            <w:r w:rsidRPr="00FE3DFD">
              <w:rPr>
                <w:rFonts w:ascii="Calibri Light" w:hAnsi="Calibri Light" w:cs="Calibri Light"/>
                <w:lang w:val="en-GB"/>
              </w:rPr>
              <w:t>.</w:t>
            </w:r>
            <w:r w:rsidR="00EE53EB">
              <w:rPr>
                <w:rFonts w:ascii="Calibri Light" w:hAnsi="Calibri Light" w:cs="Calibri Light"/>
                <w:lang w:val="en-GB"/>
              </w:rPr>
              <w:t xml:space="preserve"> This will be linked to their first year results.</w:t>
            </w:r>
            <w:r w:rsidRPr="00FE3DFD">
              <w:rPr>
                <w:rFonts w:ascii="Calibri Light" w:hAnsi="Calibri Light" w:cs="Calibri Light"/>
                <w:lang w:val="en-GB"/>
              </w:rPr>
              <w:t> </w:t>
            </w:r>
            <w:r w:rsidRPr="00FE3DFD">
              <w:rPr>
                <w:rFonts w:ascii="Calibri Light" w:hAnsi="Calibri Light" w:cs="Calibri Light"/>
                <w:lang w:val="en-IE"/>
              </w:rPr>
              <w:t> </w:t>
            </w:r>
          </w:p>
          <w:p w14:paraId="678DF380" w14:textId="77777777" w:rsidR="00FE3DFD" w:rsidRPr="00FE3DFD" w:rsidRDefault="00FE3DFD" w:rsidP="00FE3DFD">
            <w:pPr>
              <w:rPr>
                <w:rFonts w:ascii="Calibri Light" w:hAnsi="Calibri Light" w:cs="Calibri Light"/>
                <w:lang w:val="en-IE"/>
              </w:rPr>
            </w:pPr>
            <w:r w:rsidRPr="00FE3DFD">
              <w:rPr>
                <w:rFonts w:ascii="Calibri Light" w:hAnsi="Calibri Light" w:cs="Calibri Light"/>
                <w:lang w:val="en-IE"/>
              </w:rPr>
              <w:t> </w:t>
            </w:r>
          </w:p>
          <w:p w14:paraId="4BC36631" w14:textId="2F8C4B66" w:rsidR="00FE3DFD" w:rsidRPr="00FE3DFD" w:rsidRDefault="00EE53EB" w:rsidP="00FE3DFD">
            <w:pPr>
              <w:rPr>
                <w:rFonts w:ascii="Calibri Light" w:hAnsi="Calibri Light" w:cs="Calibri Light"/>
                <w:lang w:val="en-IE"/>
              </w:rPr>
            </w:pPr>
            <w:r>
              <w:rPr>
                <w:rFonts w:ascii="Calibri Light" w:hAnsi="Calibri Light" w:cs="Calibri Light"/>
                <w:lang w:val="en-GB"/>
              </w:rPr>
              <w:t>T</w:t>
            </w:r>
            <w:r w:rsidR="00FE3DFD" w:rsidRPr="00FE3DFD">
              <w:rPr>
                <w:rFonts w:ascii="Calibri Light" w:hAnsi="Calibri Light" w:cs="Calibri Light"/>
                <w:lang w:val="en-GB"/>
              </w:rPr>
              <w:t xml:space="preserve">he survey will ask </w:t>
            </w:r>
            <w:r>
              <w:rPr>
                <w:rFonts w:ascii="Calibri Light" w:hAnsi="Calibri Light" w:cs="Calibri Light"/>
                <w:lang w:val="en-GB"/>
              </w:rPr>
              <w:t xml:space="preserve">if </w:t>
            </w:r>
            <w:r w:rsidR="00FE3DFD" w:rsidRPr="00FE3DFD">
              <w:rPr>
                <w:rFonts w:ascii="Calibri Light" w:hAnsi="Calibri Light" w:cs="Calibri Light"/>
                <w:lang w:val="en-GB"/>
              </w:rPr>
              <w:t xml:space="preserve">students </w:t>
            </w:r>
            <w:r>
              <w:rPr>
                <w:rFonts w:ascii="Calibri Light" w:hAnsi="Calibri Light" w:cs="Calibri Light"/>
                <w:lang w:val="en-GB"/>
              </w:rPr>
              <w:t xml:space="preserve">feel that the game improved their ability to </w:t>
            </w:r>
            <w:r w:rsidR="004E3302">
              <w:rPr>
                <w:rFonts w:ascii="Calibri Light" w:hAnsi="Calibri Light" w:cs="Calibri Light"/>
                <w:lang w:val="en-GB"/>
              </w:rPr>
              <w:t>progress through first year.</w:t>
            </w:r>
          </w:p>
          <w:p w14:paraId="223446D6" w14:textId="77777777" w:rsidR="00FE3DFD" w:rsidRPr="00FE3DFD" w:rsidRDefault="00FE3DFD" w:rsidP="00FE3DFD">
            <w:pPr>
              <w:rPr>
                <w:rFonts w:ascii="Calibri Light" w:hAnsi="Calibri Light" w:cs="Calibri Light"/>
                <w:lang w:val="en-IE"/>
              </w:rPr>
            </w:pPr>
            <w:r w:rsidRPr="00FE3DFD">
              <w:rPr>
                <w:rFonts w:ascii="Calibri Light" w:hAnsi="Calibri Light" w:cs="Calibri Light"/>
                <w:lang w:val="en-IE"/>
              </w:rPr>
              <w:t> </w:t>
            </w:r>
          </w:p>
          <w:p w14:paraId="4A8E3BD6" w14:textId="77777777" w:rsidR="00FE3DFD" w:rsidRPr="00FE3DFD" w:rsidRDefault="00FE3DFD" w:rsidP="00FE3DFD">
            <w:pPr>
              <w:rPr>
                <w:rFonts w:ascii="Calibri Light" w:hAnsi="Calibri Light" w:cs="Calibri Light"/>
                <w:lang w:val="en-IE"/>
              </w:rPr>
            </w:pPr>
            <w:r w:rsidRPr="00FE3DFD">
              <w:rPr>
                <w:rFonts w:ascii="Calibri Light" w:hAnsi="Calibri Light" w:cs="Calibri Light"/>
                <w:lang w:val="en-GB"/>
              </w:rPr>
              <w:t>How: Survey</w:t>
            </w:r>
            <w:r w:rsidRPr="00FE3DFD">
              <w:rPr>
                <w:rFonts w:ascii="Calibri Light" w:hAnsi="Calibri Light" w:cs="Calibri Light"/>
                <w:lang w:val="en-IE"/>
              </w:rPr>
              <w:t> </w:t>
            </w:r>
          </w:p>
          <w:p w14:paraId="4D9A4E25" w14:textId="77777777" w:rsidR="00FE3DFD" w:rsidRPr="00FE3DFD" w:rsidRDefault="00FE3DFD" w:rsidP="00FE3DFD">
            <w:pPr>
              <w:rPr>
                <w:rFonts w:ascii="Calibri Light" w:hAnsi="Calibri Light" w:cs="Calibri Light"/>
                <w:lang w:val="en-IE"/>
              </w:rPr>
            </w:pPr>
            <w:r w:rsidRPr="00FE3DFD">
              <w:rPr>
                <w:rFonts w:ascii="Calibri Light" w:hAnsi="Calibri Light" w:cs="Calibri Light"/>
                <w:lang w:val="en-GB"/>
              </w:rPr>
              <w:t>Who: Participants </w:t>
            </w:r>
            <w:r w:rsidRPr="00FE3DFD">
              <w:rPr>
                <w:rFonts w:ascii="Calibri Light" w:hAnsi="Calibri Light" w:cs="Calibri Light"/>
                <w:lang w:val="en-IE"/>
              </w:rPr>
              <w:t> </w:t>
            </w:r>
          </w:p>
          <w:p w14:paraId="33B4AD45" w14:textId="77777777" w:rsidR="00FE3DFD" w:rsidRPr="00FE3DFD" w:rsidRDefault="00FE3DFD" w:rsidP="00FE3DFD">
            <w:pPr>
              <w:rPr>
                <w:rFonts w:ascii="Calibri Light" w:hAnsi="Calibri Light" w:cs="Calibri Light"/>
                <w:lang w:val="en-IE"/>
              </w:rPr>
            </w:pPr>
            <w:r w:rsidRPr="00FE3DFD">
              <w:rPr>
                <w:rFonts w:ascii="Calibri Light" w:hAnsi="Calibri Light" w:cs="Calibri Light"/>
                <w:lang w:val="en-GB"/>
              </w:rPr>
              <w:t>About what: </w:t>
            </w:r>
            <w:r w:rsidRPr="00FE3DFD">
              <w:rPr>
                <w:rFonts w:ascii="Calibri Light" w:hAnsi="Calibri Light" w:cs="Calibri Light"/>
                <w:lang w:val="en-IE"/>
              </w:rPr>
              <w:t> </w:t>
            </w:r>
          </w:p>
          <w:p w14:paraId="724866D9" w14:textId="77777777" w:rsidR="00FE3DFD" w:rsidRPr="00085522" w:rsidRDefault="00FE3DFD" w:rsidP="00085522">
            <w:pPr>
              <w:pStyle w:val="ListParagraph"/>
              <w:numPr>
                <w:ilvl w:val="0"/>
                <w:numId w:val="18"/>
              </w:numPr>
              <w:rPr>
                <w:rFonts w:ascii="Calibri Light" w:hAnsi="Calibri Light" w:cs="Calibri Light"/>
                <w:lang w:val="en-IE"/>
              </w:rPr>
            </w:pPr>
            <w:r w:rsidRPr="00085522">
              <w:rPr>
                <w:rFonts w:ascii="Calibri Light" w:hAnsi="Calibri Light" w:cs="Calibri Light"/>
                <w:lang w:val="en-GB"/>
              </w:rPr>
              <w:t>Their perceived value of the micro interventions</w:t>
            </w:r>
            <w:r w:rsidRPr="00085522">
              <w:rPr>
                <w:rFonts w:ascii="Calibri Light" w:hAnsi="Calibri Light" w:cs="Calibri Light"/>
                <w:lang w:val="en-IE"/>
              </w:rPr>
              <w:t> </w:t>
            </w:r>
          </w:p>
          <w:p w14:paraId="5E9E8E16" w14:textId="77777777" w:rsidR="00FE3DFD" w:rsidRPr="00085522" w:rsidRDefault="00FE3DFD" w:rsidP="00085522">
            <w:pPr>
              <w:pStyle w:val="ListParagraph"/>
              <w:numPr>
                <w:ilvl w:val="0"/>
                <w:numId w:val="18"/>
              </w:numPr>
              <w:rPr>
                <w:rFonts w:ascii="Calibri Light" w:hAnsi="Calibri Light" w:cs="Calibri Light"/>
                <w:lang w:val="en-IE"/>
              </w:rPr>
            </w:pPr>
            <w:r w:rsidRPr="00085522">
              <w:rPr>
                <w:rFonts w:ascii="Calibri Light" w:hAnsi="Calibri Light" w:cs="Calibri Light"/>
                <w:lang w:val="en-GB"/>
              </w:rPr>
              <w:t>How the micro interventions can be improved</w:t>
            </w:r>
            <w:r w:rsidRPr="00085522">
              <w:rPr>
                <w:rFonts w:ascii="Calibri Light" w:hAnsi="Calibri Light" w:cs="Calibri Light"/>
                <w:lang w:val="en-IE"/>
              </w:rPr>
              <w:t> </w:t>
            </w:r>
          </w:p>
          <w:p w14:paraId="03BDDA8E" w14:textId="77777777" w:rsidR="00FE3DFD" w:rsidRPr="00085522" w:rsidRDefault="00FE3DFD" w:rsidP="00085522">
            <w:pPr>
              <w:pStyle w:val="ListParagraph"/>
              <w:numPr>
                <w:ilvl w:val="0"/>
                <w:numId w:val="18"/>
              </w:numPr>
              <w:rPr>
                <w:rFonts w:ascii="Calibri Light" w:hAnsi="Calibri Light" w:cs="Calibri Light"/>
                <w:lang w:val="en-IE"/>
              </w:rPr>
            </w:pPr>
            <w:r w:rsidRPr="00085522">
              <w:rPr>
                <w:rFonts w:ascii="Calibri Light" w:hAnsi="Calibri Light" w:cs="Calibri Light"/>
                <w:lang w:val="en-GB"/>
              </w:rPr>
              <w:t>In what areas do they need further assistance</w:t>
            </w:r>
            <w:r w:rsidRPr="00085522">
              <w:rPr>
                <w:rFonts w:ascii="Calibri Light" w:hAnsi="Calibri Light" w:cs="Calibri Light"/>
                <w:lang w:val="en-IE"/>
              </w:rPr>
              <w:t> </w:t>
            </w:r>
          </w:p>
          <w:p w14:paraId="305F57AF" w14:textId="77777777" w:rsidR="004E0BFC" w:rsidRPr="000A3910" w:rsidRDefault="004E0BFC" w:rsidP="00632F35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4E0BFC" w:rsidRPr="000A3910" w14:paraId="65FE996D" w14:textId="77777777" w:rsidTr="1A37CAE2">
        <w:tc>
          <w:tcPr>
            <w:tcW w:w="4508" w:type="dxa"/>
          </w:tcPr>
          <w:p w14:paraId="5F72F992" w14:textId="77777777" w:rsidR="004E0BFC" w:rsidRDefault="004E0BFC" w:rsidP="00484942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(How) is the effectiveness tracked? </w:t>
            </w:r>
          </w:p>
          <w:p w14:paraId="58DD4ED3" w14:textId="77777777" w:rsidR="00632F35" w:rsidRPr="000A3910" w:rsidRDefault="00632F35" w:rsidP="00632F35">
            <w:pPr>
              <w:numPr>
                <w:ilvl w:val="0"/>
                <w:numId w:val="14"/>
              </w:num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How?  </w:t>
            </w:r>
          </w:p>
          <w:p w14:paraId="3D25C700" w14:textId="77777777" w:rsidR="00632F35" w:rsidRPr="000A3910" w:rsidRDefault="00632F35" w:rsidP="00632F35">
            <w:pPr>
              <w:numPr>
                <w:ilvl w:val="0"/>
                <w:numId w:val="15"/>
              </w:num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What are the results? </w:t>
            </w:r>
          </w:p>
          <w:p w14:paraId="6D501660" w14:textId="54E21202" w:rsidR="00632F35" w:rsidRPr="000A3910" w:rsidRDefault="68806B7A" w:rsidP="00632F35">
            <w:pPr>
              <w:numPr>
                <w:ilvl w:val="0"/>
                <w:numId w:val="16"/>
              </w:numPr>
              <w:rPr>
                <w:rFonts w:ascii="Calibri Light" w:hAnsi="Calibri Light" w:cs="Calibri Light"/>
                <w:lang w:val="en-GB"/>
              </w:rPr>
            </w:pPr>
            <w:r w:rsidRPr="5ED244E1">
              <w:rPr>
                <w:rFonts w:ascii="Calibri Light" w:hAnsi="Calibri Light" w:cs="Calibri Light"/>
                <w:lang w:val="en-GB"/>
              </w:rPr>
              <w:t xml:space="preserve">What </w:t>
            </w:r>
            <w:r w:rsidR="00060EC2">
              <w:rPr>
                <w:rFonts w:ascii="Calibri Light" w:hAnsi="Calibri Light" w:cs="Calibri Light"/>
                <w:lang w:val="en-GB"/>
              </w:rPr>
              <w:t xml:space="preserve">is the purpose of collecting the </w:t>
            </w:r>
            <w:r w:rsidRPr="5ED244E1">
              <w:rPr>
                <w:rFonts w:ascii="Calibri Light" w:hAnsi="Calibri Light" w:cs="Calibri Light"/>
                <w:lang w:val="en-GB"/>
              </w:rPr>
              <w:t>results</w:t>
            </w:r>
            <w:r w:rsidR="00060EC2">
              <w:rPr>
                <w:rFonts w:ascii="Calibri Light" w:hAnsi="Calibri Light" w:cs="Calibri Light"/>
                <w:lang w:val="en-GB"/>
              </w:rPr>
              <w:t>, how will they be used</w:t>
            </w:r>
            <w:r w:rsidRPr="5ED244E1">
              <w:rPr>
                <w:rFonts w:ascii="Calibri Light" w:hAnsi="Calibri Light" w:cs="Calibri Light"/>
                <w:lang w:val="en-GB"/>
              </w:rPr>
              <w:t>?  </w:t>
            </w:r>
          </w:p>
          <w:p w14:paraId="0A87BD95" w14:textId="77777777" w:rsidR="00632F35" w:rsidRPr="000A3910" w:rsidRDefault="00632F35" w:rsidP="00484942">
            <w:pPr>
              <w:rPr>
                <w:rFonts w:ascii="Calibri Light" w:hAnsi="Calibri Light" w:cs="Calibri Light"/>
                <w:lang w:val="en-GB"/>
              </w:rPr>
            </w:pPr>
          </w:p>
        </w:tc>
        <w:tc>
          <w:tcPr>
            <w:tcW w:w="4508" w:type="dxa"/>
          </w:tcPr>
          <w:p w14:paraId="45EB112C" w14:textId="58FEFE27" w:rsidR="004E0BFC" w:rsidRPr="000A3910" w:rsidRDefault="00EE08DF" w:rsidP="00632F35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>Student success, attrition and feedback</w:t>
            </w:r>
          </w:p>
        </w:tc>
      </w:tr>
      <w:tr w:rsidR="004E0BFC" w:rsidRPr="000A3910" w14:paraId="1EAD9F33" w14:textId="77777777" w:rsidTr="00085522">
        <w:trPr>
          <w:trHeight w:val="656"/>
        </w:trPr>
        <w:tc>
          <w:tcPr>
            <w:tcW w:w="4508" w:type="dxa"/>
          </w:tcPr>
          <w:p w14:paraId="3F03C461" w14:textId="77777777" w:rsidR="004E0BFC" w:rsidRDefault="004E0BFC" w:rsidP="00484942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 xml:space="preserve">Any further notes: </w:t>
            </w:r>
          </w:p>
          <w:p w14:paraId="7350DFA2" w14:textId="4F8E95F9" w:rsidR="00F370E7" w:rsidRPr="000A3910" w:rsidRDefault="00F370E7" w:rsidP="00484942">
            <w:pPr>
              <w:rPr>
                <w:rFonts w:ascii="Calibri Light" w:hAnsi="Calibri Light" w:cs="Calibri Light"/>
                <w:lang w:val="en-GB"/>
              </w:rPr>
            </w:pPr>
          </w:p>
        </w:tc>
        <w:tc>
          <w:tcPr>
            <w:tcW w:w="4508" w:type="dxa"/>
          </w:tcPr>
          <w:p w14:paraId="483FDAA7" w14:textId="77777777" w:rsidR="004E0BFC" w:rsidRDefault="004E0BFC" w:rsidP="00484942">
            <w:pPr>
              <w:rPr>
                <w:rFonts w:ascii="Calibri Light" w:hAnsi="Calibri Light" w:cs="Calibri Light"/>
                <w:lang w:val="en-GB"/>
              </w:rPr>
            </w:pPr>
          </w:p>
          <w:p w14:paraId="1D112190" w14:textId="77777777" w:rsidR="00F370E7" w:rsidRDefault="00F370E7" w:rsidP="00484942">
            <w:pPr>
              <w:rPr>
                <w:rFonts w:ascii="Calibri Light" w:hAnsi="Calibri Light" w:cs="Calibri Light"/>
                <w:lang w:val="en-GB"/>
              </w:rPr>
            </w:pPr>
          </w:p>
          <w:p w14:paraId="257CD999" w14:textId="77777777" w:rsidR="00F370E7" w:rsidRDefault="00F370E7" w:rsidP="00484942">
            <w:pPr>
              <w:rPr>
                <w:rFonts w:ascii="Calibri Light" w:hAnsi="Calibri Light" w:cs="Calibri Light"/>
                <w:lang w:val="en-GB"/>
              </w:rPr>
            </w:pPr>
          </w:p>
          <w:p w14:paraId="45EDAEEB" w14:textId="77777777" w:rsidR="00F370E7" w:rsidRDefault="00F370E7" w:rsidP="00484942">
            <w:pPr>
              <w:rPr>
                <w:rFonts w:ascii="Calibri Light" w:hAnsi="Calibri Light" w:cs="Calibri Light"/>
                <w:lang w:val="en-GB"/>
              </w:rPr>
            </w:pPr>
          </w:p>
          <w:p w14:paraId="52864462" w14:textId="77777777" w:rsidR="00F370E7" w:rsidRDefault="00F370E7" w:rsidP="00484942">
            <w:pPr>
              <w:rPr>
                <w:rFonts w:ascii="Calibri Light" w:hAnsi="Calibri Light" w:cs="Calibri Light"/>
                <w:lang w:val="en-GB"/>
              </w:rPr>
            </w:pPr>
          </w:p>
          <w:p w14:paraId="30C95899" w14:textId="77777777" w:rsidR="00F370E7" w:rsidRDefault="00F370E7" w:rsidP="00484942">
            <w:pPr>
              <w:rPr>
                <w:rFonts w:ascii="Calibri Light" w:hAnsi="Calibri Light" w:cs="Calibri Light"/>
                <w:lang w:val="en-GB"/>
              </w:rPr>
            </w:pPr>
          </w:p>
          <w:p w14:paraId="5EEBAF7D" w14:textId="77777777" w:rsidR="00F370E7" w:rsidRDefault="00F370E7" w:rsidP="00484942">
            <w:pPr>
              <w:rPr>
                <w:rFonts w:ascii="Calibri Light" w:hAnsi="Calibri Light" w:cs="Calibri Light"/>
                <w:lang w:val="en-GB"/>
              </w:rPr>
            </w:pPr>
          </w:p>
          <w:p w14:paraId="00A03F6B" w14:textId="77777777" w:rsidR="00F370E7" w:rsidRPr="000A3910" w:rsidRDefault="00F370E7" w:rsidP="00484942">
            <w:pPr>
              <w:rPr>
                <w:rFonts w:ascii="Calibri Light" w:hAnsi="Calibri Light" w:cs="Calibri Light"/>
                <w:lang w:val="en-GB"/>
              </w:rPr>
            </w:pPr>
          </w:p>
        </w:tc>
      </w:tr>
    </w:tbl>
    <w:p w14:paraId="33F98547" w14:textId="6EBE3531" w:rsidR="0086050C" w:rsidRPr="000A3910" w:rsidRDefault="0086050C" w:rsidP="004E0BFC">
      <w:pPr>
        <w:rPr>
          <w:rFonts w:ascii="Calibri Light" w:hAnsi="Calibri Light" w:cs="Calibri Light"/>
          <w:lang w:val="en-GB"/>
        </w:rPr>
      </w:pPr>
    </w:p>
    <w:p w14:paraId="687B5F24" w14:textId="2FFA162A" w:rsidR="432CB9EB" w:rsidRDefault="432CB9EB" w:rsidP="68E03FF7">
      <w:pPr>
        <w:rPr>
          <w:b/>
          <w:bCs/>
          <w:color w:val="0F6576"/>
          <w:sz w:val="28"/>
          <w:szCs w:val="28"/>
        </w:rPr>
      </w:pPr>
      <w:r w:rsidRPr="68E03FF7">
        <w:rPr>
          <w:b/>
          <w:bCs/>
          <w:color w:val="0F6576"/>
          <w:sz w:val="28"/>
          <w:szCs w:val="28"/>
        </w:rPr>
        <w:t>References or inspiration used to design intervention:</w:t>
      </w:r>
    </w:p>
    <w:p w14:paraId="686F7E9A" w14:textId="64E87C3E" w:rsidR="432CB9EB" w:rsidRDefault="00673D70" w:rsidP="68E03FF7">
      <w:pPr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>This was inspired by looking at the principles of games like Monopoly, Snakes and Ladders and the Game of Life.</w:t>
      </w:r>
    </w:p>
    <w:p w14:paraId="28E3100D" w14:textId="77777777" w:rsidR="00673D70" w:rsidRDefault="00673D70" w:rsidP="68E03FF7">
      <w:pPr>
        <w:rPr>
          <w:rFonts w:ascii="Calibri Light" w:hAnsi="Calibri Light" w:cs="Calibri Light"/>
          <w:lang w:val="en-GB"/>
        </w:rPr>
      </w:pPr>
    </w:p>
    <w:p w14:paraId="0AC865B1" w14:textId="77777777" w:rsidR="00085522" w:rsidRDefault="00085522" w:rsidP="68E03FF7">
      <w:pPr>
        <w:rPr>
          <w:rFonts w:ascii="Calibri Light" w:hAnsi="Calibri Light" w:cs="Calibri Light"/>
          <w:lang w:val="en-GB"/>
        </w:rPr>
      </w:pPr>
    </w:p>
    <w:p w14:paraId="37035674" w14:textId="7BA0E2E2" w:rsidR="00673D70" w:rsidRPr="00085522" w:rsidRDefault="00673D70" w:rsidP="20C42FF8">
      <w:pPr>
        <w:rPr>
          <w:rFonts w:asciiTheme="majorHAnsi" w:hAnsiTheme="majorHAnsi" w:cstheme="majorHAnsi"/>
          <w:color w:val="31849B" w:themeColor="accent5" w:themeShade="BF"/>
          <w:sz w:val="28"/>
          <w:szCs w:val="28"/>
        </w:rPr>
      </w:pPr>
      <w:r w:rsidRPr="00085522">
        <w:rPr>
          <w:rFonts w:asciiTheme="majorHAnsi" w:hAnsiTheme="majorHAnsi" w:cstheme="majorHAnsi"/>
          <w:b/>
          <w:bCs/>
          <w:color w:val="31849B" w:themeColor="accent5" w:themeShade="BF"/>
          <w:sz w:val="28"/>
          <w:szCs w:val="28"/>
        </w:rPr>
        <w:t>Appendix A – Use of Gen AI in preparing interventions</w:t>
      </w:r>
      <w:r w:rsidRPr="00085522">
        <w:rPr>
          <w:rFonts w:asciiTheme="majorHAnsi" w:hAnsiTheme="majorHAnsi" w:cstheme="majorHAnsi"/>
          <w:color w:val="31849B" w:themeColor="accent5" w:themeShade="BF"/>
          <w:sz w:val="28"/>
          <w:szCs w:val="28"/>
          <w:lang w:val="en-IE"/>
        </w:rPr>
        <w:t> </w:t>
      </w:r>
      <w:r w:rsidR="28CE0747" w:rsidRPr="00085522">
        <w:rPr>
          <w:rFonts w:asciiTheme="majorHAnsi" w:hAnsiTheme="majorHAnsi" w:cstheme="majorHAnsi"/>
          <w:color w:val="31849B" w:themeColor="accent5" w:themeShade="BF"/>
          <w:sz w:val="28"/>
          <w:szCs w:val="28"/>
        </w:rPr>
        <w:t xml:space="preserve"> </w:t>
      </w:r>
    </w:p>
    <w:p w14:paraId="318AB89F" w14:textId="709A9DBF" w:rsidR="00673D70" w:rsidRPr="00673D70" w:rsidRDefault="28CE0747" w:rsidP="20C42FF8">
      <w:pPr>
        <w:rPr>
          <w:rFonts w:ascii="Calibri Light" w:hAnsi="Calibri Light" w:cs="Calibri Light"/>
          <w:lang w:val="en-IE"/>
        </w:rPr>
      </w:pPr>
      <w:r w:rsidRPr="20C42FF8">
        <w:rPr>
          <w:rFonts w:ascii="Calibri Light" w:hAnsi="Calibri Light" w:cs="Calibri Light"/>
        </w:rPr>
        <w:t>Gen AI use:</w:t>
      </w:r>
    </w:p>
    <w:p w14:paraId="31D98A06" w14:textId="35B47BBA" w:rsidR="00673D70" w:rsidRPr="00673D70" w:rsidRDefault="4655635C" w:rsidP="00673D70">
      <w:pPr>
        <w:rPr>
          <w:rFonts w:ascii="Calibri Light" w:hAnsi="Calibri Light" w:cs="Calibri Light"/>
          <w:lang w:val="en-IE"/>
        </w:rPr>
      </w:pPr>
      <w:r w:rsidRPr="1A37CAE2">
        <w:rPr>
          <w:rFonts w:ascii="Calibri Light" w:hAnsi="Calibri Light" w:cs="Calibri Light"/>
        </w:rPr>
        <w:t>A</w:t>
      </w:r>
      <w:r w:rsidR="4C0A26B8" w:rsidRPr="1A37CAE2">
        <w:rPr>
          <w:rFonts w:ascii="Calibri Light" w:hAnsi="Calibri Light" w:cs="Calibri Light"/>
        </w:rPr>
        <w:t xml:space="preserve"> prompt </w:t>
      </w:r>
      <w:r w:rsidR="1A507C33" w:rsidRPr="1A37CAE2">
        <w:rPr>
          <w:rFonts w:ascii="Calibri Light" w:hAnsi="Calibri Light" w:cs="Calibri Light"/>
        </w:rPr>
        <w:t xml:space="preserve">was </w:t>
      </w:r>
      <w:r w:rsidR="05397185" w:rsidRPr="1A37CAE2">
        <w:rPr>
          <w:rFonts w:ascii="Calibri Light" w:hAnsi="Calibri Light" w:cs="Calibri Light"/>
        </w:rPr>
        <w:t>inputted to</w:t>
      </w:r>
      <w:r w:rsidR="1A507C33" w:rsidRPr="1A37CAE2">
        <w:rPr>
          <w:rFonts w:ascii="Calibri Light" w:hAnsi="Calibri Light" w:cs="Calibri Light"/>
        </w:rPr>
        <w:t xml:space="preserve"> Co Pilot </w:t>
      </w:r>
      <w:r w:rsidR="24F06B84" w:rsidRPr="1A37CAE2">
        <w:rPr>
          <w:rFonts w:ascii="Calibri Light" w:hAnsi="Calibri Light" w:cs="Calibri Light"/>
        </w:rPr>
        <w:t>and the output can be found in the attached file</w:t>
      </w:r>
      <w:r w:rsidR="6E031745" w:rsidRPr="1A37CAE2">
        <w:rPr>
          <w:rFonts w:ascii="Calibri Light" w:hAnsi="Calibri Light" w:cs="Calibri Light"/>
        </w:rPr>
        <w:t xml:space="preserve">: </w:t>
      </w:r>
      <w:proofErr w:type="spellStart"/>
      <w:r w:rsidR="6E031745" w:rsidRPr="1A37CAE2">
        <w:rPr>
          <w:rFonts w:ascii="Calibri Light" w:hAnsi="Calibri Light" w:cs="Calibri Light"/>
        </w:rPr>
        <w:t>Co pilot</w:t>
      </w:r>
      <w:proofErr w:type="spellEnd"/>
      <w:r w:rsidR="6E031745" w:rsidRPr="1A37CAE2">
        <w:rPr>
          <w:rFonts w:ascii="Calibri Light" w:hAnsi="Calibri Light" w:cs="Calibri Light"/>
        </w:rPr>
        <w:t xml:space="preserve"> game and materials generated in the file Campus_Quest_Game_Materials</w:t>
      </w:r>
      <w:r w:rsidR="23F368A5" w:rsidRPr="1A37CAE2">
        <w:rPr>
          <w:rFonts w:ascii="Calibri Light" w:hAnsi="Calibri Light" w:cs="Calibri Light"/>
        </w:rPr>
        <w:t>.pdf</w:t>
      </w:r>
      <w:r w:rsidR="4C0A26B8" w:rsidRPr="1A37CAE2">
        <w:rPr>
          <w:rFonts w:ascii="Calibri Light" w:hAnsi="Calibri Light" w:cs="Calibri Light"/>
        </w:rPr>
        <w:t>.</w:t>
      </w:r>
    </w:p>
    <w:p w14:paraId="4D94A0FC" w14:textId="77777777" w:rsidR="00673D70" w:rsidRDefault="00673D70" w:rsidP="68E03FF7">
      <w:pPr>
        <w:rPr>
          <w:rFonts w:ascii="Calibri Light" w:hAnsi="Calibri Light" w:cs="Calibri Light"/>
          <w:lang w:val="en-GB"/>
        </w:rPr>
      </w:pPr>
    </w:p>
    <w:p w14:paraId="2D784DE4" w14:textId="7C4CD0CD" w:rsidR="68E03FF7" w:rsidRDefault="68E03FF7" w:rsidP="68E03FF7">
      <w:pPr>
        <w:rPr>
          <w:rFonts w:ascii="Calibri Light" w:hAnsi="Calibri Light" w:cs="Calibri Light"/>
          <w:lang w:val="en-GB"/>
        </w:rPr>
      </w:pPr>
    </w:p>
    <w:sectPr w:rsidR="68E03FF7" w:rsidSect="00045EA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56584" w14:textId="77777777" w:rsidR="00BB55DC" w:rsidRDefault="00BB55DC" w:rsidP="004E0BFC">
      <w:pPr>
        <w:spacing w:after="0" w:line="240" w:lineRule="auto"/>
      </w:pPr>
      <w:r>
        <w:separator/>
      </w:r>
    </w:p>
  </w:endnote>
  <w:endnote w:type="continuationSeparator" w:id="0">
    <w:p w14:paraId="3D170559" w14:textId="77777777" w:rsidR="00BB55DC" w:rsidRDefault="00BB55DC" w:rsidP="004E0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C401E" w14:textId="2329D8DE" w:rsidR="00264108" w:rsidRPr="00264108" w:rsidRDefault="00264108">
    <w:pPr>
      <w:pStyle w:val="Footer"/>
      <w:rPr>
        <w:sz w:val="20"/>
        <w:szCs w:val="20"/>
      </w:rPr>
    </w:pPr>
    <w:r w:rsidRPr="00264108">
      <w:rPr>
        <w:sz w:val="20"/>
        <w:szCs w:val="20"/>
      </w:rPr>
      <w:t xml:space="preserve">Innovative interventions to improve social &amp; academic integration of STEM university students  © 2026 by In-4-STEM project is licensed under Creative Commons Attribution-NonCommercial-ShareAlike 4.0 International (CC BY-NC-SA 4.0) . To view a copy of this license, visit </w:t>
    </w:r>
    <w:hyperlink r:id="rId1" w:tgtFrame="_blank" w:tooltip="https://creativecommons.org/licenses/by-nc-sa/4.0/" w:history="1">
      <w:r w:rsidRPr="00264108">
        <w:rPr>
          <w:rStyle w:val="Hyperlink"/>
          <w:sz w:val="20"/>
          <w:szCs w:val="20"/>
        </w:rPr>
        <w:t>https://creativecommons.org/licenses/by-nc-sa/4.0/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5CAB8" w14:textId="77777777" w:rsidR="00BB55DC" w:rsidRDefault="00BB55DC" w:rsidP="004E0BFC">
      <w:pPr>
        <w:spacing w:after="0" w:line="240" w:lineRule="auto"/>
      </w:pPr>
      <w:r>
        <w:separator/>
      </w:r>
    </w:p>
  </w:footnote>
  <w:footnote w:type="continuationSeparator" w:id="0">
    <w:p w14:paraId="34C18608" w14:textId="77777777" w:rsidR="00BB55DC" w:rsidRDefault="00BB55DC" w:rsidP="004E0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5E329" w14:textId="635E013D" w:rsidR="004E0BFC" w:rsidRPr="004E0BFC" w:rsidRDefault="004E0BFC" w:rsidP="004E0BFC">
    <w:pPr>
      <w:rPr>
        <w:lang w:val="en-GB"/>
      </w:rPr>
    </w:pPr>
    <w:r w:rsidRPr="00ED392D">
      <w:rPr>
        <w:b/>
        <w:noProof/>
        <w:color w:val="0F6576"/>
        <w:sz w:val="40"/>
        <w:szCs w:val="32"/>
      </w:rPr>
      <w:drawing>
        <wp:anchor distT="0" distB="0" distL="114300" distR="114300" simplePos="0" relativeHeight="251658240" behindDoc="0" locked="0" layoutInCell="1" allowOverlap="1" wp14:anchorId="313ACCE3" wp14:editId="1A6E601E">
          <wp:simplePos x="0" y="0"/>
          <wp:positionH relativeFrom="column">
            <wp:posOffset>-767138</wp:posOffset>
          </wp:positionH>
          <wp:positionV relativeFrom="paragraph">
            <wp:posOffset>-91440</wp:posOffset>
          </wp:positionV>
          <wp:extent cx="548640" cy="548640"/>
          <wp:effectExtent l="0" t="0" r="0" b="0"/>
          <wp:wrapThrough wrapText="bothSides">
            <wp:wrapPolygon edited="0">
              <wp:start x="6000" y="0"/>
              <wp:lineTo x="0" y="4000"/>
              <wp:lineTo x="0" y="16500"/>
              <wp:lineTo x="5500" y="21000"/>
              <wp:lineTo x="6000" y="21000"/>
              <wp:lineTo x="15000" y="21000"/>
              <wp:lineTo x="15500" y="21000"/>
              <wp:lineTo x="21000" y="16500"/>
              <wp:lineTo x="21000" y="4000"/>
              <wp:lineTo x="15000" y="0"/>
              <wp:lineTo x="6000" y="0"/>
            </wp:wrapPolygon>
          </wp:wrapThrough>
          <wp:docPr id="331438284" name="Afbeelding 1" descr="Afbeelding met tekst, Graphics, Lettertyp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9538620" name="Afbeelding 1" descr="Afbeelding met tekst, Graphics, Lettertype, grafische vormgeving&#10;&#10;Door AI gegenereerde inhoud is mogelijk onjuis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392D">
      <w:rPr>
        <w:b/>
        <w:color w:val="0F6576"/>
        <w:sz w:val="40"/>
        <w:szCs w:val="32"/>
      </w:rPr>
      <w:t>Universal Intervention Design Template</w:t>
    </w:r>
    <w:r>
      <w:rPr>
        <w:b/>
        <w:color w:val="0F6576"/>
        <w:sz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4464C5"/>
    <w:multiLevelType w:val="multilevel"/>
    <w:tmpl w:val="4CA23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3525D1"/>
    <w:multiLevelType w:val="multilevel"/>
    <w:tmpl w:val="D7546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DD2EAB"/>
    <w:multiLevelType w:val="multilevel"/>
    <w:tmpl w:val="3BC20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574D35"/>
    <w:multiLevelType w:val="hybridMultilevel"/>
    <w:tmpl w:val="4D181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346AF0"/>
    <w:multiLevelType w:val="hybridMultilevel"/>
    <w:tmpl w:val="2F6EE120"/>
    <w:lvl w:ilvl="0" w:tplc="0846C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1E09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26D7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14AD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A2FE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EEDB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7C7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E1D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66AA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B32618"/>
    <w:multiLevelType w:val="multilevel"/>
    <w:tmpl w:val="6442B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83468B"/>
    <w:multiLevelType w:val="multilevel"/>
    <w:tmpl w:val="E8EAE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CF7D79"/>
    <w:multiLevelType w:val="multilevel"/>
    <w:tmpl w:val="C3DC7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71F4E57"/>
    <w:multiLevelType w:val="multilevel"/>
    <w:tmpl w:val="4FC0D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613195">
    <w:abstractNumId w:val="13"/>
  </w:num>
  <w:num w:numId="2" w16cid:durableId="1088428888">
    <w:abstractNumId w:val="8"/>
  </w:num>
  <w:num w:numId="3" w16cid:durableId="226965356">
    <w:abstractNumId w:val="6"/>
  </w:num>
  <w:num w:numId="4" w16cid:durableId="764375142">
    <w:abstractNumId w:val="5"/>
  </w:num>
  <w:num w:numId="5" w16cid:durableId="716512777">
    <w:abstractNumId w:val="4"/>
  </w:num>
  <w:num w:numId="6" w16cid:durableId="893346457">
    <w:abstractNumId w:val="7"/>
  </w:num>
  <w:num w:numId="7" w16cid:durableId="2135782891">
    <w:abstractNumId w:val="3"/>
  </w:num>
  <w:num w:numId="8" w16cid:durableId="1179125843">
    <w:abstractNumId w:val="2"/>
  </w:num>
  <w:num w:numId="9" w16cid:durableId="135071408">
    <w:abstractNumId w:val="1"/>
  </w:num>
  <w:num w:numId="10" w16cid:durableId="686829638">
    <w:abstractNumId w:val="0"/>
  </w:num>
  <w:num w:numId="11" w16cid:durableId="203370041">
    <w:abstractNumId w:val="15"/>
  </w:num>
  <w:num w:numId="12" w16cid:durableId="1413968173">
    <w:abstractNumId w:val="14"/>
  </w:num>
  <w:num w:numId="13" w16cid:durableId="576015708">
    <w:abstractNumId w:val="10"/>
  </w:num>
  <w:num w:numId="14" w16cid:durableId="1213807085">
    <w:abstractNumId w:val="11"/>
  </w:num>
  <w:num w:numId="15" w16cid:durableId="1404453868">
    <w:abstractNumId w:val="17"/>
  </w:num>
  <w:num w:numId="16" w16cid:durableId="1634749485">
    <w:abstractNumId w:val="9"/>
  </w:num>
  <w:num w:numId="17" w16cid:durableId="20127817">
    <w:abstractNumId w:val="16"/>
  </w:num>
  <w:num w:numId="18" w16cid:durableId="17234826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7168"/>
    <w:rsid w:val="00045EAD"/>
    <w:rsid w:val="0006063C"/>
    <w:rsid w:val="00060EC2"/>
    <w:rsid w:val="00083682"/>
    <w:rsid w:val="00085522"/>
    <w:rsid w:val="000A3910"/>
    <w:rsid w:val="000A4688"/>
    <w:rsid w:val="000E5B2D"/>
    <w:rsid w:val="000E716D"/>
    <w:rsid w:val="000F1FFE"/>
    <w:rsid w:val="00104E08"/>
    <w:rsid w:val="00111E2D"/>
    <w:rsid w:val="00117AFE"/>
    <w:rsid w:val="0015074B"/>
    <w:rsid w:val="00166AFF"/>
    <w:rsid w:val="001B4399"/>
    <w:rsid w:val="001D6EF1"/>
    <w:rsid w:val="002335D4"/>
    <w:rsid w:val="00264108"/>
    <w:rsid w:val="00292224"/>
    <w:rsid w:val="0029639D"/>
    <w:rsid w:val="002D7124"/>
    <w:rsid w:val="00300FED"/>
    <w:rsid w:val="00326F90"/>
    <w:rsid w:val="003348B6"/>
    <w:rsid w:val="00363243"/>
    <w:rsid w:val="003656B9"/>
    <w:rsid w:val="00390282"/>
    <w:rsid w:val="003A6011"/>
    <w:rsid w:val="003D1575"/>
    <w:rsid w:val="003D384F"/>
    <w:rsid w:val="003E4EE2"/>
    <w:rsid w:val="00416005"/>
    <w:rsid w:val="00420B45"/>
    <w:rsid w:val="004462A9"/>
    <w:rsid w:val="00456A0B"/>
    <w:rsid w:val="00472B63"/>
    <w:rsid w:val="00497B8F"/>
    <w:rsid w:val="004D1A36"/>
    <w:rsid w:val="004E0BFC"/>
    <w:rsid w:val="004E3302"/>
    <w:rsid w:val="004F125F"/>
    <w:rsid w:val="005179E7"/>
    <w:rsid w:val="005414CD"/>
    <w:rsid w:val="00543B5D"/>
    <w:rsid w:val="00562C99"/>
    <w:rsid w:val="00571F7D"/>
    <w:rsid w:val="00590643"/>
    <w:rsid w:val="00597C49"/>
    <w:rsid w:val="005A1993"/>
    <w:rsid w:val="005D4A25"/>
    <w:rsid w:val="0062506B"/>
    <w:rsid w:val="00632F35"/>
    <w:rsid w:val="00673D70"/>
    <w:rsid w:val="0067654A"/>
    <w:rsid w:val="006C64F6"/>
    <w:rsid w:val="00706167"/>
    <w:rsid w:val="0075390B"/>
    <w:rsid w:val="007E142F"/>
    <w:rsid w:val="00840514"/>
    <w:rsid w:val="0085435F"/>
    <w:rsid w:val="0086050C"/>
    <w:rsid w:val="00896312"/>
    <w:rsid w:val="00980D34"/>
    <w:rsid w:val="009B6D17"/>
    <w:rsid w:val="009E0FFE"/>
    <w:rsid w:val="00A36357"/>
    <w:rsid w:val="00A53F55"/>
    <w:rsid w:val="00A72973"/>
    <w:rsid w:val="00AA1D8D"/>
    <w:rsid w:val="00AC0378"/>
    <w:rsid w:val="00AD37CD"/>
    <w:rsid w:val="00AD5572"/>
    <w:rsid w:val="00AE56D6"/>
    <w:rsid w:val="00AF5128"/>
    <w:rsid w:val="00AF6E44"/>
    <w:rsid w:val="00B11843"/>
    <w:rsid w:val="00B20B89"/>
    <w:rsid w:val="00B3219D"/>
    <w:rsid w:val="00B33831"/>
    <w:rsid w:val="00B4184B"/>
    <w:rsid w:val="00B4222B"/>
    <w:rsid w:val="00B43D14"/>
    <w:rsid w:val="00B47730"/>
    <w:rsid w:val="00B506F7"/>
    <w:rsid w:val="00BA645E"/>
    <w:rsid w:val="00BB55DC"/>
    <w:rsid w:val="00BC48BC"/>
    <w:rsid w:val="00BE59D8"/>
    <w:rsid w:val="00C05C8B"/>
    <w:rsid w:val="00C712AF"/>
    <w:rsid w:val="00C928C2"/>
    <w:rsid w:val="00CB0664"/>
    <w:rsid w:val="00CC376A"/>
    <w:rsid w:val="00CD7C73"/>
    <w:rsid w:val="00D0598B"/>
    <w:rsid w:val="00D545E9"/>
    <w:rsid w:val="00DC2F2D"/>
    <w:rsid w:val="00DD2264"/>
    <w:rsid w:val="00E03AFB"/>
    <w:rsid w:val="00E43699"/>
    <w:rsid w:val="00E54CE1"/>
    <w:rsid w:val="00E55E07"/>
    <w:rsid w:val="00E65FE8"/>
    <w:rsid w:val="00ED392D"/>
    <w:rsid w:val="00EE08DF"/>
    <w:rsid w:val="00EE53EB"/>
    <w:rsid w:val="00F16179"/>
    <w:rsid w:val="00F370E7"/>
    <w:rsid w:val="00F40F37"/>
    <w:rsid w:val="00F82504"/>
    <w:rsid w:val="00F963E9"/>
    <w:rsid w:val="00FC693F"/>
    <w:rsid w:val="00FE3DFD"/>
    <w:rsid w:val="04E4A1C6"/>
    <w:rsid w:val="04FF0B25"/>
    <w:rsid w:val="05397185"/>
    <w:rsid w:val="0587C007"/>
    <w:rsid w:val="06594A81"/>
    <w:rsid w:val="069967C1"/>
    <w:rsid w:val="0995762F"/>
    <w:rsid w:val="09CF3506"/>
    <w:rsid w:val="0EBEE6DD"/>
    <w:rsid w:val="108BFCCD"/>
    <w:rsid w:val="11939C16"/>
    <w:rsid w:val="11A64929"/>
    <w:rsid w:val="12395B41"/>
    <w:rsid w:val="124C7894"/>
    <w:rsid w:val="18590F20"/>
    <w:rsid w:val="1A37CAE2"/>
    <w:rsid w:val="1A507C33"/>
    <w:rsid w:val="1A62D5BD"/>
    <w:rsid w:val="1BF2C0E4"/>
    <w:rsid w:val="1E75DFF3"/>
    <w:rsid w:val="1EAAAAD6"/>
    <w:rsid w:val="1EE574D5"/>
    <w:rsid w:val="1F8EABA4"/>
    <w:rsid w:val="20C42FF8"/>
    <w:rsid w:val="23F368A5"/>
    <w:rsid w:val="24F06B84"/>
    <w:rsid w:val="28748EB1"/>
    <w:rsid w:val="28CE0747"/>
    <w:rsid w:val="2ADB2C16"/>
    <w:rsid w:val="2B15DDAD"/>
    <w:rsid w:val="2CC46551"/>
    <w:rsid w:val="2D487D79"/>
    <w:rsid w:val="338BE7A1"/>
    <w:rsid w:val="33D867F6"/>
    <w:rsid w:val="388651C2"/>
    <w:rsid w:val="38FD1300"/>
    <w:rsid w:val="39AF69AD"/>
    <w:rsid w:val="3C04100F"/>
    <w:rsid w:val="41E1B06E"/>
    <w:rsid w:val="423D0185"/>
    <w:rsid w:val="432CB9EB"/>
    <w:rsid w:val="4383051C"/>
    <w:rsid w:val="44D1369E"/>
    <w:rsid w:val="4621697E"/>
    <w:rsid w:val="4655635C"/>
    <w:rsid w:val="494F053A"/>
    <w:rsid w:val="4AA30514"/>
    <w:rsid w:val="4AA8AAC6"/>
    <w:rsid w:val="4BD6AA28"/>
    <w:rsid w:val="4C0A26B8"/>
    <w:rsid w:val="4C477515"/>
    <w:rsid w:val="50CFB4D1"/>
    <w:rsid w:val="5153FE31"/>
    <w:rsid w:val="537455CC"/>
    <w:rsid w:val="578BCC71"/>
    <w:rsid w:val="58887E07"/>
    <w:rsid w:val="58A9D431"/>
    <w:rsid w:val="5DC8FB06"/>
    <w:rsid w:val="5DE3F11A"/>
    <w:rsid w:val="5ED244E1"/>
    <w:rsid w:val="6236552C"/>
    <w:rsid w:val="644AAD47"/>
    <w:rsid w:val="6606D01A"/>
    <w:rsid w:val="66F5C1CF"/>
    <w:rsid w:val="68806B7A"/>
    <w:rsid w:val="68E03FF7"/>
    <w:rsid w:val="69249785"/>
    <w:rsid w:val="6B05B6E6"/>
    <w:rsid w:val="6DCAC203"/>
    <w:rsid w:val="6E031745"/>
    <w:rsid w:val="7094F368"/>
    <w:rsid w:val="719A3533"/>
    <w:rsid w:val="7310D434"/>
    <w:rsid w:val="77E3EC28"/>
    <w:rsid w:val="7832E83F"/>
    <w:rsid w:val="7B2AC380"/>
    <w:rsid w:val="7B4EEBE3"/>
    <w:rsid w:val="7C45A189"/>
    <w:rsid w:val="7FA4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FB14BF"/>
  <w14:defaultImageDpi w14:val="300"/>
  <w15:docId w15:val="{8671F30C-69AD-3540-8AE5-C81D7C76C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hAnsi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3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35F"/>
    <w:rPr>
      <w:rFonts w:ascii="Calibri" w:hAnsi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1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16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6410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41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5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1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026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12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379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62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4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12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010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33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5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7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9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0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0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6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7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1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673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43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58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63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008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4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31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81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2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0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3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nc-sa/4.0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7B9305936734596E7A22AFD701D2B" ma:contentTypeVersion="12" ma:contentTypeDescription="Create a new document." ma:contentTypeScope="" ma:versionID="635d6659088a29354e9e491f02c6bd86">
  <xsd:schema xmlns:xsd="http://www.w3.org/2001/XMLSchema" xmlns:xs="http://www.w3.org/2001/XMLSchema" xmlns:p="http://schemas.microsoft.com/office/2006/metadata/properties" xmlns:ns2="9f1af3c0-e95f-4e6f-904d-2fc2c00e9c95" xmlns:ns3="fd49e15b-f634-49a3-bcda-8178c74fc018" targetNamespace="http://schemas.microsoft.com/office/2006/metadata/properties" ma:root="true" ma:fieldsID="3739ea963a4c12fcd66a0815cac478a8" ns2:_="" ns3:_="">
    <xsd:import namespace="9f1af3c0-e95f-4e6f-904d-2fc2c00e9c95"/>
    <xsd:import namespace="fd49e15b-f634-49a3-bcda-8178c74fc0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af3c0-e95f-4e6f-904d-2fc2c00e9c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b6fc0cd-01fe-45a4-a6f7-42bcc5426b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9e15b-f634-49a3-bcda-8178c74fc01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750b75-d889-4d7f-98b8-35f33cad547b}" ma:internalName="TaxCatchAll" ma:showField="CatchAllData" ma:web="fd49e15b-f634-49a3-bcda-8178c74fc0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af3c0-e95f-4e6f-904d-2fc2c00e9c95">
      <Terms xmlns="http://schemas.microsoft.com/office/infopath/2007/PartnerControls"/>
    </lcf76f155ced4ddcb4097134ff3c332f>
    <TaxCatchAll xmlns="fd49e15b-f634-49a3-bcda-8178c74fc01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60092C-5573-4077-BEF9-596B4EE001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af3c0-e95f-4e6f-904d-2fc2c00e9c95"/>
    <ds:schemaRef ds:uri="fd49e15b-f634-49a3-bcda-8178c74fc0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2DC357-8106-492F-B37C-C3B439DA93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97B72F-F973-4E59-9C62-D8D1318180B9}">
  <ds:schemaRefs>
    <ds:schemaRef ds:uri="http://schemas.microsoft.com/office/2006/metadata/properties"/>
    <ds:schemaRef ds:uri="http://schemas.microsoft.com/office/infopath/2007/PartnerControls"/>
    <ds:schemaRef ds:uri="9f1af3c0-e95f-4e6f-904d-2fc2c00e9c95"/>
    <ds:schemaRef ds:uri="fd49e15b-f634-49a3-bcda-8178c74fc018"/>
  </ds:schemaRefs>
</ds:datastoreItem>
</file>

<file path=customXml/itemProps4.xml><?xml version="1.0" encoding="utf-8"?>
<ds:datastoreItem xmlns:ds="http://schemas.openxmlformats.org/officeDocument/2006/customXml" ds:itemID="{ED78E240-C8E4-46D3-892A-0B14E8E373B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66317cb-e948-4e5f-8cec-dabc8e2fd5da}" enabled="0" method="" siteId="{766317cb-e948-4e5f-8cec-dabc8e2fd5d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1366</Words>
  <Characters>7792</Characters>
  <Application>Microsoft Office Word</Application>
  <DocSecurity>0</DocSecurity>
  <Lines>64</Lines>
  <Paragraphs>18</Paragraphs>
  <ScaleCrop>false</ScaleCrop>
  <Manager/>
  <Company/>
  <LinksUpToDate>false</LinksUpToDate>
  <CharactersWithSpaces>9140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Ventura-Medina, Esther</cp:lastModifiedBy>
  <cp:revision>3</cp:revision>
  <dcterms:created xsi:type="dcterms:W3CDTF">2026-10-09T09:16:00Z</dcterms:created>
  <dcterms:modified xsi:type="dcterms:W3CDTF">2026-10-10T15:44:00Z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0x0101003B47B9305936734596E7A22AFD701D2B</vt:lpwstr>
  </property>
  <property fmtid="{D5CDD505-2E9C-101B-9397-08002B2CF9AE}" pid="3" name="MediaServiceImageTags">
    <vt:lpwstr/>
  </property>
</Properties>
</file>